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2D6A" w14:textId="77777777" w:rsidR="00557F56" w:rsidRDefault="00000000">
      <w:pPr>
        <w:spacing w:before="840"/>
        <w:jc w:val="center"/>
      </w:pPr>
      <w:r>
        <w:rPr>
          <w:b/>
          <w:color w:val="0B4F7A"/>
          <w:sz w:val="38"/>
        </w:rPr>
        <w:t>FORMAT RENCANA ANGGARAN BELANJA (RAB)</w:t>
      </w:r>
    </w:p>
    <w:p w14:paraId="0ABE1F3E" w14:textId="77777777" w:rsidR="00557F56" w:rsidRDefault="00000000">
      <w:pPr>
        <w:jc w:val="center"/>
      </w:pPr>
      <w:r>
        <w:rPr>
          <w:b/>
          <w:color w:val="0B4F7A"/>
          <w:sz w:val="34"/>
        </w:rPr>
        <w:t>PENGABDIAN KEPADA MASYARAKAT (PkM) PRODI</w:t>
      </w:r>
    </w:p>
    <w:p w14:paraId="3AC137EF" w14:textId="77777777" w:rsidR="00557F56" w:rsidRDefault="00000000">
      <w:pPr>
        <w:jc w:val="center"/>
      </w:pPr>
      <w:r>
        <w:rPr>
          <w:b/>
          <w:color w:val="0B4F7A"/>
          <w:sz w:val="34"/>
        </w:rPr>
        <w:t>UNIVERSITAS BORNEO TARAKAN</w:t>
      </w:r>
    </w:p>
    <w:p w14:paraId="218B9E53" w14:textId="77777777" w:rsidR="00557F56" w:rsidRDefault="00000000">
      <w:pPr>
        <w:spacing w:before="240"/>
        <w:jc w:val="center"/>
        <w:rPr>
          <w:b/>
          <w:color w:val="0E7778"/>
          <w:sz w:val="28"/>
        </w:rPr>
      </w:pPr>
      <w:r>
        <w:rPr>
          <w:b/>
          <w:color w:val="0E7778"/>
          <w:sz w:val="28"/>
        </w:rPr>
        <w:t>Tahun Pelaksanaan 2026</w:t>
      </w:r>
    </w:p>
    <w:p w14:paraId="798E0307" w14:textId="77777777" w:rsidR="003D74A9" w:rsidRDefault="003D74A9">
      <w:pPr>
        <w:spacing w:before="240"/>
        <w:jc w:val="center"/>
        <w:rPr>
          <w:b/>
          <w:color w:val="0E7778"/>
          <w:sz w:val="28"/>
        </w:rPr>
      </w:pPr>
    </w:p>
    <w:p w14:paraId="0C331795" w14:textId="77777777" w:rsidR="003D74A9" w:rsidRDefault="003D74A9">
      <w:pPr>
        <w:spacing w:before="240"/>
        <w:jc w:val="center"/>
        <w:rPr>
          <w:b/>
          <w:color w:val="0E7778"/>
          <w:sz w:val="28"/>
        </w:rPr>
      </w:pPr>
    </w:p>
    <w:p w14:paraId="2169AA2D" w14:textId="77777777" w:rsidR="003D74A9" w:rsidRDefault="003D74A9">
      <w:pPr>
        <w:spacing w:before="240"/>
        <w:jc w:val="center"/>
        <w:rPr>
          <w:b/>
          <w:color w:val="0E7778"/>
          <w:sz w:val="28"/>
        </w:rPr>
      </w:pPr>
    </w:p>
    <w:p w14:paraId="6D9C9C38" w14:textId="77777777" w:rsidR="003D74A9" w:rsidRDefault="003D74A9">
      <w:pPr>
        <w:spacing w:before="240"/>
        <w:jc w:val="center"/>
      </w:pPr>
    </w:p>
    <w:tbl>
      <w:tblPr>
        <w:tblW w:w="0" w:type="auto"/>
        <w:jc w:val="center"/>
        <w:tblBorders>
          <w:top w:val="single" w:sz="7" w:space="0" w:color="0B4F7A"/>
          <w:left w:val="single" w:sz="7" w:space="0" w:color="0B4F7A"/>
          <w:bottom w:val="single" w:sz="7" w:space="0" w:color="0B4F7A"/>
          <w:right w:val="single" w:sz="7" w:space="0" w:color="0B4F7A"/>
          <w:insideH w:val="single" w:sz="7" w:space="0" w:color="0B4F7A"/>
          <w:insideV w:val="single" w:sz="7" w:space="0" w:color="0B4F7A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05B94E4D" w14:textId="77777777">
        <w:trPr>
          <w:jc w:val="center"/>
        </w:trPr>
        <w:tc>
          <w:tcPr>
            <w:tcW w:w="10037" w:type="dxa"/>
            <w:shd w:val="clear" w:color="auto" w:fill="EAF4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45891C" w14:textId="77777777" w:rsidR="00557F56" w:rsidRDefault="00000000">
            <w:pPr>
              <w:spacing w:after="40"/>
            </w:pPr>
            <w:r>
              <w:rPr>
                <w:b/>
                <w:color w:val="0B4F7A"/>
                <w:sz w:val="21"/>
              </w:rPr>
              <w:t>Acuan Template</w:t>
            </w:r>
          </w:p>
          <w:p w14:paraId="7AA99810" w14:textId="77777777" w:rsidR="00557F56" w:rsidRDefault="00000000">
            <w:pPr>
              <w:spacing w:after="0"/>
            </w:pPr>
            <w:r>
              <w:rPr>
                <w:sz w:val="20"/>
              </w:rPr>
              <w:t>• Panduan Ketentuan Anggaran PkM Prodi UBT Tahun 2026.</w:t>
            </w:r>
          </w:p>
          <w:p w14:paraId="573B940C" w14:textId="77777777" w:rsidR="00557F56" w:rsidRDefault="00000000">
            <w:pPr>
              <w:spacing w:after="0"/>
            </w:pPr>
            <w:r>
              <w:rPr>
                <w:sz w:val="20"/>
              </w:rPr>
              <w:t>• Format Penulisan Proposal PkM Prodi UBT Tahun 2026 yang disinkronkan dengan format BIMA.</w:t>
            </w:r>
          </w:p>
          <w:p w14:paraId="23AB827A" w14:textId="77777777" w:rsidR="00557F56" w:rsidRDefault="00000000">
            <w:pPr>
              <w:spacing w:after="0"/>
            </w:pPr>
            <w:r>
              <w:rPr>
                <w:sz w:val="20"/>
              </w:rPr>
              <w:t>• Template ini memakai ketentuan anggaran rinci sebagai dasar teknis pengisian dan format proposal sebagai acuan struktur penyajian.</w:t>
            </w:r>
          </w:p>
        </w:tc>
      </w:tr>
    </w:tbl>
    <w:p w14:paraId="30FD9A7E" w14:textId="77777777" w:rsidR="00557F56" w:rsidRDefault="00557F56">
      <w:pPr>
        <w:spacing w:after="20"/>
      </w:pPr>
    </w:p>
    <w:p w14:paraId="0C1CA84C" w14:textId="77777777" w:rsidR="00557F56" w:rsidRDefault="00000000">
      <w:r>
        <w:br/>
      </w:r>
    </w:p>
    <w:p w14:paraId="0D31499C" w14:textId="77777777" w:rsidR="003D74A9" w:rsidRDefault="003D74A9"/>
    <w:p w14:paraId="0813549A" w14:textId="77777777" w:rsidR="003D74A9" w:rsidRDefault="003D74A9"/>
    <w:p w14:paraId="0D7E4F6E" w14:textId="77777777" w:rsidR="003D74A9" w:rsidRDefault="003D74A9"/>
    <w:p w14:paraId="127E7C61" w14:textId="77777777" w:rsidR="003D74A9" w:rsidRDefault="003D74A9"/>
    <w:p w14:paraId="6D8ABB37" w14:textId="77777777" w:rsidR="003D74A9" w:rsidRDefault="003D74A9"/>
    <w:p w14:paraId="0818A292" w14:textId="77777777" w:rsidR="003D74A9" w:rsidRDefault="003D74A9"/>
    <w:p w14:paraId="038DB920" w14:textId="77777777" w:rsidR="003D74A9" w:rsidRDefault="003D74A9"/>
    <w:p w14:paraId="7DD60775" w14:textId="77777777" w:rsidR="003D74A9" w:rsidRDefault="003D74A9"/>
    <w:p w14:paraId="314C2355" w14:textId="77777777" w:rsidR="003D74A9" w:rsidRDefault="003D74A9"/>
    <w:p w14:paraId="45EF0DAE" w14:textId="77777777" w:rsidR="003D74A9" w:rsidRDefault="003D74A9"/>
    <w:p w14:paraId="5A0F56D9" w14:textId="77777777" w:rsidR="003D74A9" w:rsidRDefault="003D74A9"/>
    <w:p w14:paraId="04B76EC0" w14:textId="77777777" w:rsidR="003D74A9" w:rsidRDefault="003D74A9"/>
    <w:p w14:paraId="514F8D26" w14:textId="77777777" w:rsidR="003D74A9" w:rsidRDefault="003D74A9"/>
    <w:p w14:paraId="42711AE4" w14:textId="77777777" w:rsidR="00557F56" w:rsidRDefault="00000000">
      <w:pPr>
        <w:spacing w:before="1300"/>
        <w:jc w:val="center"/>
      </w:pPr>
      <w:r>
        <w:rPr>
          <w:b/>
          <w:sz w:val="24"/>
        </w:rPr>
        <w:t>LEMBAGA PENELITIAN DAN PENGABDIAN KEPADA MASYARAKAT</w:t>
      </w:r>
    </w:p>
    <w:p w14:paraId="082167E9" w14:textId="77777777" w:rsidR="00557F56" w:rsidRDefault="00000000">
      <w:pPr>
        <w:jc w:val="center"/>
      </w:pPr>
      <w:r>
        <w:rPr>
          <w:b/>
          <w:sz w:val="24"/>
        </w:rPr>
        <w:t>UNIVERSITAS BORNEO TARAKAN</w:t>
      </w:r>
    </w:p>
    <w:p w14:paraId="049C0946" w14:textId="77777777" w:rsidR="00557F56" w:rsidRDefault="00000000">
      <w:pPr>
        <w:jc w:val="center"/>
      </w:pPr>
      <w:r>
        <w:rPr>
          <w:b/>
          <w:sz w:val="24"/>
        </w:rPr>
        <w:t>2026</w:t>
      </w:r>
    </w:p>
    <w:p w14:paraId="711C7BAC" w14:textId="77777777" w:rsidR="00557F56" w:rsidRDefault="00000000">
      <w:r>
        <w:br w:type="page"/>
      </w:r>
    </w:p>
    <w:p w14:paraId="6CC16CFE" w14:textId="77777777" w:rsidR="00557F56" w:rsidRDefault="00000000">
      <w:pPr>
        <w:keepNext/>
        <w:spacing w:before="160" w:after="100"/>
      </w:pPr>
      <w:r>
        <w:rPr>
          <w:b/>
          <w:color w:val="0B4F7A"/>
          <w:sz w:val="28"/>
        </w:rPr>
        <w:lastRenderedPageBreak/>
        <w:t>PETUNJUK UMUM PENGISIAN RAB</w:t>
      </w:r>
    </w:p>
    <w:p w14:paraId="537F41AF" w14:textId="77777777" w:rsidR="00557F56" w:rsidRDefault="00000000">
      <w:pPr>
        <w:spacing w:after="120"/>
      </w:pPr>
      <w:r>
        <w:t>Format ini digunakan untuk menyusun RAB PkM Prodi UBT Tahun 2026 secara sistematis, mudah diverifikasi, dan selaras dengan metode pelaksanaan, solusi kepada mitra, serta luaran program.</w:t>
      </w:r>
    </w:p>
    <w:tbl>
      <w:tblPr>
        <w:tblW w:w="0" w:type="auto"/>
        <w:jc w:val="center"/>
        <w:tblBorders>
          <w:top w:val="single" w:sz="7" w:space="0" w:color="0E7778"/>
          <w:left w:val="single" w:sz="7" w:space="0" w:color="0E7778"/>
          <w:bottom w:val="single" w:sz="7" w:space="0" w:color="0E7778"/>
          <w:right w:val="single" w:sz="7" w:space="0" w:color="0E7778"/>
          <w:insideH w:val="single" w:sz="7" w:space="0" w:color="0E7778"/>
          <w:insideV w:val="single" w:sz="7" w:space="0" w:color="0E7778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053E94A5" w14:textId="77777777">
        <w:trPr>
          <w:jc w:val="center"/>
        </w:trPr>
        <w:tc>
          <w:tcPr>
            <w:tcW w:w="10037" w:type="dxa"/>
            <w:shd w:val="clear" w:color="auto" w:fill="E9F7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07C8B0" w14:textId="77777777" w:rsidR="00557F56" w:rsidRDefault="00000000">
            <w:pPr>
              <w:spacing w:after="40"/>
            </w:pPr>
            <w:r>
              <w:rPr>
                <w:b/>
                <w:color w:val="0E7778"/>
                <w:sz w:val="21"/>
              </w:rPr>
              <w:t>Ketentuan teknis pengisian</w:t>
            </w:r>
          </w:p>
          <w:p w14:paraId="49AAFA47" w14:textId="77777777" w:rsidR="00557F56" w:rsidRDefault="00000000">
            <w:pPr>
              <w:spacing w:after="0"/>
            </w:pPr>
            <w:r>
              <w:rPr>
                <w:sz w:val="20"/>
              </w:rPr>
              <w:t>• Gunakan kertas A4, font Times New Roman ukuran 12, spasi 1 untuk naskah proposal; pada tabel dapat digunakan ukuran lebih kecil agar tetap terbaca.</w:t>
            </w:r>
          </w:p>
          <w:p w14:paraId="3F5056AD" w14:textId="77777777" w:rsidR="00557F56" w:rsidRDefault="00000000">
            <w:pPr>
              <w:spacing w:after="0"/>
            </w:pPr>
            <w:r>
              <w:rPr>
                <w:sz w:val="20"/>
              </w:rPr>
              <w:t>• Mulai penyusunan dari tahapan metode pelaksanaan dan kebutuhan solusi, bukan dari daftar belanja.</w:t>
            </w:r>
          </w:p>
          <w:p w14:paraId="0819FF5F" w14:textId="77777777" w:rsidR="00557F56" w:rsidRDefault="00000000">
            <w:pPr>
              <w:spacing w:after="0"/>
            </w:pPr>
            <w:r>
              <w:rPr>
                <w:sz w:val="20"/>
              </w:rPr>
              <w:t>• Setiap item wajib mempunyai volume, satuan, harga satuan, jumlah, fungsi/keterkaitan dengan kegiatan, dan bukti atau acuan kewajaran harga.</w:t>
            </w:r>
          </w:p>
          <w:p w14:paraId="68668ECA" w14:textId="77777777" w:rsidR="00557F56" w:rsidRDefault="00000000">
            <w:pPr>
              <w:spacing w:after="0"/>
            </w:pPr>
            <w:r>
              <w:rPr>
                <w:sz w:val="20"/>
              </w:rPr>
              <w:t>• Seluruh pengeluaran bersifat at cost dan harus dapat dibuktikan dengan dokumen riil yang sah.</w:t>
            </w:r>
          </w:p>
          <w:p w14:paraId="4180CCD3" w14:textId="77777777" w:rsidR="00557F56" w:rsidRDefault="00000000">
            <w:pPr>
              <w:spacing w:after="0"/>
            </w:pPr>
            <w:r>
              <w:rPr>
                <w:sz w:val="20"/>
              </w:rPr>
              <w:t>• Hindari duplikasi pembiayaan antar-komponen dan hindari item yang tidak diperkenankan.</w:t>
            </w:r>
          </w:p>
        </w:tc>
      </w:tr>
    </w:tbl>
    <w:p w14:paraId="4CD93730" w14:textId="77777777" w:rsidR="00557F56" w:rsidRDefault="00557F56">
      <w:pPr>
        <w:spacing w:after="20"/>
      </w:pPr>
    </w:p>
    <w:p w14:paraId="4426FD96" w14:textId="77777777" w:rsidR="00557F56" w:rsidRDefault="00000000">
      <w:pPr>
        <w:keepNext/>
        <w:spacing w:before="120" w:after="100"/>
      </w:pPr>
      <w:r>
        <w:rPr>
          <w:b/>
          <w:color w:val="0E7778"/>
          <w:sz w:val="24"/>
        </w:rPr>
        <w:t>Komposisi Anggaran Wajib</w:t>
      </w:r>
    </w:p>
    <w:tbl>
      <w:tblPr>
        <w:tblW w:w="10662" w:type="dxa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09"/>
        <w:gridCol w:w="2509"/>
        <w:gridCol w:w="2515"/>
        <w:gridCol w:w="2381"/>
      </w:tblGrid>
      <w:tr w:rsidR="00557F56" w14:paraId="1B049797" w14:textId="77777777" w:rsidTr="003D74A9">
        <w:trPr>
          <w:tblHeader/>
          <w:jc w:val="center"/>
        </w:trPr>
        <w:tc>
          <w:tcPr>
            <w:tcW w:w="748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DB3278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2509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2BEA4E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Kelompok Biaya</w:t>
            </w:r>
          </w:p>
        </w:tc>
        <w:tc>
          <w:tcPr>
            <w:tcW w:w="2509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C87B78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Batas</w:t>
            </w:r>
          </w:p>
        </w:tc>
        <w:tc>
          <w:tcPr>
            <w:tcW w:w="4896" w:type="dxa"/>
            <w:gridSpan w:val="2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3568DD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Fungsi Utama</w:t>
            </w:r>
          </w:p>
        </w:tc>
      </w:tr>
      <w:tr w:rsidR="00557F56" w14:paraId="1380CE32" w14:textId="77777777" w:rsidTr="003D74A9">
        <w:trPr>
          <w:jc w:val="center"/>
        </w:trPr>
        <w:tc>
          <w:tcPr>
            <w:tcW w:w="7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84344" w14:textId="77777777" w:rsidR="00557F56" w:rsidRDefault="0000000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793F26" w14:textId="77777777" w:rsidR="00557F56" w:rsidRDefault="00000000">
            <w:r>
              <w:rPr>
                <w:sz w:val="18"/>
              </w:rPr>
              <w:t>Upah dan Jasa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87E87" w14:textId="77777777" w:rsidR="00557F56" w:rsidRDefault="00000000">
            <w:pPr>
              <w:jc w:val="center"/>
            </w:pPr>
            <w:r>
              <w:rPr>
                <w:sz w:val="18"/>
              </w:rPr>
              <w:t>Maksimal 10%</w:t>
            </w:r>
          </w:p>
        </w:tc>
        <w:tc>
          <w:tcPr>
            <w:tcW w:w="489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AE646" w14:textId="77777777" w:rsidR="00557F56" w:rsidRDefault="00000000">
            <w:r>
              <w:rPr>
                <w:sz w:val="18"/>
              </w:rPr>
              <w:t>Tenaga bantu teknis/asisten pelaksanaan atau pembantu lapangan non-akademis.</w:t>
            </w:r>
          </w:p>
        </w:tc>
      </w:tr>
      <w:tr w:rsidR="00557F56" w14:paraId="52EC62B3" w14:textId="77777777" w:rsidTr="003D74A9">
        <w:trPr>
          <w:jc w:val="center"/>
        </w:trPr>
        <w:tc>
          <w:tcPr>
            <w:tcW w:w="7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30192" w14:textId="77777777" w:rsidR="00557F56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101ABB" w14:textId="77777777" w:rsidR="00557F56" w:rsidRDefault="00000000">
            <w:r>
              <w:rPr>
                <w:sz w:val="18"/>
              </w:rPr>
              <w:t>Teknologi dan Inovasi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E1F7F" w14:textId="77777777" w:rsidR="00557F56" w:rsidRDefault="00000000">
            <w:pPr>
              <w:jc w:val="center"/>
            </w:pPr>
            <w:r>
              <w:rPr>
                <w:sz w:val="18"/>
              </w:rPr>
              <w:t>Minimal 50%</w:t>
            </w:r>
          </w:p>
        </w:tc>
        <w:tc>
          <w:tcPr>
            <w:tcW w:w="489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B2161" w14:textId="77777777" w:rsidR="00557F56" w:rsidRDefault="00000000">
            <w:r>
              <w:rPr>
                <w:sz w:val="18"/>
              </w:rPr>
              <w:t>Teknologi, inovasi, alat, bahan, produk, atau intervensi yang memberi manfaat langsung dan/atau diserahkan kepada mitra.</w:t>
            </w:r>
          </w:p>
        </w:tc>
      </w:tr>
      <w:tr w:rsidR="00557F56" w14:paraId="0052BD40" w14:textId="77777777" w:rsidTr="003D74A9">
        <w:trPr>
          <w:jc w:val="center"/>
        </w:trPr>
        <w:tc>
          <w:tcPr>
            <w:tcW w:w="7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34C69" w14:textId="77777777" w:rsidR="00557F56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E73AC1" w14:textId="77777777" w:rsidR="00557F56" w:rsidRDefault="00000000">
            <w:r>
              <w:rPr>
                <w:sz w:val="18"/>
              </w:rPr>
              <w:t>Pelatihan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C5B317" w14:textId="77777777" w:rsidR="00557F56" w:rsidRDefault="00000000">
            <w:pPr>
              <w:jc w:val="center"/>
            </w:pPr>
            <w:r>
              <w:rPr>
                <w:sz w:val="18"/>
              </w:rPr>
              <w:t>Maksimal 20%</w:t>
            </w:r>
          </w:p>
        </w:tc>
        <w:tc>
          <w:tcPr>
            <w:tcW w:w="489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743CF1" w14:textId="77777777" w:rsidR="00557F56" w:rsidRDefault="00000000">
            <w:r>
              <w:rPr>
                <w:sz w:val="18"/>
              </w:rPr>
              <w:t>Kegiatan peningkatan kapasitas mitra: sosialisasi, penyuluhan, workshop/lokakarya, FGD, pelatihan.</w:t>
            </w:r>
          </w:p>
        </w:tc>
      </w:tr>
      <w:tr w:rsidR="00557F56" w14:paraId="148A1F91" w14:textId="77777777" w:rsidTr="003D74A9">
        <w:trPr>
          <w:jc w:val="center"/>
        </w:trPr>
        <w:tc>
          <w:tcPr>
            <w:tcW w:w="7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32EF9C" w14:textId="77777777" w:rsidR="00557F56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EDF5C" w14:textId="77777777" w:rsidR="00557F56" w:rsidRDefault="00000000">
            <w:r>
              <w:rPr>
                <w:sz w:val="18"/>
              </w:rPr>
              <w:t>Perjalanan Dalam Negeri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6B8A4D" w14:textId="77777777" w:rsidR="00557F56" w:rsidRDefault="00000000">
            <w:pPr>
              <w:jc w:val="center"/>
            </w:pPr>
            <w:r>
              <w:rPr>
                <w:sz w:val="18"/>
              </w:rPr>
              <w:t>Maksimal 15%</w:t>
            </w:r>
          </w:p>
        </w:tc>
        <w:tc>
          <w:tcPr>
            <w:tcW w:w="489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A57BC6" w14:textId="77777777" w:rsidR="00557F56" w:rsidRDefault="00000000">
            <w:r>
              <w:rPr>
                <w:sz w:val="18"/>
              </w:rPr>
              <w:t>Perjalanan substansial yang langsung berkaitan dengan pelaksanaan program di lokasi mitra.</w:t>
            </w:r>
          </w:p>
        </w:tc>
      </w:tr>
      <w:tr w:rsidR="00557F56" w14:paraId="39E984DD" w14:textId="77777777" w:rsidTr="003D74A9">
        <w:trPr>
          <w:jc w:val="center"/>
        </w:trPr>
        <w:tc>
          <w:tcPr>
            <w:tcW w:w="7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E9BFD7" w14:textId="77777777" w:rsidR="00557F56" w:rsidRDefault="00000000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715D7E" w14:textId="77777777" w:rsidR="00557F56" w:rsidRDefault="00000000">
            <w:r>
              <w:rPr>
                <w:sz w:val="18"/>
              </w:rPr>
              <w:t>Biaya Lainnya</w:t>
            </w:r>
          </w:p>
        </w:tc>
        <w:tc>
          <w:tcPr>
            <w:tcW w:w="250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1C8211" w14:textId="77777777" w:rsidR="00557F56" w:rsidRDefault="00000000">
            <w:pPr>
              <w:jc w:val="center"/>
            </w:pPr>
            <w:r>
              <w:rPr>
                <w:sz w:val="18"/>
              </w:rPr>
              <w:t>Maksimal 5%</w:t>
            </w:r>
          </w:p>
        </w:tc>
        <w:tc>
          <w:tcPr>
            <w:tcW w:w="489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6911B" w14:textId="77777777" w:rsidR="00557F56" w:rsidRDefault="00000000">
            <w:r>
              <w:rPr>
                <w:sz w:val="18"/>
              </w:rPr>
              <w:t>Pemenuhan luaran wajib seperti artikel/berita media, video, atau KI sesuai ketentuan.</w:t>
            </w:r>
          </w:p>
        </w:tc>
      </w:tr>
      <w:tr w:rsidR="00557F56" w14:paraId="4B9E89E6" w14:textId="77777777" w:rsidTr="003D74A9">
        <w:tblPrEx>
          <w:tblBorders>
            <w:top w:val="single" w:sz="7" w:space="0" w:color="2E7D32"/>
            <w:left w:val="single" w:sz="7" w:space="0" w:color="2E7D32"/>
            <w:bottom w:val="single" w:sz="7" w:space="0" w:color="2E7D32"/>
            <w:right w:val="single" w:sz="7" w:space="0" w:color="2E7D32"/>
            <w:insideH w:val="single" w:sz="7" w:space="0" w:color="2E7D32"/>
            <w:insideV w:val="single" w:sz="7" w:space="0" w:color="2E7D32"/>
          </w:tblBorders>
        </w:tblPrEx>
        <w:trPr>
          <w:gridAfter w:val="1"/>
          <w:wAfter w:w="2381" w:type="dxa"/>
          <w:jc w:val="center"/>
        </w:trPr>
        <w:tc>
          <w:tcPr>
            <w:tcW w:w="8281" w:type="dxa"/>
            <w:gridSpan w:val="4"/>
            <w:shd w:val="clear" w:color="auto" w:fill="EAF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9AD3C6" w14:textId="77777777" w:rsidR="00557F56" w:rsidRDefault="00000000">
            <w:pPr>
              <w:spacing w:after="40"/>
            </w:pPr>
            <w:r>
              <w:rPr>
                <w:b/>
                <w:color w:val="2E7D32"/>
                <w:sz w:val="21"/>
              </w:rPr>
              <w:t>Formula cek cepat</w:t>
            </w:r>
          </w:p>
          <w:p w14:paraId="24BB2354" w14:textId="77777777" w:rsidR="00557F56" w:rsidRDefault="00000000">
            <w:pPr>
              <w:spacing w:after="0"/>
            </w:pPr>
            <w:r>
              <w:rPr>
                <w:sz w:val="20"/>
              </w:rPr>
              <w:t>• Total seluruh komponen = 100% dari dana usulan.</w:t>
            </w:r>
          </w:p>
          <w:p w14:paraId="3A472389" w14:textId="77777777" w:rsidR="00557F56" w:rsidRDefault="00000000">
            <w:pPr>
              <w:spacing w:after="0"/>
            </w:pPr>
            <w:r>
              <w:rPr>
                <w:sz w:val="20"/>
              </w:rPr>
              <w:t>• Teknologi dan Inovasi tidak boleh kurang dari 50%.</w:t>
            </w:r>
          </w:p>
          <w:p w14:paraId="562B0653" w14:textId="77777777" w:rsidR="00557F56" w:rsidRDefault="00000000">
            <w:pPr>
              <w:spacing w:after="0"/>
            </w:pPr>
            <w:r>
              <w:rPr>
                <w:sz w:val="20"/>
              </w:rPr>
              <w:t>• Upah dan Jasa ≤10%; Pelatihan ≤20%; Perjalanan Dalam Negeri ≤15%; Biaya Lainnya ≤5%.</w:t>
            </w:r>
          </w:p>
        </w:tc>
      </w:tr>
    </w:tbl>
    <w:p w14:paraId="1C1D1E0A" w14:textId="77777777" w:rsidR="00557F56" w:rsidRDefault="00557F56">
      <w:pPr>
        <w:spacing w:after="20"/>
      </w:pPr>
    </w:p>
    <w:p w14:paraId="2416252D" w14:textId="77777777" w:rsidR="00557F56" w:rsidRDefault="00000000">
      <w:r>
        <w:br w:type="page"/>
      </w:r>
    </w:p>
    <w:p w14:paraId="009CE407" w14:textId="77777777" w:rsidR="00557F56" w:rsidRDefault="00000000">
      <w:pPr>
        <w:keepNext/>
        <w:spacing w:before="160" w:after="100"/>
      </w:pPr>
      <w:r>
        <w:rPr>
          <w:b/>
          <w:color w:val="0B4F7A"/>
          <w:sz w:val="28"/>
        </w:rPr>
        <w:lastRenderedPageBreak/>
        <w:t>A. IDENTITAS USULAN DAN PAGU ANGGARAN</w:t>
      </w:r>
    </w:p>
    <w:tbl>
      <w:tblPr>
        <w:tblW w:w="0" w:type="auto"/>
        <w:jc w:val="center"/>
        <w:tblBorders>
          <w:top w:val="single" w:sz="7" w:space="0" w:color="0E7778"/>
          <w:left w:val="single" w:sz="7" w:space="0" w:color="0E7778"/>
          <w:bottom w:val="single" w:sz="7" w:space="0" w:color="0E7778"/>
          <w:right w:val="single" w:sz="7" w:space="0" w:color="0E7778"/>
          <w:insideH w:val="single" w:sz="7" w:space="0" w:color="0E7778"/>
          <w:insideV w:val="single" w:sz="7" w:space="0" w:color="0E7778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375313FA" w14:textId="77777777">
        <w:trPr>
          <w:jc w:val="center"/>
        </w:trPr>
        <w:tc>
          <w:tcPr>
            <w:tcW w:w="10037" w:type="dxa"/>
            <w:shd w:val="clear" w:color="auto" w:fill="E9F7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E48842" w14:textId="77777777" w:rsidR="00557F56" w:rsidRDefault="00000000">
            <w:pPr>
              <w:spacing w:after="40"/>
            </w:pPr>
            <w:r>
              <w:rPr>
                <w:b/>
                <w:color w:val="0E7778"/>
                <w:sz w:val="21"/>
              </w:rPr>
              <w:t>Petunjuk pengisian</w:t>
            </w:r>
          </w:p>
          <w:p w14:paraId="634C09CB" w14:textId="77777777" w:rsidR="00557F56" w:rsidRDefault="00000000">
            <w:pPr>
              <w:spacing w:after="0"/>
            </w:pPr>
            <w:r>
              <w:rPr>
                <w:sz w:val="20"/>
              </w:rPr>
              <w:t>• Isi identitas sesuai proposal PkM yang diajukan.</w:t>
            </w:r>
          </w:p>
          <w:p w14:paraId="77209077" w14:textId="77777777" w:rsidR="00557F56" w:rsidRDefault="00000000">
            <w:pPr>
              <w:spacing w:after="0"/>
            </w:pPr>
            <w:r>
              <w:rPr>
                <w:sz w:val="20"/>
              </w:rPr>
              <w:t>• Total dana usulan pada bagian ini harus sama dengan total RAB pada tabel ringkasan dan rincian.</w:t>
            </w:r>
          </w:p>
        </w:tc>
      </w:tr>
    </w:tbl>
    <w:p w14:paraId="09322348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6768"/>
      </w:tblGrid>
      <w:tr w:rsidR="00557F56" w14:paraId="0ADA22C1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80433E" w14:textId="77777777" w:rsidR="00557F56" w:rsidRDefault="00000000">
            <w:r>
              <w:rPr>
                <w:b/>
                <w:sz w:val="20"/>
              </w:rPr>
              <w:t>Judul PkM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A0834E" w14:textId="77777777" w:rsidR="00557F56" w:rsidRDefault="00000000">
            <w:r>
              <w:rPr>
                <w:color w:val="666666"/>
                <w:sz w:val="20"/>
              </w:rPr>
              <w:t>[Tuliskan judul lengkap]</w:t>
            </w:r>
          </w:p>
        </w:tc>
      </w:tr>
      <w:tr w:rsidR="00557F56" w14:paraId="2FB49DE3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3EA4D" w14:textId="77777777" w:rsidR="00557F56" w:rsidRDefault="00000000">
            <w:r>
              <w:rPr>
                <w:b/>
                <w:sz w:val="20"/>
              </w:rPr>
              <w:t>Skema PkM Prodi UBT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F081EA" w14:textId="77777777" w:rsidR="00557F56" w:rsidRDefault="00000000">
            <w:r>
              <w:rPr>
                <w:color w:val="666666"/>
                <w:sz w:val="20"/>
              </w:rPr>
              <w:t>[Mandiri Prodi / Kolaborasi Satu Fakultas / Kolaborasi Lintas Fakultas]</w:t>
            </w:r>
          </w:p>
        </w:tc>
      </w:tr>
      <w:tr w:rsidR="00557F56" w14:paraId="2DC2394A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19E9ED" w14:textId="77777777" w:rsidR="00557F56" w:rsidRDefault="00000000">
            <w:r>
              <w:rPr>
                <w:b/>
                <w:sz w:val="20"/>
              </w:rPr>
              <w:t>Program Studi/Fakultas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0087B" w14:textId="77777777" w:rsidR="00557F56" w:rsidRDefault="00000000">
            <w:r>
              <w:rPr>
                <w:color w:val="666666"/>
                <w:sz w:val="20"/>
              </w:rPr>
              <w:t>[Isi]</w:t>
            </w:r>
          </w:p>
        </w:tc>
      </w:tr>
      <w:tr w:rsidR="00557F56" w14:paraId="393385F1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1CA739" w14:textId="77777777" w:rsidR="00557F56" w:rsidRDefault="00000000">
            <w:r>
              <w:rPr>
                <w:b/>
                <w:sz w:val="20"/>
              </w:rPr>
              <w:t>Ketua Tim Pelaksana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7F94B" w14:textId="77777777" w:rsidR="00557F56" w:rsidRDefault="00000000">
            <w:r>
              <w:rPr>
                <w:color w:val="666666"/>
                <w:sz w:val="20"/>
              </w:rPr>
              <w:t>[Nama, NIDN/NIDK]</w:t>
            </w:r>
          </w:p>
        </w:tc>
      </w:tr>
      <w:tr w:rsidR="00557F56" w14:paraId="29507768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A64446" w14:textId="77777777" w:rsidR="00557F56" w:rsidRDefault="00000000">
            <w:r>
              <w:rPr>
                <w:b/>
                <w:sz w:val="20"/>
              </w:rPr>
              <w:t>Mitra Sasaran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95DD1C" w14:textId="77777777" w:rsidR="00557F56" w:rsidRDefault="00000000">
            <w:r>
              <w:rPr>
                <w:color w:val="666666"/>
                <w:sz w:val="20"/>
              </w:rPr>
              <w:t>[Nama kelompok/UMKM/sekolah/desa/komunitas]</w:t>
            </w:r>
          </w:p>
        </w:tc>
      </w:tr>
      <w:tr w:rsidR="00557F56" w14:paraId="6302DD82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018A8E" w14:textId="77777777" w:rsidR="00557F56" w:rsidRDefault="00000000">
            <w:r>
              <w:rPr>
                <w:b/>
                <w:sz w:val="20"/>
              </w:rPr>
              <w:t>Lokasi Kegiatan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2D1EC9" w14:textId="77777777" w:rsidR="00557F56" w:rsidRDefault="00000000">
            <w:r>
              <w:rPr>
                <w:color w:val="666666"/>
                <w:sz w:val="20"/>
              </w:rPr>
              <w:t>[Desa/kelurahan, kecamatan, kabupaten/kota]</w:t>
            </w:r>
          </w:p>
        </w:tc>
      </w:tr>
      <w:tr w:rsidR="00557F56" w14:paraId="474DD252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F8B1EB" w14:textId="77777777" w:rsidR="00557F56" w:rsidRDefault="00000000">
            <w:r>
              <w:rPr>
                <w:b/>
                <w:sz w:val="20"/>
              </w:rPr>
              <w:t>Durasi Pelaksanaan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CE8195" w14:textId="77777777" w:rsidR="00557F56" w:rsidRDefault="00000000">
            <w:r>
              <w:rPr>
                <w:color w:val="666666"/>
                <w:sz w:val="20"/>
              </w:rPr>
              <w:t>[... bulan]</w:t>
            </w:r>
          </w:p>
        </w:tc>
      </w:tr>
      <w:tr w:rsidR="00557F56" w14:paraId="23C2D174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8A7F8B" w14:textId="77777777" w:rsidR="00557F56" w:rsidRDefault="00000000">
            <w:r>
              <w:rPr>
                <w:b/>
                <w:sz w:val="20"/>
              </w:rPr>
              <w:t>Total Dana yang Diusulkan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4BA341" w14:textId="77777777" w:rsidR="00557F56" w:rsidRDefault="00000000">
            <w:r>
              <w:rPr>
                <w:color w:val="666666"/>
                <w:sz w:val="20"/>
              </w:rPr>
              <w:t>Rp [jumlah]</w:t>
            </w:r>
          </w:p>
        </w:tc>
      </w:tr>
      <w:tr w:rsidR="00557F56" w14:paraId="57CE6BFA" w14:textId="77777777">
        <w:trPr>
          <w:jc w:val="center"/>
        </w:trPr>
        <w:tc>
          <w:tcPr>
            <w:tcW w:w="3024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A04A5" w14:textId="77777777" w:rsidR="00557F56" w:rsidRDefault="00000000">
            <w:r>
              <w:rPr>
                <w:b/>
                <w:sz w:val="20"/>
              </w:rPr>
              <w:t>Sharing Dana/In-kind Mitra</w:t>
            </w:r>
          </w:p>
        </w:tc>
        <w:tc>
          <w:tcPr>
            <w:tcW w:w="67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0D594" w14:textId="77777777" w:rsidR="00557F56" w:rsidRDefault="00000000">
            <w:r>
              <w:rPr>
                <w:color w:val="666666"/>
                <w:sz w:val="20"/>
              </w:rPr>
              <w:t>Rp [jumlah] / [bentuk kontribusi]</w:t>
            </w:r>
          </w:p>
        </w:tc>
      </w:tr>
    </w:tbl>
    <w:p w14:paraId="25112E2A" w14:textId="77777777" w:rsidR="00557F56" w:rsidRDefault="00000000">
      <w:pPr>
        <w:keepNext/>
        <w:spacing w:before="160" w:after="100"/>
      </w:pPr>
      <w:r>
        <w:rPr>
          <w:b/>
          <w:color w:val="0B4F7A"/>
          <w:sz w:val="28"/>
        </w:rPr>
        <w:t>B. RINGKASAN RAB</w:t>
      </w:r>
    </w:p>
    <w:tbl>
      <w:tblPr>
        <w:tblW w:w="0" w:type="auto"/>
        <w:jc w:val="center"/>
        <w:tblBorders>
          <w:top w:val="single" w:sz="7" w:space="0" w:color="0B4F7A"/>
          <w:left w:val="single" w:sz="7" w:space="0" w:color="0B4F7A"/>
          <w:bottom w:val="single" w:sz="7" w:space="0" w:color="0B4F7A"/>
          <w:right w:val="single" w:sz="7" w:space="0" w:color="0B4F7A"/>
          <w:insideH w:val="single" w:sz="7" w:space="0" w:color="0B4F7A"/>
          <w:insideV w:val="single" w:sz="7" w:space="0" w:color="0B4F7A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7325F668" w14:textId="77777777">
        <w:trPr>
          <w:jc w:val="center"/>
        </w:trPr>
        <w:tc>
          <w:tcPr>
            <w:tcW w:w="10037" w:type="dxa"/>
            <w:shd w:val="clear" w:color="auto" w:fill="EAF4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24BAA8" w14:textId="77777777" w:rsidR="00557F56" w:rsidRDefault="00000000">
            <w:pPr>
              <w:spacing w:after="40"/>
            </w:pPr>
            <w:r>
              <w:rPr>
                <w:b/>
                <w:color w:val="0B4F7A"/>
                <w:sz w:val="21"/>
              </w:rPr>
              <w:t>Petunjuk pengisian</w:t>
            </w:r>
          </w:p>
          <w:p w14:paraId="5F1977C0" w14:textId="77777777" w:rsidR="00557F56" w:rsidRDefault="00000000">
            <w:pPr>
              <w:spacing w:after="0"/>
            </w:pPr>
            <w:r>
              <w:rPr>
                <w:sz w:val="20"/>
              </w:rPr>
              <w:t>• Isi Jumlah Dana berdasarkan hasil penjumlahan rincian setiap komponen.</w:t>
            </w:r>
          </w:p>
          <w:p w14:paraId="6F13EDD8" w14:textId="77777777" w:rsidR="00557F56" w:rsidRDefault="00000000">
            <w:pPr>
              <w:spacing w:after="0"/>
            </w:pPr>
            <w:r>
              <w:rPr>
                <w:sz w:val="20"/>
              </w:rPr>
              <w:t>• Hitung Persentase Aktual = Jumlah Dana Komponen ÷ Total Dana × 100%.</w:t>
            </w:r>
          </w:p>
          <w:p w14:paraId="6A98634A" w14:textId="77777777" w:rsidR="00557F56" w:rsidRDefault="00000000">
            <w:pPr>
              <w:spacing w:after="0"/>
            </w:pPr>
            <w:r>
              <w:rPr>
                <w:sz w:val="20"/>
              </w:rPr>
              <w:t>• Kolom Status diisi SESUAI jika batas persentase terpenuhi; jika tidak, isi PERBAIKI.</w:t>
            </w:r>
          </w:p>
        </w:tc>
      </w:tr>
    </w:tbl>
    <w:p w14:paraId="126ADC89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1800"/>
        <w:gridCol w:w="2088"/>
        <w:gridCol w:w="1800"/>
        <w:gridCol w:w="1368"/>
      </w:tblGrid>
      <w:tr w:rsidR="00557F56" w14:paraId="68000874" w14:textId="77777777">
        <w:trPr>
          <w:tblHeader/>
          <w:jc w:val="center"/>
        </w:trPr>
        <w:tc>
          <w:tcPr>
            <w:tcW w:w="648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9B24D9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2520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E171B2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Kelompok Biaya</w:t>
            </w:r>
          </w:p>
        </w:tc>
        <w:tc>
          <w:tcPr>
            <w:tcW w:w="1800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D3A3D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Ketentuan</w:t>
            </w:r>
          </w:p>
        </w:tc>
        <w:tc>
          <w:tcPr>
            <w:tcW w:w="2088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413158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Jumlah Dana (Rp)</w:t>
            </w:r>
          </w:p>
        </w:tc>
        <w:tc>
          <w:tcPr>
            <w:tcW w:w="1800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0EC653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Persentase Aktual</w:t>
            </w:r>
          </w:p>
        </w:tc>
        <w:tc>
          <w:tcPr>
            <w:tcW w:w="1368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DB3154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</w:tr>
      <w:tr w:rsidR="00557F56" w14:paraId="3429673C" w14:textId="77777777">
        <w:trPr>
          <w:jc w:val="center"/>
        </w:trPr>
        <w:tc>
          <w:tcPr>
            <w:tcW w:w="6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513908" w14:textId="77777777" w:rsidR="00557F56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5E184" w14:textId="77777777" w:rsidR="00557F56" w:rsidRDefault="00000000">
            <w:r>
              <w:rPr>
                <w:sz w:val="17"/>
              </w:rPr>
              <w:t>Upah dan Jasa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95739" w14:textId="77777777" w:rsidR="00557F56" w:rsidRDefault="00000000">
            <w:pPr>
              <w:jc w:val="center"/>
            </w:pPr>
            <w:r>
              <w:rPr>
                <w:sz w:val="17"/>
              </w:rPr>
              <w:t>Maksimal 10%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84107B" w14:textId="77777777" w:rsidR="00557F56" w:rsidRDefault="00000000">
            <w:pPr>
              <w:jc w:val="center"/>
            </w:pPr>
            <w:r>
              <w:rPr>
                <w:sz w:val="17"/>
              </w:rPr>
              <w:t>Rp [Isi]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79124D" w14:textId="77777777" w:rsidR="00557F56" w:rsidRDefault="00000000">
            <w:pPr>
              <w:jc w:val="center"/>
            </w:pPr>
            <w:r>
              <w:rPr>
                <w:sz w:val="17"/>
              </w:rPr>
              <w:t>[...%]</w:t>
            </w:r>
          </w:p>
        </w:tc>
        <w:tc>
          <w:tcPr>
            <w:tcW w:w="13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00915" w14:textId="77777777" w:rsidR="00557F56" w:rsidRDefault="00000000">
            <w:pPr>
              <w:jc w:val="center"/>
            </w:pPr>
            <w:r>
              <w:rPr>
                <w:sz w:val="17"/>
              </w:rPr>
              <w:t>[SESUAI/PERBAIKI]</w:t>
            </w:r>
          </w:p>
        </w:tc>
      </w:tr>
      <w:tr w:rsidR="00557F56" w14:paraId="58F1FFB9" w14:textId="77777777">
        <w:trPr>
          <w:jc w:val="center"/>
        </w:trPr>
        <w:tc>
          <w:tcPr>
            <w:tcW w:w="6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A4556" w14:textId="77777777" w:rsidR="00557F56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2B43C" w14:textId="77777777" w:rsidR="00557F56" w:rsidRDefault="00000000">
            <w:r>
              <w:rPr>
                <w:sz w:val="17"/>
              </w:rPr>
              <w:t>Teknologi dan Inovasi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F919EC" w14:textId="77777777" w:rsidR="00557F56" w:rsidRDefault="00000000">
            <w:pPr>
              <w:jc w:val="center"/>
            </w:pPr>
            <w:r>
              <w:rPr>
                <w:sz w:val="17"/>
              </w:rPr>
              <w:t>Minimal 50%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42815" w14:textId="77777777" w:rsidR="00557F56" w:rsidRDefault="00000000">
            <w:pPr>
              <w:jc w:val="center"/>
            </w:pPr>
            <w:r>
              <w:rPr>
                <w:sz w:val="17"/>
              </w:rPr>
              <w:t>Rp [Isi]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62940F" w14:textId="77777777" w:rsidR="00557F56" w:rsidRDefault="00000000">
            <w:pPr>
              <w:jc w:val="center"/>
            </w:pPr>
            <w:r>
              <w:rPr>
                <w:sz w:val="17"/>
              </w:rPr>
              <w:t>[...%]</w:t>
            </w:r>
          </w:p>
        </w:tc>
        <w:tc>
          <w:tcPr>
            <w:tcW w:w="13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D6C28A" w14:textId="77777777" w:rsidR="00557F56" w:rsidRDefault="00000000">
            <w:pPr>
              <w:jc w:val="center"/>
            </w:pPr>
            <w:r>
              <w:rPr>
                <w:sz w:val="17"/>
              </w:rPr>
              <w:t>[SESUAI/PERBAIKI]</w:t>
            </w:r>
          </w:p>
        </w:tc>
      </w:tr>
      <w:tr w:rsidR="00557F56" w14:paraId="660FEA24" w14:textId="77777777">
        <w:trPr>
          <w:jc w:val="center"/>
        </w:trPr>
        <w:tc>
          <w:tcPr>
            <w:tcW w:w="6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C4302" w14:textId="77777777" w:rsidR="00557F56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385A8" w14:textId="77777777" w:rsidR="00557F56" w:rsidRDefault="00000000">
            <w:r>
              <w:rPr>
                <w:sz w:val="17"/>
              </w:rPr>
              <w:t>Pelatihan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B6762" w14:textId="77777777" w:rsidR="00557F56" w:rsidRDefault="00000000">
            <w:pPr>
              <w:jc w:val="center"/>
            </w:pPr>
            <w:r>
              <w:rPr>
                <w:sz w:val="17"/>
              </w:rPr>
              <w:t>Maksimal 20%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79DCE9" w14:textId="77777777" w:rsidR="00557F56" w:rsidRDefault="00000000">
            <w:pPr>
              <w:jc w:val="center"/>
            </w:pPr>
            <w:r>
              <w:rPr>
                <w:sz w:val="17"/>
              </w:rPr>
              <w:t>Rp [Isi]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1CCD56" w14:textId="77777777" w:rsidR="00557F56" w:rsidRDefault="00000000">
            <w:pPr>
              <w:jc w:val="center"/>
            </w:pPr>
            <w:r>
              <w:rPr>
                <w:sz w:val="17"/>
              </w:rPr>
              <w:t>[...%]</w:t>
            </w:r>
          </w:p>
        </w:tc>
        <w:tc>
          <w:tcPr>
            <w:tcW w:w="13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FE04EF" w14:textId="77777777" w:rsidR="00557F56" w:rsidRDefault="00000000">
            <w:pPr>
              <w:jc w:val="center"/>
            </w:pPr>
            <w:r>
              <w:rPr>
                <w:sz w:val="17"/>
              </w:rPr>
              <w:t>[SESUAI/PERBAIKI]</w:t>
            </w:r>
          </w:p>
        </w:tc>
      </w:tr>
      <w:tr w:rsidR="00557F56" w14:paraId="2C6A9B32" w14:textId="77777777">
        <w:trPr>
          <w:jc w:val="center"/>
        </w:trPr>
        <w:tc>
          <w:tcPr>
            <w:tcW w:w="6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964317" w14:textId="77777777" w:rsidR="00557F56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8774A" w14:textId="77777777" w:rsidR="00557F56" w:rsidRDefault="00000000">
            <w:r>
              <w:rPr>
                <w:sz w:val="17"/>
              </w:rPr>
              <w:t>Perjalanan Dalam Negeri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25129F" w14:textId="77777777" w:rsidR="00557F56" w:rsidRDefault="00000000">
            <w:pPr>
              <w:jc w:val="center"/>
            </w:pPr>
            <w:r>
              <w:rPr>
                <w:sz w:val="17"/>
              </w:rPr>
              <w:t>Maksimal 15%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483534" w14:textId="77777777" w:rsidR="00557F56" w:rsidRDefault="00000000">
            <w:pPr>
              <w:jc w:val="center"/>
            </w:pPr>
            <w:r>
              <w:rPr>
                <w:sz w:val="17"/>
              </w:rPr>
              <w:t>Rp [Isi]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2DE4C1" w14:textId="77777777" w:rsidR="00557F56" w:rsidRDefault="00000000">
            <w:pPr>
              <w:jc w:val="center"/>
            </w:pPr>
            <w:r>
              <w:rPr>
                <w:sz w:val="17"/>
              </w:rPr>
              <w:t>[...%]</w:t>
            </w:r>
          </w:p>
        </w:tc>
        <w:tc>
          <w:tcPr>
            <w:tcW w:w="13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DAA4A" w14:textId="77777777" w:rsidR="00557F56" w:rsidRDefault="00000000">
            <w:pPr>
              <w:jc w:val="center"/>
            </w:pPr>
            <w:r>
              <w:rPr>
                <w:sz w:val="17"/>
              </w:rPr>
              <w:t>[SESUAI/PERBAIKI]</w:t>
            </w:r>
          </w:p>
        </w:tc>
      </w:tr>
      <w:tr w:rsidR="00557F56" w14:paraId="46643D9E" w14:textId="77777777">
        <w:trPr>
          <w:jc w:val="center"/>
        </w:trPr>
        <w:tc>
          <w:tcPr>
            <w:tcW w:w="6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D09D7E" w14:textId="77777777" w:rsidR="00557F56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69376" w14:textId="77777777" w:rsidR="00557F56" w:rsidRDefault="00000000">
            <w:r>
              <w:rPr>
                <w:sz w:val="17"/>
              </w:rPr>
              <w:t>Biaya Lainnya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3E18B" w14:textId="77777777" w:rsidR="00557F56" w:rsidRDefault="00000000">
            <w:pPr>
              <w:jc w:val="center"/>
            </w:pPr>
            <w:r>
              <w:rPr>
                <w:sz w:val="17"/>
              </w:rPr>
              <w:t>Maksimal 5%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07CDE" w14:textId="77777777" w:rsidR="00557F56" w:rsidRDefault="00000000">
            <w:pPr>
              <w:jc w:val="center"/>
            </w:pPr>
            <w:r>
              <w:rPr>
                <w:sz w:val="17"/>
              </w:rPr>
              <w:t>Rp [Isi]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B335B9" w14:textId="77777777" w:rsidR="00557F56" w:rsidRDefault="00000000">
            <w:pPr>
              <w:jc w:val="center"/>
            </w:pPr>
            <w:r>
              <w:rPr>
                <w:sz w:val="17"/>
              </w:rPr>
              <w:t>[...%]</w:t>
            </w:r>
          </w:p>
        </w:tc>
        <w:tc>
          <w:tcPr>
            <w:tcW w:w="13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20FBB0" w14:textId="77777777" w:rsidR="00557F56" w:rsidRDefault="00000000">
            <w:pPr>
              <w:jc w:val="center"/>
            </w:pPr>
            <w:r>
              <w:rPr>
                <w:sz w:val="17"/>
              </w:rPr>
              <w:t>[SESUAI/PERBAIKI]</w:t>
            </w:r>
          </w:p>
        </w:tc>
      </w:tr>
      <w:tr w:rsidR="00557F56" w14:paraId="2AEF0AF4" w14:textId="77777777">
        <w:trPr>
          <w:jc w:val="center"/>
        </w:trPr>
        <w:tc>
          <w:tcPr>
            <w:tcW w:w="648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9CB676" w14:textId="77777777" w:rsidR="00557F56" w:rsidRDefault="00557F56">
            <w:pPr>
              <w:jc w:val="center"/>
            </w:pPr>
          </w:p>
        </w:tc>
        <w:tc>
          <w:tcPr>
            <w:tcW w:w="2520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10921A" w14:textId="77777777" w:rsidR="00557F56" w:rsidRDefault="00000000">
            <w:pPr>
              <w:jc w:val="center"/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1800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C1C2FD" w14:textId="77777777" w:rsidR="00557F56" w:rsidRDefault="00000000">
            <w:pPr>
              <w:jc w:val="center"/>
            </w:pPr>
            <w:r>
              <w:rPr>
                <w:b/>
                <w:sz w:val="17"/>
              </w:rPr>
              <w:t>100%</w:t>
            </w:r>
          </w:p>
        </w:tc>
        <w:tc>
          <w:tcPr>
            <w:tcW w:w="2088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62520D" w14:textId="77777777" w:rsidR="00557F56" w:rsidRDefault="00000000">
            <w:pPr>
              <w:jc w:val="center"/>
            </w:pPr>
            <w:r>
              <w:rPr>
                <w:b/>
                <w:sz w:val="17"/>
              </w:rPr>
              <w:t>Rp [Total]</w:t>
            </w:r>
          </w:p>
        </w:tc>
        <w:tc>
          <w:tcPr>
            <w:tcW w:w="1800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F2BD87" w14:textId="77777777" w:rsidR="00557F56" w:rsidRDefault="00000000">
            <w:pPr>
              <w:jc w:val="center"/>
            </w:pPr>
            <w:r>
              <w:rPr>
                <w:b/>
                <w:sz w:val="17"/>
              </w:rPr>
              <w:t>100%</w:t>
            </w:r>
          </w:p>
        </w:tc>
        <w:tc>
          <w:tcPr>
            <w:tcW w:w="1368" w:type="dxa"/>
            <w:shd w:val="clear" w:color="auto" w:fill="EAF4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5DA0D0" w14:textId="77777777" w:rsidR="00557F56" w:rsidRDefault="00000000">
            <w:pPr>
              <w:jc w:val="center"/>
            </w:pPr>
            <w:r>
              <w:rPr>
                <w:b/>
                <w:sz w:val="17"/>
              </w:rPr>
              <w:t>[SESUAI/PERBAIKI]</w:t>
            </w:r>
          </w:p>
        </w:tc>
      </w:tr>
    </w:tbl>
    <w:p w14:paraId="2F83FFBE" w14:textId="77777777" w:rsidR="00557F56" w:rsidRDefault="00000000">
      <w:r>
        <w:br w:type="page"/>
      </w:r>
    </w:p>
    <w:p w14:paraId="75F6F256" w14:textId="77777777" w:rsidR="00557F56" w:rsidRDefault="00000000">
      <w:pPr>
        <w:keepNext/>
        <w:spacing w:before="160" w:after="100"/>
      </w:pPr>
      <w:r>
        <w:rPr>
          <w:b/>
          <w:color w:val="0B4F7A"/>
          <w:sz w:val="28"/>
        </w:rPr>
        <w:lastRenderedPageBreak/>
        <w:t>C. RINCIAN RAB PER KOMPONEN</w:t>
      </w:r>
    </w:p>
    <w:p w14:paraId="1DBBD70A" w14:textId="77777777" w:rsidR="00557F56" w:rsidRDefault="00000000">
      <w:pPr>
        <w:spacing w:after="120"/>
      </w:pPr>
      <w:r>
        <w:t>Gunakan rincian berikut sebagai lampiran operasional RAB. Jumlah pada setiap bagian harus konsisten dengan Ringkasan RAB.</w:t>
      </w:r>
    </w:p>
    <w:p w14:paraId="4A354F9B" w14:textId="77777777" w:rsidR="00557F56" w:rsidRDefault="00000000">
      <w:pPr>
        <w:keepNext/>
        <w:spacing w:before="120" w:after="100"/>
      </w:pPr>
      <w:r>
        <w:rPr>
          <w:b/>
          <w:color w:val="0E7778"/>
          <w:sz w:val="24"/>
        </w:rPr>
        <w:t>C.1 Upah dan Jasa - Maksimal 10%</w:t>
      </w:r>
    </w:p>
    <w:tbl>
      <w:tblPr>
        <w:tblW w:w="0" w:type="auto"/>
        <w:jc w:val="center"/>
        <w:tblBorders>
          <w:top w:val="single" w:sz="7" w:space="0" w:color="F39C12"/>
          <w:left w:val="single" w:sz="7" w:space="0" w:color="F39C12"/>
          <w:bottom w:val="single" w:sz="7" w:space="0" w:color="F39C12"/>
          <w:right w:val="single" w:sz="7" w:space="0" w:color="F39C12"/>
          <w:insideH w:val="single" w:sz="7" w:space="0" w:color="F39C12"/>
          <w:insideV w:val="single" w:sz="7" w:space="0" w:color="F39C12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3FF5BC46" w14:textId="77777777">
        <w:trPr>
          <w:jc w:val="center"/>
        </w:trPr>
        <w:tc>
          <w:tcPr>
            <w:tcW w:w="10037" w:type="dxa"/>
            <w:shd w:val="clear" w:color="auto" w:fill="FFF3E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3BD741" w14:textId="77777777" w:rsidR="00557F56" w:rsidRDefault="00000000">
            <w:pPr>
              <w:spacing w:after="40"/>
            </w:pPr>
            <w:r>
              <w:rPr>
                <w:b/>
                <w:color w:val="F39C12"/>
                <w:sz w:val="21"/>
              </w:rPr>
              <w:t>Petunjuk pengisian</w:t>
            </w:r>
          </w:p>
          <w:p w14:paraId="64BDD2AB" w14:textId="77777777" w:rsidR="00557F56" w:rsidRDefault="00000000">
            <w:pPr>
              <w:spacing w:after="0"/>
            </w:pPr>
            <w:r>
              <w:rPr>
                <w:sz w:val="20"/>
              </w:rPr>
              <w:t>• Hanya untuk pembantu teknis/asisten pelaksanaan kegiatan dan pembantu lapangan non-akademis.</w:t>
            </w:r>
          </w:p>
          <w:p w14:paraId="6147E647" w14:textId="77777777" w:rsidR="00557F56" w:rsidRDefault="00000000">
            <w:pPr>
              <w:spacing w:after="0"/>
            </w:pPr>
            <w:r>
              <w:rPr>
                <w:sz w:val="20"/>
              </w:rPr>
              <w:t>• Pembantu teknis/asisten: Rp25.000/OJ, maksimal 3 jam per hari dan maksimal 20 hari kerja per bulan.</w:t>
            </w:r>
          </w:p>
          <w:p w14:paraId="1E5A0ACF" w14:textId="77777777" w:rsidR="00557F56" w:rsidRDefault="00000000">
            <w:pPr>
              <w:spacing w:after="0"/>
            </w:pPr>
            <w:r>
              <w:rPr>
                <w:sz w:val="20"/>
              </w:rPr>
              <w:t>• Pembantu lapangan: Rp80.000/OH, maksimal 20 hari kerja per bulan.</w:t>
            </w:r>
          </w:p>
          <w:p w14:paraId="7F5D78F1" w14:textId="77777777" w:rsidR="00557F56" w:rsidRDefault="00000000">
            <w:pPr>
              <w:spacing w:after="0"/>
            </w:pPr>
            <w:r>
              <w:rPr>
                <w:sz w:val="20"/>
              </w:rPr>
              <w:t>• Tidak diperbolehkan untuk tim pelaksana, mahasiswa, mitra, narasumber, moderator, panitia/MC, pengolah data, surveyor, biaya pengujian, uang lembur, atau uang makan bagi penerima yang sama.</w:t>
            </w:r>
          </w:p>
        </w:tc>
      </w:tr>
    </w:tbl>
    <w:p w14:paraId="514493AF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512"/>
        <w:gridCol w:w="1512"/>
        <w:gridCol w:w="1872"/>
        <w:gridCol w:w="792"/>
        <w:gridCol w:w="792"/>
        <w:gridCol w:w="1296"/>
        <w:gridCol w:w="1296"/>
        <w:gridCol w:w="1440"/>
      </w:tblGrid>
      <w:tr w:rsidR="00557F56" w14:paraId="43046FDC" w14:textId="77777777">
        <w:trPr>
          <w:tblHeader/>
          <w:jc w:val="center"/>
        </w:trPr>
        <w:tc>
          <w:tcPr>
            <w:tcW w:w="503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EE27AA3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151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187A5CA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Posisi/Nama Tenaga Bantu</w:t>
            </w:r>
          </w:p>
        </w:tc>
        <w:tc>
          <w:tcPr>
            <w:tcW w:w="151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BF029C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Kegiatan yang Didukung</w:t>
            </w:r>
          </w:p>
        </w:tc>
        <w:tc>
          <w:tcPr>
            <w:tcW w:w="187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77F6048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Uraian Tugas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C9D6B58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Volume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E2BE9DC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Satuan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5B75D0F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Biaya Satuan (Rp)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679F4DF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Jumlah (Rp)</w:t>
            </w:r>
          </w:p>
        </w:tc>
        <w:tc>
          <w:tcPr>
            <w:tcW w:w="1440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FB3E27B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Bukti/Acuan</w:t>
            </w:r>
          </w:p>
        </w:tc>
      </w:tr>
      <w:tr w:rsidR="00557F56" w14:paraId="07AE9968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C44295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1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DF2769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9BD9C4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A2267ED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4F9D82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FE5F69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432793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F60215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5EB1C6E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06FE341E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03FDE6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2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D441B6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8DB9C7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C0EC34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D66FF7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36375A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9A5B0E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48180E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73A69E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51354FB8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1220AE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3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209665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DA7B4FA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5D6BC7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A087BB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27E0F1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914C9E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D919A4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5D7571A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77CFA607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540266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4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90F029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FE3DA7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33FC44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0594CC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CE3539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80AF53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76F0B2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A0B1FC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57B5F954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421615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5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FA017C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BBC162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9AB14E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34F005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8CD22F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0C3F06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7EB0ED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FA42896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</w:tbl>
    <w:p w14:paraId="7B2AE8A6" w14:textId="77777777" w:rsidR="00557F56" w:rsidRDefault="00000000">
      <w:pPr>
        <w:keepNext/>
        <w:spacing w:before="120" w:after="100"/>
      </w:pPr>
      <w:r>
        <w:rPr>
          <w:b/>
          <w:color w:val="0E7778"/>
          <w:sz w:val="24"/>
        </w:rPr>
        <w:t>C.2 Teknologi dan Inovasi - Minimal 50%</w:t>
      </w:r>
    </w:p>
    <w:tbl>
      <w:tblPr>
        <w:tblW w:w="0" w:type="auto"/>
        <w:jc w:val="center"/>
        <w:tblBorders>
          <w:top w:val="single" w:sz="7" w:space="0" w:color="2E7D32"/>
          <w:left w:val="single" w:sz="7" w:space="0" w:color="2E7D32"/>
          <w:bottom w:val="single" w:sz="7" w:space="0" w:color="2E7D32"/>
          <w:right w:val="single" w:sz="7" w:space="0" w:color="2E7D32"/>
          <w:insideH w:val="single" w:sz="7" w:space="0" w:color="2E7D32"/>
          <w:insideV w:val="single" w:sz="7" w:space="0" w:color="2E7D32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6E7713AA" w14:textId="77777777">
        <w:trPr>
          <w:jc w:val="center"/>
        </w:trPr>
        <w:tc>
          <w:tcPr>
            <w:tcW w:w="10037" w:type="dxa"/>
            <w:shd w:val="clear" w:color="auto" w:fill="EAF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2C200A" w14:textId="77777777" w:rsidR="00557F56" w:rsidRDefault="00000000">
            <w:pPr>
              <w:spacing w:after="40"/>
            </w:pPr>
            <w:r>
              <w:rPr>
                <w:b/>
                <w:color w:val="2E7D32"/>
                <w:sz w:val="21"/>
              </w:rPr>
              <w:t>Petunjuk pengisian</w:t>
            </w:r>
          </w:p>
          <w:p w14:paraId="0FD603AA" w14:textId="77777777" w:rsidR="00557F56" w:rsidRDefault="00000000">
            <w:pPr>
              <w:spacing w:after="0"/>
            </w:pPr>
            <w:r>
              <w:rPr>
                <w:sz w:val="20"/>
              </w:rPr>
              <w:t>• Prioritaskan barang/bahan/alat/komponen teknologi atau produk intervensi yang berhubungan langsung dengan solusi atas masalah mitra.</w:t>
            </w:r>
          </w:p>
          <w:p w14:paraId="2057570B" w14:textId="77777777" w:rsidR="00557F56" w:rsidRDefault="00000000">
            <w:pPr>
              <w:spacing w:after="0"/>
            </w:pPr>
            <w:r>
              <w:rPr>
                <w:sz w:val="20"/>
              </w:rPr>
              <w:t>• Cantumkan nama barang, spesifikasi, jumlah, satuan, harga satuan, total harga, fungsi dalam solusi PkM, dan bukti/acuan harga. Jika satuannya paket, rincian paket wajib dijabarkan.</w:t>
            </w:r>
          </w:p>
          <w:p w14:paraId="51B30302" w14:textId="77777777" w:rsidR="00557F56" w:rsidRDefault="00000000">
            <w:pPr>
              <w:spacing w:after="0"/>
            </w:pPr>
            <w:r>
              <w:rPr>
                <w:sz w:val="20"/>
              </w:rPr>
              <w:t>• Aset intervensi yang diserahkan kepada mitra wajib direncanakan pelabelannya dan dicatat dalam Berita Acara Serah Terima (BAST).</w:t>
            </w:r>
          </w:p>
          <w:p w14:paraId="5B873E8A" w14:textId="77777777" w:rsidR="00557F56" w:rsidRDefault="00000000">
            <w:pPr>
              <w:spacing w:after="0"/>
            </w:pPr>
            <w:r>
              <w:rPr>
                <w:sz w:val="20"/>
              </w:rPr>
              <w:t>• Tidak diperbolehkan: tanah/lahan, kendaraan operasional, peralatan renovasi, komputer/laptop, HP, printer, kamera, furniture, pembangunan/renovasi sarpras, dan binatang ternak.</w:t>
            </w:r>
          </w:p>
        </w:tc>
      </w:tr>
    </w:tbl>
    <w:p w14:paraId="693A514C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584"/>
        <w:gridCol w:w="1800"/>
        <w:gridCol w:w="1655"/>
        <w:gridCol w:w="792"/>
        <w:gridCol w:w="792"/>
        <w:gridCol w:w="1296"/>
        <w:gridCol w:w="1296"/>
        <w:gridCol w:w="1512"/>
      </w:tblGrid>
      <w:tr w:rsidR="00557F56" w14:paraId="3899DA40" w14:textId="77777777">
        <w:trPr>
          <w:tblHeader/>
          <w:jc w:val="center"/>
        </w:trPr>
        <w:tc>
          <w:tcPr>
            <w:tcW w:w="503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D4DCA37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1584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C53989E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Nama Barang/Bahan/Alat</w:t>
            </w:r>
          </w:p>
        </w:tc>
        <w:tc>
          <w:tcPr>
            <w:tcW w:w="1800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E12A9F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Spesifikasi</w:t>
            </w:r>
          </w:p>
        </w:tc>
        <w:tc>
          <w:tcPr>
            <w:tcW w:w="1655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D0EFD8F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Fungsi/Solusi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32243D2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Volume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490A634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Satuan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C450DB5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Biaya Satuan (Rp)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02B930D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Jumlah (Rp)</w:t>
            </w:r>
          </w:p>
        </w:tc>
        <w:tc>
          <w:tcPr>
            <w:tcW w:w="151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2B5195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Bukti/Acuan Harga</w:t>
            </w:r>
          </w:p>
        </w:tc>
      </w:tr>
      <w:tr w:rsidR="00557F56" w14:paraId="0C09A210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156933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1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15A167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81BE41D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10B03AD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E98E73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AEA8A3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2C4142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746D9C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41DF34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4359B9AB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89B020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2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DAA761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F80B07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6FD83FD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6BD6FC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C77051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D0AC8F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1CCEA3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D41760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3366578A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434BEC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3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68769C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3F0D0F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88CF13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20DA26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01BBC0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3085ED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32C0F5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C563CC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51C1F2F5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8391A4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4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1B20B22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661DC3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349DAA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35747F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67080C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5095F6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39D0D9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B1E3AC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732CAA1C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89274D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5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5998C7D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EAF613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931519A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414338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609667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1AC7AF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0F6DF4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9E0767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3DBDE349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386E4F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6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909B34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42EF6A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8B8E19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7B3734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A59B28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E2288B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DE3734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9CA3772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1776F935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8C53D5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7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1CDFF1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6BF740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9D2777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A3D57E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E61628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90D9E5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A7FA25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D844C7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143E2DA5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A4316A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8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AC911E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EC0DA2E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77EFBF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D940F3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41963F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D1CB52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15F4CE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015ED5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</w:tbl>
    <w:p w14:paraId="3069D81A" w14:textId="77777777" w:rsidR="00557F56" w:rsidRDefault="00000000">
      <w:r>
        <w:br w:type="page"/>
      </w:r>
    </w:p>
    <w:p w14:paraId="67942A05" w14:textId="77777777" w:rsidR="00557F56" w:rsidRDefault="00000000">
      <w:pPr>
        <w:keepNext/>
        <w:spacing w:before="120" w:after="100"/>
      </w:pPr>
      <w:r>
        <w:rPr>
          <w:b/>
          <w:color w:val="0E7778"/>
          <w:sz w:val="24"/>
        </w:rPr>
        <w:lastRenderedPageBreak/>
        <w:t>C.3 Pelatihan - Maksimal 20%</w:t>
      </w:r>
    </w:p>
    <w:tbl>
      <w:tblPr>
        <w:tblW w:w="0" w:type="auto"/>
        <w:jc w:val="center"/>
        <w:tblBorders>
          <w:top w:val="single" w:sz="7" w:space="0" w:color="0E7778"/>
          <w:left w:val="single" w:sz="7" w:space="0" w:color="0E7778"/>
          <w:bottom w:val="single" w:sz="7" w:space="0" w:color="0E7778"/>
          <w:right w:val="single" w:sz="7" w:space="0" w:color="0E7778"/>
          <w:insideH w:val="single" w:sz="7" w:space="0" w:color="0E7778"/>
          <w:insideV w:val="single" w:sz="7" w:space="0" w:color="0E7778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01CBE30A" w14:textId="77777777">
        <w:trPr>
          <w:jc w:val="center"/>
        </w:trPr>
        <w:tc>
          <w:tcPr>
            <w:tcW w:w="10037" w:type="dxa"/>
            <w:shd w:val="clear" w:color="auto" w:fill="E9F7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1CF415" w14:textId="77777777" w:rsidR="00557F56" w:rsidRDefault="00000000">
            <w:pPr>
              <w:spacing w:after="40"/>
            </w:pPr>
            <w:r>
              <w:rPr>
                <w:b/>
                <w:color w:val="0E7778"/>
                <w:sz w:val="21"/>
              </w:rPr>
              <w:t>Petunjuk pengisian</w:t>
            </w:r>
          </w:p>
          <w:p w14:paraId="03CCA38C" w14:textId="77777777" w:rsidR="00557F56" w:rsidRDefault="00000000">
            <w:pPr>
              <w:spacing w:after="0"/>
            </w:pPr>
            <w:r>
              <w:rPr>
                <w:sz w:val="20"/>
              </w:rPr>
              <w:t>• Digunakan untuk kegiatan peningkatan kapasitas mitra: sosialisasi, penyuluhan, workshop/lokakarya, FGD, pelatihan, dan kegiatan sejenis.</w:t>
            </w:r>
          </w:p>
          <w:p w14:paraId="5CAAE423" w14:textId="77777777" w:rsidR="00557F56" w:rsidRDefault="00000000">
            <w:pPr>
              <w:spacing w:after="0"/>
            </w:pPr>
            <w:r>
              <w:rPr>
                <w:sz w:val="20"/>
              </w:rPr>
              <w:t>• Kudapan dapat digunakan untuk kegiatan luring minimal 2 jam; makanan untuk kegiatan luring minimal 4 jam.</w:t>
            </w:r>
          </w:p>
          <w:p w14:paraId="22FEE7FC" w14:textId="77777777" w:rsidR="00557F56" w:rsidRDefault="00000000">
            <w:pPr>
              <w:spacing w:after="0"/>
            </w:pPr>
            <w:r>
              <w:rPr>
                <w:sz w:val="20"/>
              </w:rPr>
              <w:t>• Konsumsi hanya dapat diberikan jika terdapat peserta di luar tim pelaksana dan wajib melibatkan mitra sasaran.</w:t>
            </w:r>
          </w:p>
          <w:p w14:paraId="28167D26" w14:textId="77777777" w:rsidR="00557F56" w:rsidRDefault="00000000">
            <w:pPr>
              <w:spacing w:after="0"/>
            </w:pPr>
            <w:r>
              <w:rPr>
                <w:sz w:val="20"/>
              </w:rPr>
              <w:t>• Setiap pengeluaran harus dirinci per kegiatan dan didukung daftar hadir, dokumentasi, serta bukti riil.</w:t>
            </w:r>
          </w:p>
        </w:tc>
      </w:tr>
    </w:tbl>
    <w:p w14:paraId="05D1AE02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655"/>
        <w:gridCol w:w="1944"/>
        <w:gridCol w:w="1655"/>
        <w:gridCol w:w="792"/>
        <w:gridCol w:w="792"/>
        <w:gridCol w:w="1296"/>
        <w:gridCol w:w="1296"/>
        <w:gridCol w:w="1368"/>
      </w:tblGrid>
      <w:tr w:rsidR="00557F56" w14:paraId="782B54D0" w14:textId="77777777">
        <w:trPr>
          <w:tblHeader/>
          <w:jc w:val="center"/>
        </w:trPr>
        <w:tc>
          <w:tcPr>
            <w:tcW w:w="503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80D3F1F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1655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F3B622B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Nama Kegiatan</w:t>
            </w:r>
          </w:p>
        </w:tc>
        <w:tc>
          <w:tcPr>
            <w:tcW w:w="1944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431D4F9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Uraian Belanja</w:t>
            </w:r>
          </w:p>
        </w:tc>
        <w:tc>
          <w:tcPr>
            <w:tcW w:w="1655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6C44DFE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Peserta/Durasi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3F0D4BA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Volume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91DBA09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Satuan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476DCA3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Biaya Satuan (Rp)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EFB2C3C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Jumlah (Rp)</w:t>
            </w:r>
          </w:p>
        </w:tc>
        <w:tc>
          <w:tcPr>
            <w:tcW w:w="1368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4DCDD88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Bukti/Acuan</w:t>
            </w:r>
          </w:p>
        </w:tc>
      </w:tr>
      <w:tr w:rsidR="00557F56" w14:paraId="7CD6C9A3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161A86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1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A8710A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A95985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8028072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30687D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C95B7D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6BB903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497B21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368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A990EB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43486B22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7026AC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2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2C711D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A0310E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2AC84E6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F7345B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44584D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A0641B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D14BF6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368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FFEF6A2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0E5F85D6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C42DFB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3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C8DBD62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4A7382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E2160E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18F044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6A44F3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87FE3F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D5A808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368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400D10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42F63B14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19E0E2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4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790C1F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76EAAA6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B95A04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6335AC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B2D5B2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60FCEF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784097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368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F6AE59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1821768A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B453FB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5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AAA13F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9CCC57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FC0652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2F5A43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4A8E4E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E61A05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2504B0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368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D5BDC5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40A7973D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6CD39B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6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A2AFF9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E9AFCFE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65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AE899A2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85A8AF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492A2A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8781C2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2DD7C8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368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60032B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</w:tbl>
    <w:p w14:paraId="7861CE6E" w14:textId="77777777" w:rsidR="00557F56" w:rsidRDefault="00000000">
      <w:pPr>
        <w:keepNext/>
        <w:spacing w:before="120" w:after="100"/>
      </w:pPr>
      <w:r>
        <w:rPr>
          <w:b/>
          <w:color w:val="0E7778"/>
          <w:sz w:val="24"/>
        </w:rPr>
        <w:t>C.4 Perjalanan Dalam Negeri - Maksimal 15%</w:t>
      </w:r>
    </w:p>
    <w:tbl>
      <w:tblPr>
        <w:tblW w:w="0" w:type="auto"/>
        <w:jc w:val="center"/>
        <w:tblBorders>
          <w:top w:val="single" w:sz="7" w:space="0" w:color="F39C12"/>
          <w:left w:val="single" w:sz="7" w:space="0" w:color="F39C12"/>
          <w:bottom w:val="single" w:sz="7" w:space="0" w:color="F39C12"/>
          <w:right w:val="single" w:sz="7" w:space="0" w:color="F39C12"/>
          <w:insideH w:val="single" w:sz="7" w:space="0" w:color="F39C12"/>
          <w:insideV w:val="single" w:sz="7" w:space="0" w:color="F39C12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66E43AD6" w14:textId="77777777">
        <w:trPr>
          <w:jc w:val="center"/>
        </w:trPr>
        <w:tc>
          <w:tcPr>
            <w:tcW w:w="10037" w:type="dxa"/>
            <w:shd w:val="clear" w:color="auto" w:fill="FFF3E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3958E8" w14:textId="77777777" w:rsidR="00557F56" w:rsidRDefault="00000000">
            <w:pPr>
              <w:spacing w:after="40"/>
            </w:pPr>
            <w:r>
              <w:rPr>
                <w:b/>
                <w:color w:val="F39C12"/>
                <w:sz w:val="21"/>
              </w:rPr>
              <w:t>Petunjuk pengisian</w:t>
            </w:r>
          </w:p>
          <w:p w14:paraId="42149B5E" w14:textId="77777777" w:rsidR="00557F56" w:rsidRDefault="00000000">
            <w:pPr>
              <w:spacing w:after="0"/>
            </w:pPr>
            <w:r>
              <w:rPr>
                <w:sz w:val="20"/>
              </w:rPr>
              <w:t>• Hanya untuk perjalanan yang berkaitan langsung dan substansial dengan pelaksanaan PkM di lokasi mitra.</w:t>
            </w:r>
          </w:p>
          <w:p w14:paraId="2B992BE2" w14:textId="77777777" w:rsidR="00557F56" w:rsidRDefault="00000000">
            <w:pPr>
              <w:spacing w:after="0"/>
            </w:pPr>
            <w:r>
              <w:rPr>
                <w:sz w:val="20"/>
              </w:rPr>
              <w:t>• Rincikan transportasi, penginapan, uang harian, atau uang saku sesuai kondisi dan bukti riil.</w:t>
            </w:r>
          </w:p>
          <w:p w14:paraId="2E354290" w14:textId="77777777" w:rsidR="00557F56" w:rsidRDefault="00000000">
            <w:pPr>
              <w:spacing w:after="0"/>
            </w:pPr>
            <w:r>
              <w:rPr>
                <w:sz w:val="20"/>
              </w:rPr>
              <w:t>• Uang harian dan uang saku tidak dapat diklaim bersamaan; transport lokal/antar-kabupaten/sewa kendaraan juga tidak dapat diklaim bersamaan untuk perjalanan yang sama.</w:t>
            </w:r>
          </w:p>
          <w:p w14:paraId="4C475066" w14:textId="77777777" w:rsidR="00557F56" w:rsidRDefault="00000000">
            <w:pPr>
              <w:spacing w:after="0"/>
            </w:pPr>
            <w:r>
              <w:rPr>
                <w:sz w:val="20"/>
              </w:rPr>
              <w:t>• Tidak digunakan untuk perjalanan manajemen program seperti monitoring dan evaluasi; setiap perjalanan wajib memiliki surat tugas.</w:t>
            </w:r>
          </w:p>
        </w:tc>
      </w:tr>
    </w:tbl>
    <w:p w14:paraId="5CB1FF27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440"/>
        <w:gridCol w:w="1944"/>
        <w:gridCol w:w="1512"/>
        <w:gridCol w:w="792"/>
        <w:gridCol w:w="792"/>
        <w:gridCol w:w="1296"/>
        <w:gridCol w:w="1296"/>
        <w:gridCol w:w="1584"/>
      </w:tblGrid>
      <w:tr w:rsidR="00557F56" w14:paraId="26A7E073" w14:textId="77777777">
        <w:trPr>
          <w:tblHeader/>
          <w:jc w:val="center"/>
        </w:trPr>
        <w:tc>
          <w:tcPr>
            <w:tcW w:w="503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3966C1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1440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CBD5791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Pelaksana/Mhs</w:t>
            </w:r>
          </w:p>
        </w:tc>
        <w:tc>
          <w:tcPr>
            <w:tcW w:w="1944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6D52BC4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Tujuan &amp; Kegiatan</w:t>
            </w:r>
          </w:p>
        </w:tc>
        <w:tc>
          <w:tcPr>
            <w:tcW w:w="151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AFCF317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Jenis Biaya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506A0FC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Volume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A5A9F1D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Satuan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19704E3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Biaya Satuan (Rp)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9A33AC8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Jumlah (Rp)</w:t>
            </w:r>
          </w:p>
        </w:tc>
        <w:tc>
          <w:tcPr>
            <w:tcW w:w="1584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5612B49D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Bukti Pendukung</w:t>
            </w:r>
          </w:p>
        </w:tc>
      </w:tr>
      <w:tr w:rsidR="00557F56" w14:paraId="5623B3F9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15A677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1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43FB88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B965E9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2B7C15D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E81E5F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85F7AF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1FD077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314EAE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484650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1E2842C0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2BC44C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2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BA760A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F33E91E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58306E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EABBD8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D93C5E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91D111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B2603E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C6FF57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59806B43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99590E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3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9E4968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16FA41D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2F7DC0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9C0DD2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6F1B8A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245A61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50104B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31EA3D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4A58791C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E9FC25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4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1EFEECE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CA93532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26A894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C20E83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5788E9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D04361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59CD3E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C79DE7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6D89EE1F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F2B070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5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0B8976A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495A67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C20A8F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BFE849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E324B0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A7657F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91A612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40DB94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6B9534AB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F811BD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6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715D54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94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BA309C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8BA4E16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E52906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07BE87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C92C81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614166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584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BABDEF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</w:tbl>
    <w:p w14:paraId="561271E4" w14:textId="77777777" w:rsidR="00557F56" w:rsidRDefault="00000000">
      <w:r>
        <w:br w:type="page"/>
      </w:r>
    </w:p>
    <w:p w14:paraId="1CA815B7" w14:textId="77777777" w:rsidR="00557F56" w:rsidRDefault="00000000">
      <w:pPr>
        <w:keepNext/>
        <w:spacing w:before="120" w:after="100"/>
      </w:pPr>
      <w:r>
        <w:rPr>
          <w:b/>
          <w:color w:val="0E7778"/>
          <w:sz w:val="24"/>
        </w:rPr>
        <w:lastRenderedPageBreak/>
        <w:t>C.5 Biaya Lainnya - Maksimal 5%</w:t>
      </w:r>
    </w:p>
    <w:tbl>
      <w:tblPr>
        <w:tblW w:w="0" w:type="auto"/>
        <w:jc w:val="center"/>
        <w:tblBorders>
          <w:top w:val="single" w:sz="7" w:space="0" w:color="0B4F7A"/>
          <w:left w:val="single" w:sz="7" w:space="0" w:color="0B4F7A"/>
          <w:bottom w:val="single" w:sz="7" w:space="0" w:color="0B4F7A"/>
          <w:right w:val="single" w:sz="7" w:space="0" w:color="0B4F7A"/>
          <w:insideH w:val="single" w:sz="7" w:space="0" w:color="0B4F7A"/>
          <w:insideV w:val="single" w:sz="7" w:space="0" w:color="0B4F7A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73006B4C" w14:textId="77777777">
        <w:trPr>
          <w:jc w:val="center"/>
        </w:trPr>
        <w:tc>
          <w:tcPr>
            <w:tcW w:w="10037" w:type="dxa"/>
            <w:shd w:val="clear" w:color="auto" w:fill="EAF4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55D7CE" w14:textId="77777777" w:rsidR="00557F56" w:rsidRDefault="00000000">
            <w:pPr>
              <w:spacing w:after="40"/>
            </w:pPr>
            <w:r>
              <w:rPr>
                <w:b/>
                <w:color w:val="0B4F7A"/>
                <w:sz w:val="21"/>
              </w:rPr>
              <w:t>Petunjuk pengisian</w:t>
            </w:r>
          </w:p>
          <w:p w14:paraId="3345013C" w14:textId="77777777" w:rsidR="00557F56" w:rsidRDefault="00000000">
            <w:pPr>
              <w:spacing w:after="0"/>
            </w:pPr>
            <w:r>
              <w:rPr>
                <w:sz w:val="20"/>
              </w:rPr>
              <w:t>• Hanya untuk pemenuhan luaran wajib yang disetujui, seperti artikel ilmiah populer, artikel/berita media massa, video luaran, atau KI sesuai skema.</w:t>
            </w:r>
          </w:p>
          <w:p w14:paraId="794D16F6" w14:textId="77777777" w:rsidR="00557F56" w:rsidRDefault="00000000">
            <w:pPr>
              <w:spacing w:after="0"/>
            </w:pPr>
            <w:r>
              <w:rPr>
                <w:sz w:val="20"/>
              </w:rPr>
              <w:t>• Tidak digunakan untuk kebutuhan administratif rutin tim, ATK rutin tim, perjalanan pengelolaan program, monitoring-evaluasi, atau pelaporan internal.</w:t>
            </w:r>
          </w:p>
          <w:p w14:paraId="1D76D61A" w14:textId="77777777" w:rsidR="00557F56" w:rsidRDefault="00000000">
            <w:pPr>
              <w:spacing w:after="0"/>
            </w:pPr>
            <w:r>
              <w:rPr>
                <w:sz w:val="20"/>
              </w:rPr>
              <w:t>• Jika menganggarkan KI, sesuaikan jenis dan batas biaya yang berlaku dalam ketentuan anggaran.</w:t>
            </w:r>
          </w:p>
        </w:tc>
      </w:tr>
    </w:tbl>
    <w:p w14:paraId="72214A3A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512"/>
        <w:gridCol w:w="1872"/>
        <w:gridCol w:w="1800"/>
        <w:gridCol w:w="792"/>
        <w:gridCol w:w="792"/>
        <w:gridCol w:w="1296"/>
        <w:gridCol w:w="1296"/>
        <w:gridCol w:w="1440"/>
      </w:tblGrid>
      <w:tr w:rsidR="00557F56" w14:paraId="406AC1FD" w14:textId="77777777">
        <w:trPr>
          <w:tblHeader/>
          <w:jc w:val="center"/>
        </w:trPr>
        <w:tc>
          <w:tcPr>
            <w:tcW w:w="503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2298A9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151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EB6452E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Jenis Luaran</w:t>
            </w:r>
          </w:p>
        </w:tc>
        <w:tc>
          <w:tcPr>
            <w:tcW w:w="187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0188C165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Uraian Biaya</w:t>
            </w:r>
          </w:p>
        </w:tc>
        <w:tc>
          <w:tcPr>
            <w:tcW w:w="1800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766FF55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Target/Bukti Luaran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023E68B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Volume</w:t>
            </w:r>
          </w:p>
        </w:tc>
        <w:tc>
          <w:tcPr>
            <w:tcW w:w="792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C504314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Satuan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E2A354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Biaya Satuan (Rp)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44AA48E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Jumlah (Rp)</w:t>
            </w:r>
          </w:p>
        </w:tc>
        <w:tc>
          <w:tcPr>
            <w:tcW w:w="1440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E97CB9B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Bukti/Acuan</w:t>
            </w:r>
          </w:p>
        </w:tc>
      </w:tr>
      <w:tr w:rsidR="00557F56" w14:paraId="26825905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AA0E81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1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9F4AAB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A474CE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C5E533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9AB7D9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2FEA39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DD68A2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A7E0F9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12A155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3C538BDD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19DCC3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2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DAF3031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4D8B13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813C75A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9D393E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4DDADF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7683E5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52C665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360316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1ABCF8A7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C29828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3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F80C4A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A04948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CC2EDC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D2923B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E4B17E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1E0507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57B6F0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B5FF168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59234DAF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E9BD84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4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BC55C8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D7AC7F5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A55EEF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DBCBE4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CDDDB5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633FE7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3B5994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8C643C9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2DCEBA99" w14:textId="77777777">
        <w:trPr>
          <w:jc w:val="center"/>
        </w:trPr>
        <w:tc>
          <w:tcPr>
            <w:tcW w:w="503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A68205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5</w:t>
            </w:r>
          </w:p>
        </w:tc>
        <w:tc>
          <w:tcPr>
            <w:tcW w:w="151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7ADADC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7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CF0950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4919F9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1A4DF8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792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D208FF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540DB7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430362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89957E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</w:tr>
    </w:tbl>
    <w:p w14:paraId="6ED94C88" w14:textId="77777777" w:rsidR="00557F56" w:rsidRDefault="00000000">
      <w:pPr>
        <w:keepNext/>
        <w:spacing w:before="160" w:after="100"/>
      </w:pPr>
      <w:r>
        <w:rPr>
          <w:b/>
          <w:color w:val="0B4F7A"/>
          <w:sz w:val="28"/>
        </w:rPr>
        <w:t>D. DAFTAR ASET/BARANG YANG DISERAHKAN KEPADA MITRA</w:t>
      </w:r>
    </w:p>
    <w:tbl>
      <w:tblPr>
        <w:tblW w:w="0" w:type="auto"/>
        <w:jc w:val="center"/>
        <w:tblBorders>
          <w:top w:val="single" w:sz="7" w:space="0" w:color="2E7D32"/>
          <w:left w:val="single" w:sz="7" w:space="0" w:color="2E7D32"/>
          <w:bottom w:val="single" w:sz="7" w:space="0" w:color="2E7D32"/>
          <w:right w:val="single" w:sz="7" w:space="0" w:color="2E7D32"/>
          <w:insideH w:val="single" w:sz="7" w:space="0" w:color="2E7D32"/>
          <w:insideV w:val="single" w:sz="7" w:space="0" w:color="2E7D32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2F8ABA7D" w14:textId="77777777">
        <w:trPr>
          <w:jc w:val="center"/>
        </w:trPr>
        <w:tc>
          <w:tcPr>
            <w:tcW w:w="10037" w:type="dxa"/>
            <w:shd w:val="clear" w:color="auto" w:fill="EAF6E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59EC27" w14:textId="77777777" w:rsidR="00557F56" w:rsidRDefault="00000000">
            <w:pPr>
              <w:spacing w:after="40"/>
            </w:pPr>
            <w:r>
              <w:rPr>
                <w:b/>
                <w:color w:val="2E7D32"/>
                <w:sz w:val="21"/>
              </w:rPr>
              <w:t>Petunjuk pengisian</w:t>
            </w:r>
          </w:p>
          <w:p w14:paraId="11C559A1" w14:textId="77777777" w:rsidR="00557F56" w:rsidRDefault="00000000">
            <w:pPr>
              <w:spacing w:after="0"/>
            </w:pPr>
            <w:r>
              <w:rPr>
                <w:sz w:val="20"/>
              </w:rPr>
              <w:t>• Isi hanya untuk barang/alat yang menjadi aset intervensi dan diserahkan kepada mitra.</w:t>
            </w:r>
          </w:p>
          <w:p w14:paraId="5B0C3793" w14:textId="77777777" w:rsidR="00557F56" w:rsidRDefault="00000000">
            <w:pPr>
              <w:spacing w:after="0"/>
            </w:pPr>
            <w:r>
              <w:rPr>
                <w:sz w:val="20"/>
              </w:rPr>
              <w:t>• Cantumkan spesifikasi, jumlah, nilai, penerima/mitra, status label sumber pendanaan, dan nomor BAST.</w:t>
            </w:r>
          </w:p>
          <w:p w14:paraId="7EBCE42E" w14:textId="77777777" w:rsidR="00557F56" w:rsidRDefault="00000000">
            <w:pPr>
              <w:spacing w:after="0"/>
            </w:pPr>
            <w:r>
              <w:rPr>
                <w:sz w:val="20"/>
              </w:rPr>
              <w:t>• Label aset untuk pendanaan internal mengikuti LPPM UBT/Universitas Borneo Tarakan; untuk pendanaan BIMA mengikuti ketentuan DPPM/Kemdiktisaintek.</w:t>
            </w:r>
          </w:p>
        </w:tc>
      </w:tr>
    </w:tbl>
    <w:p w14:paraId="782117F6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800"/>
        <w:gridCol w:w="2015"/>
        <w:gridCol w:w="936"/>
        <w:gridCol w:w="1440"/>
        <w:gridCol w:w="2015"/>
        <w:gridCol w:w="1296"/>
        <w:gridCol w:w="1296"/>
      </w:tblGrid>
      <w:tr w:rsidR="00557F56" w14:paraId="6854E7C9" w14:textId="77777777">
        <w:trPr>
          <w:tblHeader/>
          <w:jc w:val="center"/>
        </w:trPr>
        <w:tc>
          <w:tcPr>
            <w:tcW w:w="57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8A12E4E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1800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A7A3C94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Nama Barang/Alat</w:t>
            </w:r>
          </w:p>
        </w:tc>
        <w:tc>
          <w:tcPr>
            <w:tcW w:w="2015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4E72D63A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Spesifikasi</w:t>
            </w:r>
          </w:p>
        </w:tc>
        <w:tc>
          <w:tcPr>
            <w:tcW w:w="93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6914E75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Jumlah</w:t>
            </w:r>
          </w:p>
        </w:tc>
        <w:tc>
          <w:tcPr>
            <w:tcW w:w="1440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2F7B9ABF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Nilai (Rp)</w:t>
            </w:r>
          </w:p>
        </w:tc>
        <w:tc>
          <w:tcPr>
            <w:tcW w:w="2015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33EC6CBA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Penerima/Mitra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1013DF29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Status Label</w:t>
            </w:r>
          </w:p>
        </w:tc>
        <w:tc>
          <w:tcPr>
            <w:tcW w:w="1296" w:type="dxa"/>
            <w:shd w:val="clear" w:color="auto" w:fill="0B4F7A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14:paraId="6564D539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Nomor BAST</w:t>
            </w:r>
          </w:p>
        </w:tc>
      </w:tr>
      <w:tr w:rsidR="00557F56" w14:paraId="4A31EF4C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C4D026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1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1630BD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FC9A3F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5A561A0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49F17D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663198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2D647C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18B5B1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509D628F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8B61910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2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CEC6E9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55AEFA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CA94D1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6000AC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AAA6BC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6F68CC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B84CC46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6C3D4B21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0DAEC9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3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9B2C16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9B386B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74491B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C980FBF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0A0F78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A454B5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F690DA5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4357FFE0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678292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4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AD0644F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7A5170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371F3D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5A52A3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C51846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E50558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AED0EA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003DFC7D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1FFFAB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5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442C746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0E3C57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D1C0607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7202E8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8A5F823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22D43A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D89884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3E973F4E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50C021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6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8B89BBA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D3AE3FE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74974A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380DA57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E912B1A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22F8E1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56AD5C2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3A93D053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4B64664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7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5B4B4EA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608D704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D18B2D3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791257E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6580847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7A42336D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8BBE02C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1D061733" w14:textId="77777777">
        <w:trPr>
          <w:jc w:val="center"/>
        </w:trPr>
        <w:tc>
          <w:tcPr>
            <w:tcW w:w="57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3ABDFE9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8</w:t>
            </w:r>
          </w:p>
        </w:tc>
        <w:tc>
          <w:tcPr>
            <w:tcW w:w="180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3B9CCBC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9EFE8AB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93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53BDAD94" w14:textId="77777777" w:rsidR="00557F56" w:rsidRDefault="00000000"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440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2EB8EF38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2015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07BDF2C4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D16FE41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  <w:tc>
          <w:tcPr>
            <w:tcW w:w="1296" w:type="dxa"/>
            <w:tcMar>
              <w:top w:w="95" w:type="dxa"/>
              <w:left w:w="75" w:type="dxa"/>
              <w:bottom w:w="95" w:type="dxa"/>
              <w:right w:w="75" w:type="dxa"/>
            </w:tcMar>
            <w:vAlign w:val="center"/>
          </w:tcPr>
          <w:p w14:paraId="1624CE2B" w14:textId="77777777" w:rsidR="00557F56" w:rsidRDefault="00000000">
            <w:pPr>
              <w:jc w:val="center"/>
            </w:pPr>
            <w:r>
              <w:rPr>
                <w:color w:val="666666"/>
                <w:sz w:val="17"/>
              </w:rPr>
              <w:t>[Isi]</w:t>
            </w:r>
          </w:p>
        </w:tc>
      </w:tr>
      <w:tr w:rsidR="00557F56" w14:paraId="3778D87B" w14:textId="77777777">
        <w:tblPrEx>
          <w:tblBorders>
            <w:top w:val="single" w:sz="7" w:space="0" w:color="0E7778"/>
            <w:left w:val="single" w:sz="7" w:space="0" w:color="0E7778"/>
            <w:bottom w:val="single" w:sz="7" w:space="0" w:color="0E7778"/>
            <w:right w:val="single" w:sz="7" w:space="0" w:color="0E7778"/>
            <w:insideH w:val="single" w:sz="7" w:space="0" w:color="0E7778"/>
            <w:insideV w:val="single" w:sz="7" w:space="0" w:color="0E7778"/>
          </w:tblBorders>
        </w:tblPrEx>
        <w:trPr>
          <w:gridAfter w:val="1"/>
          <w:wAfter w:w="293" w:type="dxa"/>
          <w:jc w:val="center"/>
        </w:trPr>
        <w:tc>
          <w:tcPr>
            <w:tcW w:w="10037" w:type="dxa"/>
            <w:gridSpan w:val="7"/>
            <w:shd w:val="clear" w:color="auto" w:fill="E9F7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B4AF43" w14:textId="77777777" w:rsidR="00557F56" w:rsidRDefault="00000000">
            <w:pPr>
              <w:spacing w:after="40"/>
            </w:pPr>
            <w:r>
              <w:rPr>
                <w:b/>
                <w:color w:val="0E7778"/>
                <w:sz w:val="21"/>
              </w:rPr>
              <w:t>Contoh teks label aset/barang intervensi</w:t>
            </w:r>
          </w:p>
          <w:p w14:paraId="67B44580" w14:textId="77777777" w:rsidR="00557F56" w:rsidRDefault="00000000">
            <w:pPr>
              <w:spacing w:after="0"/>
            </w:pPr>
            <w:r>
              <w:rPr>
                <w:sz w:val="20"/>
              </w:rPr>
              <w:t>• Barang/alat ini merupakan luaran intervensi kegiatan Pengabdian kepada Masyarakat Prodi [Nama Prodi] Universitas Borneo Tarakan Tahun 2026.</w:t>
            </w:r>
          </w:p>
          <w:p w14:paraId="09DB2721" w14:textId="77777777" w:rsidR="00557F56" w:rsidRDefault="00000000">
            <w:pPr>
              <w:spacing w:after="0"/>
            </w:pPr>
            <w:r>
              <w:rPr>
                <w:sz w:val="20"/>
              </w:rPr>
              <w:t>• Sumber pendanaan: [LPPM UBT/DPPM Kemdiktisaintek/Mitra]. Digunakan oleh: [Nama Mitra]. Tidak untuk diperjualbelikan.</w:t>
            </w:r>
          </w:p>
        </w:tc>
      </w:tr>
    </w:tbl>
    <w:p w14:paraId="3215C911" w14:textId="77777777" w:rsidR="00557F56" w:rsidRDefault="00557F56">
      <w:pPr>
        <w:spacing w:after="20"/>
      </w:pPr>
    </w:p>
    <w:p w14:paraId="08CF579D" w14:textId="77777777" w:rsidR="00557F56" w:rsidRDefault="00000000">
      <w:r>
        <w:br w:type="page"/>
      </w:r>
    </w:p>
    <w:p w14:paraId="1560CBA0" w14:textId="77777777" w:rsidR="00557F56" w:rsidRDefault="00000000">
      <w:pPr>
        <w:keepNext/>
        <w:spacing w:before="160" w:after="100"/>
      </w:pPr>
      <w:r>
        <w:rPr>
          <w:b/>
          <w:color w:val="0B4F7A"/>
          <w:sz w:val="28"/>
        </w:rPr>
        <w:lastRenderedPageBreak/>
        <w:t>E. CHECKLIST REVIEW KELAYAKAN RAB</w:t>
      </w:r>
    </w:p>
    <w:tbl>
      <w:tblPr>
        <w:tblW w:w="0" w:type="auto"/>
        <w:jc w:val="center"/>
        <w:tblBorders>
          <w:top w:val="single" w:sz="7" w:space="0" w:color="0B4F7A"/>
          <w:left w:val="single" w:sz="7" w:space="0" w:color="0B4F7A"/>
          <w:bottom w:val="single" w:sz="7" w:space="0" w:color="0B4F7A"/>
          <w:right w:val="single" w:sz="7" w:space="0" w:color="0B4F7A"/>
          <w:insideH w:val="single" w:sz="7" w:space="0" w:color="0B4F7A"/>
          <w:insideV w:val="single" w:sz="7" w:space="0" w:color="0B4F7A"/>
        </w:tblBorders>
        <w:tblLayout w:type="fixed"/>
        <w:tblLook w:val="04A0" w:firstRow="1" w:lastRow="0" w:firstColumn="1" w:lastColumn="0" w:noHBand="0" w:noVBand="1"/>
      </w:tblPr>
      <w:tblGrid>
        <w:gridCol w:w="10037"/>
      </w:tblGrid>
      <w:tr w:rsidR="00557F56" w14:paraId="593B46F0" w14:textId="77777777">
        <w:trPr>
          <w:jc w:val="center"/>
        </w:trPr>
        <w:tc>
          <w:tcPr>
            <w:tcW w:w="10037" w:type="dxa"/>
            <w:shd w:val="clear" w:color="auto" w:fill="EAF4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706555" w14:textId="77777777" w:rsidR="00557F56" w:rsidRDefault="00000000">
            <w:pPr>
              <w:spacing w:after="40"/>
            </w:pPr>
            <w:r>
              <w:rPr>
                <w:b/>
                <w:color w:val="0B4F7A"/>
                <w:sz w:val="21"/>
              </w:rPr>
              <w:t>Petunjuk pengisian</w:t>
            </w:r>
          </w:p>
          <w:p w14:paraId="1BEC4E2A" w14:textId="77777777" w:rsidR="00557F56" w:rsidRDefault="00000000">
            <w:pPr>
              <w:spacing w:after="0"/>
            </w:pPr>
            <w:r>
              <w:rPr>
                <w:sz w:val="20"/>
              </w:rPr>
              <w:t>• Lakukan pemeriksaan sebelum proposal diserahkan.</w:t>
            </w:r>
          </w:p>
          <w:p w14:paraId="537F6465" w14:textId="77777777" w:rsidR="00557F56" w:rsidRDefault="00000000">
            <w:pPr>
              <w:spacing w:after="0"/>
            </w:pPr>
            <w:r>
              <w:rPr>
                <w:sz w:val="20"/>
              </w:rPr>
              <w:t>• Beri tanda pada kolom Ya/Tidak dan tuliskan catatan perbaikan bila diperlukan.</w:t>
            </w:r>
          </w:p>
        </w:tc>
      </w:tr>
    </w:tbl>
    <w:p w14:paraId="521D53A2" w14:textId="77777777" w:rsidR="00557F56" w:rsidRDefault="00557F56">
      <w:pPr>
        <w:spacing w:after="20"/>
      </w:pPr>
    </w:p>
    <w:tbl>
      <w:tblPr>
        <w:tblW w:w="0" w:type="auto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983"/>
        <w:gridCol w:w="1152"/>
        <w:gridCol w:w="1182"/>
        <w:gridCol w:w="274"/>
      </w:tblGrid>
      <w:tr w:rsidR="00557F56" w14:paraId="405451C2" w14:textId="77777777">
        <w:trPr>
          <w:tblHeader/>
          <w:jc w:val="center"/>
        </w:trPr>
        <w:tc>
          <w:tcPr>
            <w:tcW w:w="720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1E3DA6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w="6983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2FF44E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Butir Pemeriksaan</w:t>
            </w:r>
          </w:p>
        </w:tc>
        <w:tc>
          <w:tcPr>
            <w:tcW w:w="1152" w:type="dxa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BC1680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w="1440" w:type="dxa"/>
            <w:gridSpan w:val="2"/>
            <w:shd w:val="clear" w:color="auto" w:fill="0B4F7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B7EEE4" w14:textId="77777777" w:rsidR="00557F56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Catatan</w:t>
            </w:r>
          </w:p>
        </w:tc>
      </w:tr>
      <w:tr w:rsidR="00557F56" w14:paraId="450CD04A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D14A67" w14:textId="77777777" w:rsidR="00557F56" w:rsidRDefault="00000000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2043D5" w14:textId="77777777" w:rsidR="00557F56" w:rsidRDefault="00000000">
            <w:r>
              <w:rPr>
                <w:sz w:val="18"/>
              </w:rPr>
              <w:t>RAB sesuai dengan metode pelaksanaan dan luaran yang dijanjikan.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D72A4E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EC9B4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31CDC38B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9F6ED1" w14:textId="77777777" w:rsidR="00557F56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6B09C9" w14:textId="77777777" w:rsidR="00557F56" w:rsidRDefault="00000000">
            <w:r>
              <w:rPr>
                <w:sz w:val="18"/>
              </w:rPr>
              <w:t>Total dana tidak melebihi pagu dan seluruh komponen berjumlah 100%.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635742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1766C1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34F00155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385A3" w14:textId="77777777" w:rsidR="00557F56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A8565" w14:textId="77777777" w:rsidR="00557F56" w:rsidRDefault="00000000">
            <w:r>
              <w:rPr>
                <w:sz w:val="18"/>
              </w:rPr>
              <w:t>Komponen Teknologi dan Inovasi minimal 50%.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9C62F5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D472A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17F41E86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FE302" w14:textId="77777777" w:rsidR="00557F56" w:rsidRDefault="00000000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4A85B" w14:textId="77777777" w:rsidR="00557F56" w:rsidRDefault="00000000">
            <w:r>
              <w:rPr>
                <w:sz w:val="18"/>
              </w:rPr>
              <w:t>Komponen Upah dan Jasa tidak melebihi 10% dan tidak diberikan kepada tim/mahasiswa/mitra.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B82CC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F5C0D9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44FE246D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3BE6B" w14:textId="77777777" w:rsidR="00557F56" w:rsidRDefault="00000000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ECCA24" w14:textId="77777777" w:rsidR="00557F56" w:rsidRDefault="00000000">
            <w:r>
              <w:rPr>
                <w:sz w:val="18"/>
              </w:rPr>
              <w:t>Komponen Pelatihan tidak melebihi 20% dan hanya untuk peningkatan kapasitas mitra.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13948E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6DE62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449D513E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C846BB" w14:textId="77777777" w:rsidR="00557F56" w:rsidRDefault="00000000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4E6BAB" w14:textId="77777777" w:rsidR="00557F56" w:rsidRDefault="00000000">
            <w:r>
              <w:rPr>
                <w:sz w:val="18"/>
              </w:rPr>
              <w:t>Komponen Perjalanan tidak melebihi 15% dan hanya untuk kunjungan substansial ke mitra.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56300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3D5C9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5A9DA770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28D77" w14:textId="77777777" w:rsidR="00557F56" w:rsidRDefault="00000000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9F52F" w14:textId="77777777" w:rsidR="00557F56" w:rsidRDefault="00000000">
            <w:r>
              <w:rPr>
                <w:sz w:val="18"/>
              </w:rPr>
              <w:t>Komponen Biaya Lainnya tidak melebihi 5% dan hanya untuk luaran wajib.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7FD595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316FDF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32B86979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D486E" w14:textId="77777777" w:rsidR="00557F56" w:rsidRDefault="00000000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08E81" w14:textId="77777777" w:rsidR="00557F56" w:rsidRDefault="00000000">
            <w:r>
              <w:rPr>
                <w:sz w:val="18"/>
              </w:rPr>
              <w:t>Tidak terdapat belanja terlarang seperti laptop, HP, printer, kamera, kendaraan operasional, tanah, furniture, pembangunan/renovasi sarpras, atau ternak.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A7F675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A6A944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77242143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B323A4" w14:textId="77777777" w:rsidR="00557F56" w:rsidRDefault="00000000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B3EDE" w14:textId="77777777" w:rsidR="00557F56" w:rsidRDefault="00000000">
            <w:r>
              <w:rPr>
                <w:sz w:val="18"/>
              </w:rPr>
              <w:t>Setiap item memiliki volume, satuan, harga satuan, total biaya, dan bukti kewajaran harga.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57A0E4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C4274A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6C72D259" w14:textId="77777777">
        <w:trPr>
          <w:jc w:val="center"/>
        </w:trPr>
        <w:tc>
          <w:tcPr>
            <w:tcW w:w="7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1D104F" w14:textId="77777777" w:rsidR="00557F56" w:rsidRDefault="00000000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69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7820A" w14:textId="77777777" w:rsidR="00557F56" w:rsidRDefault="00000000">
            <w:r>
              <w:rPr>
                <w:sz w:val="18"/>
              </w:rPr>
              <w:t>Untuk barang/alat yang diserahkan ke mitra tersedia rencana label dan BAST.</w:t>
            </w:r>
          </w:p>
        </w:tc>
        <w:tc>
          <w:tcPr>
            <w:tcW w:w="11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147D38" w14:textId="77777777" w:rsidR="00557F56" w:rsidRDefault="00000000">
            <w:pPr>
              <w:jc w:val="center"/>
            </w:pPr>
            <w:r>
              <w:rPr>
                <w:sz w:val="18"/>
              </w:rPr>
              <w:t>Ya / Tidak</w:t>
            </w:r>
          </w:p>
        </w:tc>
        <w:tc>
          <w:tcPr>
            <w:tcW w:w="144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14A10B" w14:textId="77777777" w:rsidR="00557F56" w:rsidRDefault="00000000">
            <w:r>
              <w:rPr>
                <w:sz w:val="18"/>
              </w:rPr>
              <w:t>[Isi]</w:t>
            </w:r>
          </w:p>
        </w:tc>
      </w:tr>
      <w:tr w:rsidR="00557F56" w14:paraId="6D959BE0" w14:textId="77777777">
        <w:tblPrEx>
          <w:tblBorders>
            <w:top w:val="single" w:sz="7" w:space="0" w:color="7A8894"/>
            <w:left w:val="single" w:sz="7" w:space="0" w:color="7A8894"/>
            <w:bottom w:val="single" w:sz="7" w:space="0" w:color="7A8894"/>
            <w:right w:val="single" w:sz="7" w:space="0" w:color="7A8894"/>
            <w:insideH w:val="single" w:sz="7" w:space="0" w:color="7A8894"/>
            <w:insideV w:val="single" w:sz="7" w:space="0" w:color="7A8894"/>
          </w:tblBorders>
        </w:tblPrEx>
        <w:trPr>
          <w:gridAfter w:val="1"/>
          <w:wAfter w:w="274" w:type="dxa"/>
          <w:jc w:val="center"/>
        </w:trPr>
        <w:tc>
          <w:tcPr>
            <w:tcW w:w="10037" w:type="dxa"/>
            <w:gridSpan w:val="4"/>
            <w:shd w:val="clear" w:color="auto" w:fill="F2F4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FC98BF" w14:textId="77777777" w:rsidR="00557F56" w:rsidRDefault="00000000">
            <w:pPr>
              <w:spacing w:after="40"/>
            </w:pPr>
            <w:r>
              <w:rPr>
                <w:b/>
                <w:color w:val="7A8894"/>
                <w:sz w:val="21"/>
              </w:rPr>
              <w:t>Dokumen pertanggungjawaban minimum</w:t>
            </w:r>
          </w:p>
          <w:p w14:paraId="747C9DE4" w14:textId="77777777" w:rsidR="00557F56" w:rsidRDefault="00000000">
            <w:pPr>
              <w:spacing w:after="0"/>
            </w:pPr>
            <w:r>
              <w:rPr>
                <w:sz w:val="20"/>
              </w:rPr>
              <w:t>• Upah dan Jasa: daftar nama/posisi/tugas/volume, tanda terima atau kuitansi, bukti pelaksanaan tugas, dokumentasi.</w:t>
            </w:r>
          </w:p>
          <w:p w14:paraId="6BC2311B" w14:textId="77777777" w:rsidR="00557F56" w:rsidRDefault="00000000">
            <w:pPr>
              <w:spacing w:after="0"/>
            </w:pPr>
            <w:r>
              <w:rPr>
                <w:sz w:val="20"/>
              </w:rPr>
              <w:t>• Teknologi dan Inovasi: kuitansi/nota/faktur, spesifikasi barang, dokumentasi, label sumber pendanaan, BAST, bukti penggunaan/adopsi.</w:t>
            </w:r>
          </w:p>
          <w:p w14:paraId="13E2CDA0" w14:textId="77777777" w:rsidR="00557F56" w:rsidRDefault="00000000">
            <w:pPr>
              <w:spacing w:after="0"/>
            </w:pPr>
            <w:r>
              <w:rPr>
                <w:sz w:val="20"/>
              </w:rPr>
              <w:t>• Pelatihan: undangan, daftar hadir, materi, dokumentasi, kuitansi konsumsi/kudapan, berita acara.</w:t>
            </w:r>
          </w:p>
          <w:p w14:paraId="7EF72D7E" w14:textId="77777777" w:rsidR="00557F56" w:rsidRDefault="00000000">
            <w:pPr>
              <w:spacing w:after="0"/>
            </w:pPr>
            <w:r>
              <w:rPr>
                <w:sz w:val="20"/>
              </w:rPr>
              <w:t>• Perjalanan: surat tugas, tiket/nota/struk transport, kuitansi penginapan, bukti perjalanan, dokumentasi kunjungan, laporan kegiatan.</w:t>
            </w:r>
          </w:p>
          <w:p w14:paraId="6B9927B8" w14:textId="77777777" w:rsidR="00557F56" w:rsidRDefault="00000000">
            <w:pPr>
              <w:spacing w:after="0"/>
            </w:pPr>
            <w:r>
              <w:rPr>
                <w:sz w:val="20"/>
              </w:rPr>
              <w:t>• Biaya Lainnya: bukti publikasi/invoice, tautan luaran, sertifikat KI bila ada, dokumentasi video/artikel, bukti pembayaran.</w:t>
            </w:r>
          </w:p>
        </w:tc>
      </w:tr>
    </w:tbl>
    <w:p w14:paraId="1F89DF15" w14:textId="77777777" w:rsidR="00557F56" w:rsidRDefault="00557F56">
      <w:pPr>
        <w:spacing w:after="20"/>
      </w:pPr>
    </w:p>
    <w:sectPr w:rsidR="00557F56" w:rsidSect="00034616">
      <w:headerReference w:type="default" r:id="rId8"/>
      <w:footerReference w:type="default" r:id="rId9"/>
      <w:pgSz w:w="11909" w:h="16834"/>
      <w:pgMar w:top="936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3199D" w14:textId="77777777" w:rsidR="00464BBD" w:rsidRDefault="00464BBD">
      <w:pPr>
        <w:spacing w:after="0"/>
      </w:pPr>
      <w:r>
        <w:separator/>
      </w:r>
    </w:p>
  </w:endnote>
  <w:endnote w:type="continuationSeparator" w:id="0">
    <w:p w14:paraId="04AFB782" w14:textId="77777777" w:rsidR="00464BBD" w:rsidRDefault="00464B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C787" w14:textId="77777777" w:rsidR="00557F56" w:rsidRDefault="00000000">
    <w:pPr>
      <w:pStyle w:val="Footer"/>
      <w:jc w:val="right"/>
    </w:pPr>
    <w:r>
      <w:rPr>
        <w:color w:val="6B7280"/>
        <w:sz w:val="18"/>
      </w:rPr>
      <w:t xml:space="preserve">LPPM Universitas Borneo </w:t>
    </w:r>
    <w:proofErr w:type="gramStart"/>
    <w:r>
      <w:rPr>
        <w:color w:val="6B7280"/>
        <w:sz w:val="18"/>
      </w:rPr>
      <w:t>Tarakan  |</w:t>
    </w:r>
    <w:proofErr w:type="gramEnd"/>
    <w:r>
      <w:rPr>
        <w:color w:val="6B7280"/>
        <w:sz w:val="18"/>
      </w:rPr>
      <w:t xml:space="preserve">  </w:t>
    </w:r>
    <w:r>
      <w:rPr>
        <w:sz w:val="18"/>
      </w:rPr>
      <w:t xml:space="preserve">Halaman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3D74A9">
      <w:rPr>
        <w:sz w:val="18"/>
      </w:rPr>
      <w:fldChar w:fldCharType="separate"/>
    </w:r>
    <w:r w:rsidR="003D74A9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5B481" w14:textId="77777777" w:rsidR="00464BBD" w:rsidRDefault="00464BBD">
      <w:pPr>
        <w:spacing w:after="0"/>
      </w:pPr>
      <w:r>
        <w:separator/>
      </w:r>
    </w:p>
  </w:footnote>
  <w:footnote w:type="continuationSeparator" w:id="0">
    <w:p w14:paraId="680001B8" w14:textId="77777777" w:rsidR="00464BBD" w:rsidRDefault="00464B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BBF7" w14:textId="77777777" w:rsidR="00557F56" w:rsidRDefault="00000000">
    <w:pPr>
      <w:pStyle w:val="Header"/>
      <w:jc w:val="right"/>
    </w:pPr>
    <w:r>
      <w:rPr>
        <w:color w:val="7A8894"/>
        <w:sz w:val="16"/>
      </w:rPr>
      <w:t>Format RAB PkM Prodi UBT 2026 | Disinkronkan dengan format BIMA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4710293">
    <w:abstractNumId w:val="8"/>
  </w:num>
  <w:num w:numId="2" w16cid:durableId="1151101219">
    <w:abstractNumId w:val="6"/>
  </w:num>
  <w:num w:numId="3" w16cid:durableId="910776669">
    <w:abstractNumId w:val="5"/>
  </w:num>
  <w:num w:numId="4" w16cid:durableId="2139109154">
    <w:abstractNumId w:val="4"/>
  </w:num>
  <w:num w:numId="5" w16cid:durableId="998264290">
    <w:abstractNumId w:val="7"/>
  </w:num>
  <w:num w:numId="6" w16cid:durableId="811409320">
    <w:abstractNumId w:val="3"/>
  </w:num>
  <w:num w:numId="7" w16cid:durableId="731538796">
    <w:abstractNumId w:val="2"/>
  </w:num>
  <w:num w:numId="8" w16cid:durableId="467825567">
    <w:abstractNumId w:val="1"/>
  </w:num>
  <w:num w:numId="9" w16cid:durableId="683242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74A9"/>
    <w:rsid w:val="00464BBD"/>
    <w:rsid w:val="00557F56"/>
    <w:rsid w:val="005A770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7AF15"/>
  <w14:defaultImageDpi w14:val="300"/>
  <w15:docId w15:val="{37A288A8-F273-4057-AE76-74BA5FBD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Anang Tyo</cp:lastModifiedBy>
  <cp:revision>2</cp:revision>
  <dcterms:created xsi:type="dcterms:W3CDTF">2013-12-23T23:15:00Z</dcterms:created>
  <dcterms:modified xsi:type="dcterms:W3CDTF">2026-09-04T01:36:00Z</dcterms:modified>
  <cp:category/>
</cp:coreProperties>
</file>