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40C4F" w14:textId="77777777" w:rsidR="002C5E36" w:rsidRDefault="00A6483F">
      <w:pPr>
        <w:spacing w:after="1080"/>
        <w:jc w:val="center"/>
      </w:pPr>
      <w:r>
        <w:rPr>
          <w:b/>
          <w:color w:val="155D8B"/>
          <w:sz w:val="36"/>
        </w:rPr>
        <w:t>FORMAT PENULISAN PROPOSAL</w:t>
      </w:r>
      <w:r>
        <w:rPr>
          <w:b/>
          <w:color w:val="155D8B"/>
          <w:sz w:val="36"/>
        </w:rPr>
        <w:br/>
        <w:t>PENGABDIAN KEPADA MASYARAKAT (PkM) PRODI</w:t>
      </w:r>
      <w:r>
        <w:rPr>
          <w:b/>
          <w:color w:val="155D8B"/>
          <w:sz w:val="36"/>
        </w:rPr>
        <w:br/>
        <w:t>UNIVERSITAS BORNEO TARAKAN</w:t>
      </w:r>
      <w:r>
        <w:rPr>
          <w:b/>
          <w:color w:val="155D8B"/>
          <w:sz w:val="36"/>
        </w:rPr>
        <w:br/>
      </w:r>
      <w:r>
        <w:rPr>
          <w:b/>
          <w:i/>
          <w:color w:val="1E9B8A"/>
          <w:sz w:val="28"/>
        </w:rPr>
        <w:t>Tahun Pelaksanaan 2026</w:t>
      </w:r>
      <w:r>
        <w:rPr>
          <w:b/>
          <w:i/>
          <w:color w:val="1E9B8A"/>
          <w:sz w:val="28"/>
        </w:rPr>
        <w:br/>
      </w:r>
      <w:r>
        <w:rPr>
          <w:b/>
          <w:i/>
          <w:color w:val="1E9B8A"/>
          <w:sz w:val="26"/>
        </w:rPr>
        <w:t>Terintegrasi dengan SDGs/TPB dan Roadmap PkM Prodi</w:t>
      </w:r>
      <w:r>
        <w:rPr>
          <w:b/>
          <w:i/>
          <w:color w:val="1E9B8A"/>
          <w:sz w:val="26"/>
        </w:rPr>
        <w:br/>
      </w:r>
    </w:p>
    <w:tbl>
      <w:tblPr>
        <w:tblW w:w="0" w:type="auto"/>
        <w:jc w:val="center"/>
        <w:tblBorders>
          <w:top w:val="single" w:sz="8" w:space="0" w:color="1E9B8A"/>
          <w:left w:val="single" w:sz="8" w:space="0" w:color="1E9B8A"/>
          <w:bottom w:val="single" w:sz="8" w:space="0" w:color="1E9B8A"/>
          <w:right w:val="single" w:sz="8" w:space="0" w:color="1E9B8A"/>
          <w:insideH w:val="single" w:sz="8" w:space="0" w:color="1E9B8A"/>
          <w:insideV w:val="single" w:sz="8" w:space="0" w:color="1E9B8A"/>
        </w:tblBorders>
        <w:tblLayout w:type="fixed"/>
        <w:tblLook w:val="04A0" w:firstRow="1" w:lastRow="0" w:firstColumn="1" w:lastColumn="0" w:noHBand="0" w:noVBand="1"/>
      </w:tblPr>
      <w:tblGrid>
        <w:gridCol w:w="9978"/>
      </w:tblGrid>
      <w:tr w:rsidR="002C5E36" w14:paraId="65A85514" w14:textId="77777777">
        <w:trPr>
          <w:jc w:val="center"/>
        </w:trPr>
        <w:tc>
          <w:tcPr>
            <w:tcW w:w="9978" w:type="dxa"/>
            <w:shd w:val="clear" w:color="auto" w:fill="DFF3F0"/>
            <w:tcMar>
              <w:top w:w="160" w:type="dxa"/>
              <w:left w:w="160" w:type="dxa"/>
              <w:bottom w:w="160" w:type="dxa"/>
              <w:right w:w="160" w:type="dxa"/>
            </w:tcMar>
            <w:vAlign w:val="center"/>
          </w:tcPr>
          <w:p w14:paraId="7C69106E" w14:textId="60A16CFD" w:rsidR="002C5E36" w:rsidRDefault="00A6483F">
            <w:pPr>
              <w:jc w:val="center"/>
            </w:pPr>
            <w:r>
              <w:rPr>
                <w:b/>
                <w:color w:val="222222"/>
                <w:sz w:val="20"/>
              </w:rPr>
              <w:t>Mengacu pada Format BIMA 2026</w:t>
            </w:r>
            <w:r w:rsidR="00FB74A3">
              <w:rPr>
                <w:b/>
                <w:color w:val="222222"/>
                <w:sz w:val="20"/>
              </w:rPr>
              <w:t xml:space="preserve"> dan </w:t>
            </w:r>
            <w:r w:rsidR="009B7582">
              <w:rPr>
                <w:b/>
                <w:color w:val="222222"/>
                <w:sz w:val="20"/>
              </w:rPr>
              <w:t>Panduan</w:t>
            </w:r>
            <w:r w:rsidR="00FB74A3">
              <w:rPr>
                <w:b/>
                <w:color w:val="222222"/>
                <w:sz w:val="20"/>
              </w:rPr>
              <w:t xml:space="preserve"> PKM </w:t>
            </w:r>
            <w:r w:rsidR="009B7582">
              <w:rPr>
                <w:b/>
                <w:color w:val="222222"/>
                <w:sz w:val="20"/>
              </w:rPr>
              <w:t xml:space="preserve">Prodi </w:t>
            </w:r>
            <w:r w:rsidR="00FB74A3">
              <w:rPr>
                <w:b/>
                <w:color w:val="222222"/>
                <w:sz w:val="20"/>
              </w:rPr>
              <w:t>UBT 2026</w:t>
            </w:r>
          </w:p>
        </w:tc>
      </w:tr>
    </w:tbl>
    <w:p w14:paraId="05D4C9B2" w14:textId="77777777" w:rsidR="002C5E36" w:rsidRDefault="002C5E36"/>
    <w:p w14:paraId="4F4A5494" w14:textId="77777777" w:rsidR="002C5E36" w:rsidRDefault="002C5E36"/>
    <w:p w14:paraId="719BA454" w14:textId="5F9A2A7F" w:rsidR="002C5E36" w:rsidRDefault="002C5E36">
      <w:pPr>
        <w:jc w:val="center"/>
      </w:pPr>
    </w:p>
    <w:p w14:paraId="7AFC204D" w14:textId="77777777" w:rsidR="002C5E36" w:rsidRDefault="002C5E36"/>
    <w:p w14:paraId="1BDDAAED" w14:textId="14D0A915" w:rsidR="00195509" w:rsidRDefault="00195509"/>
    <w:p w14:paraId="04656B29" w14:textId="0F1A8CF1" w:rsidR="00195509" w:rsidRDefault="00195509"/>
    <w:p w14:paraId="658C8A37" w14:textId="089DC468" w:rsidR="00195509" w:rsidRDefault="00195509">
      <w:r>
        <w:rPr>
          <w:noProof/>
        </w:rPr>
        <w:drawing>
          <wp:anchor distT="0" distB="0" distL="114300" distR="114300" simplePos="0" relativeHeight="251657216" behindDoc="0" locked="0" layoutInCell="1" allowOverlap="1" wp14:anchorId="1F236C37" wp14:editId="4C56927E">
            <wp:simplePos x="0" y="0"/>
            <wp:positionH relativeFrom="column">
              <wp:posOffset>2138680</wp:posOffset>
            </wp:positionH>
            <wp:positionV relativeFrom="paragraph">
              <wp:posOffset>130810</wp:posOffset>
            </wp:positionV>
            <wp:extent cx="1463040" cy="14630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1463040" cy="1463040"/>
                    </a:xfrm>
                    <a:prstGeom prst="rect">
                      <a:avLst/>
                    </a:prstGeom>
                  </pic:spPr>
                </pic:pic>
              </a:graphicData>
            </a:graphic>
          </wp:anchor>
        </w:drawing>
      </w:r>
    </w:p>
    <w:p w14:paraId="0B5986D6" w14:textId="77777777" w:rsidR="00195509" w:rsidRDefault="00195509"/>
    <w:p w14:paraId="1CEB64B4" w14:textId="77777777" w:rsidR="00195509" w:rsidRDefault="00195509"/>
    <w:p w14:paraId="7A5421D0" w14:textId="77777777" w:rsidR="00195509" w:rsidRDefault="00195509"/>
    <w:p w14:paraId="4C6AE255" w14:textId="77777777" w:rsidR="00195509" w:rsidRDefault="00195509"/>
    <w:p w14:paraId="499F506F" w14:textId="77777777" w:rsidR="00195509" w:rsidRDefault="00195509"/>
    <w:p w14:paraId="7170D7C3" w14:textId="77777777" w:rsidR="00195509" w:rsidRDefault="00195509"/>
    <w:p w14:paraId="07517A32" w14:textId="77777777" w:rsidR="00195509" w:rsidRDefault="00195509"/>
    <w:p w14:paraId="5C1CA423" w14:textId="77777777" w:rsidR="00195509" w:rsidRDefault="00195509"/>
    <w:p w14:paraId="0803392D" w14:textId="77777777" w:rsidR="00195509" w:rsidRDefault="00195509"/>
    <w:p w14:paraId="0408AC23" w14:textId="77777777" w:rsidR="00195509" w:rsidRDefault="00195509"/>
    <w:p w14:paraId="01C00EEC" w14:textId="77777777" w:rsidR="00195509" w:rsidRDefault="00195509"/>
    <w:p w14:paraId="3B90C484" w14:textId="77777777" w:rsidR="00195509" w:rsidRDefault="00195509"/>
    <w:p w14:paraId="2C4FE0B1" w14:textId="77777777" w:rsidR="00195509" w:rsidRDefault="00195509"/>
    <w:p w14:paraId="3094FAD5" w14:textId="77777777" w:rsidR="00195509" w:rsidRDefault="00195509"/>
    <w:p w14:paraId="4554B084" w14:textId="77777777" w:rsidR="002C5E36" w:rsidRDefault="002C5E36"/>
    <w:p w14:paraId="5D049D8E" w14:textId="77777777" w:rsidR="002C5E36" w:rsidRDefault="00A6483F">
      <w:pPr>
        <w:jc w:val="center"/>
        <w:rPr>
          <w:b/>
          <w:sz w:val="24"/>
        </w:rPr>
      </w:pPr>
      <w:r>
        <w:rPr>
          <w:b/>
          <w:sz w:val="24"/>
        </w:rPr>
        <w:t>LEMBAGA PENELITIAN DAN PENGABDIAN KEPADA MASYARAKAT</w:t>
      </w:r>
      <w:r>
        <w:rPr>
          <w:b/>
          <w:sz w:val="24"/>
        </w:rPr>
        <w:br/>
        <w:t>UNIVERSITAS BORNEO TARAKAN</w:t>
      </w:r>
      <w:r>
        <w:rPr>
          <w:b/>
          <w:sz w:val="24"/>
        </w:rPr>
        <w:br/>
        <w:t>2026</w:t>
      </w:r>
    </w:p>
    <w:p w14:paraId="771DBDD6" w14:textId="77777777" w:rsidR="00FB74A3" w:rsidRDefault="00FB74A3">
      <w:pPr>
        <w:jc w:val="center"/>
      </w:pPr>
    </w:p>
    <w:p w14:paraId="1CB1D519" w14:textId="77777777" w:rsidR="002C5E36" w:rsidRPr="00195509" w:rsidRDefault="00A6483F" w:rsidP="00195509">
      <w:pPr>
        <w:spacing w:before="160" w:after="120"/>
        <w:jc w:val="both"/>
        <w:rPr>
          <w:sz w:val="24"/>
          <w:szCs w:val="24"/>
        </w:rPr>
      </w:pPr>
      <w:r w:rsidRPr="00195509">
        <w:rPr>
          <w:b/>
          <w:color w:val="155D8B"/>
          <w:sz w:val="24"/>
          <w:szCs w:val="24"/>
        </w:rPr>
        <w:lastRenderedPageBreak/>
        <w:t>PETUNJUK UMUM PENULISAN</w:t>
      </w:r>
    </w:p>
    <w:p w14:paraId="6D48DC66" w14:textId="77777777" w:rsidR="002C5E36" w:rsidRPr="00195509" w:rsidRDefault="00A6483F" w:rsidP="00195509">
      <w:pPr>
        <w:spacing w:before="120"/>
        <w:jc w:val="both"/>
        <w:rPr>
          <w:sz w:val="24"/>
          <w:szCs w:val="24"/>
        </w:rPr>
      </w:pPr>
      <w:r w:rsidRPr="00195509">
        <w:rPr>
          <w:b/>
          <w:color w:val="1E9B8A"/>
          <w:sz w:val="24"/>
          <w:szCs w:val="24"/>
        </w:rPr>
        <w:t>Tujuan dokumen</w:t>
      </w:r>
    </w:p>
    <w:p w14:paraId="1F3C175D" w14:textId="77777777" w:rsidR="002C5E36" w:rsidRPr="00195509" w:rsidRDefault="00A6483F" w:rsidP="00195509">
      <w:pPr>
        <w:spacing w:line="252" w:lineRule="auto"/>
        <w:jc w:val="both"/>
        <w:rPr>
          <w:sz w:val="24"/>
          <w:szCs w:val="24"/>
        </w:rPr>
      </w:pPr>
      <w:r w:rsidRPr="00195509">
        <w:rPr>
          <w:sz w:val="24"/>
          <w:szCs w:val="24"/>
        </w:rPr>
        <w:t>Format ini digunakan sebagai template proposal PkM Prodi UBT. Struktur dan batasan utama mengikuti format substansi usulan BIMA, den</w:t>
      </w:r>
      <w:r w:rsidRPr="00195509">
        <w:rPr>
          <w:sz w:val="24"/>
          <w:szCs w:val="24"/>
        </w:rPr>
        <w:t>gan penyesuaian pada konteks Renstra PkM UBT, lokus bersama prodi, SDGs/TPB, dan kebutuhan pengelolaan PkM internal UBT.</w:t>
      </w:r>
    </w:p>
    <w:p w14:paraId="5F590A3F" w14:textId="77777777" w:rsidR="002C5E36" w:rsidRPr="00195509" w:rsidRDefault="00A6483F" w:rsidP="00195509">
      <w:pPr>
        <w:spacing w:before="120"/>
        <w:jc w:val="both"/>
        <w:rPr>
          <w:sz w:val="24"/>
          <w:szCs w:val="24"/>
        </w:rPr>
      </w:pPr>
      <w:r w:rsidRPr="00195509">
        <w:rPr>
          <w:b/>
          <w:color w:val="1E9B8A"/>
          <w:sz w:val="24"/>
          <w:szCs w:val="24"/>
        </w:rPr>
        <w:t>Ketentuan teknis penulisan</w:t>
      </w:r>
    </w:p>
    <w:p w14:paraId="75EB0D51" w14:textId="77777777" w:rsidR="002C5E36" w:rsidRPr="00195509" w:rsidRDefault="00A6483F" w:rsidP="00195509">
      <w:pPr>
        <w:pStyle w:val="ListBullet"/>
        <w:spacing w:after="40"/>
        <w:jc w:val="both"/>
        <w:rPr>
          <w:sz w:val="24"/>
          <w:szCs w:val="24"/>
        </w:rPr>
      </w:pPr>
      <w:r w:rsidRPr="00195509">
        <w:rPr>
          <w:sz w:val="24"/>
          <w:szCs w:val="24"/>
        </w:rPr>
        <w:t>Naskah ditulis pada kertas A4 menggunakan font Times New Roman ukuran 12 dengan spasi 1 (tunggal).</w:t>
      </w:r>
    </w:p>
    <w:p w14:paraId="556AD4FC" w14:textId="77777777" w:rsidR="002C5E36" w:rsidRPr="00195509" w:rsidRDefault="00A6483F" w:rsidP="00195509">
      <w:pPr>
        <w:pStyle w:val="ListBullet"/>
        <w:spacing w:after="40"/>
        <w:jc w:val="both"/>
        <w:rPr>
          <w:sz w:val="24"/>
          <w:szCs w:val="24"/>
        </w:rPr>
      </w:pPr>
      <w:r w:rsidRPr="00195509">
        <w:rPr>
          <w:sz w:val="24"/>
          <w:szCs w:val="24"/>
        </w:rPr>
        <w:t>Gunakan b</w:t>
      </w:r>
      <w:r w:rsidRPr="00195509">
        <w:rPr>
          <w:sz w:val="24"/>
          <w:szCs w:val="24"/>
        </w:rPr>
        <w:t>ahasa Indonesia yang baku, lugas, dan berbasis data. Hindari uraian umum yang tidak terhubung dengan masalah mitra.</w:t>
      </w:r>
    </w:p>
    <w:p w14:paraId="7E79AB6C" w14:textId="77777777" w:rsidR="002C5E36" w:rsidRPr="00195509" w:rsidRDefault="00A6483F" w:rsidP="00195509">
      <w:pPr>
        <w:pStyle w:val="ListBullet"/>
        <w:spacing w:after="40"/>
        <w:jc w:val="both"/>
        <w:rPr>
          <w:sz w:val="24"/>
          <w:szCs w:val="24"/>
        </w:rPr>
      </w:pPr>
      <w:r w:rsidRPr="00195509">
        <w:rPr>
          <w:sz w:val="24"/>
          <w:szCs w:val="24"/>
        </w:rPr>
        <w:t>Pengusul hanya mengisi bagian yang disediakan pada format ini dan tidak menghapus judul/subjudul pokok proposal.</w:t>
      </w:r>
    </w:p>
    <w:p w14:paraId="1CB2534F" w14:textId="77777777" w:rsidR="002C5E36" w:rsidRPr="00195509" w:rsidRDefault="00A6483F" w:rsidP="00195509">
      <w:pPr>
        <w:pStyle w:val="ListBullet"/>
        <w:spacing w:after="40"/>
        <w:jc w:val="both"/>
        <w:rPr>
          <w:sz w:val="24"/>
          <w:szCs w:val="24"/>
        </w:rPr>
      </w:pPr>
      <w:r w:rsidRPr="00195509">
        <w:rPr>
          <w:sz w:val="24"/>
          <w:szCs w:val="24"/>
        </w:rPr>
        <w:t>Setiap data penting sebaikn</w:t>
      </w:r>
      <w:r w:rsidRPr="00195509">
        <w:rPr>
          <w:sz w:val="24"/>
          <w:szCs w:val="24"/>
        </w:rPr>
        <w:t>ya dilengkapi baseline, gambar/foto kondisi awal, tabel, atau bukti pendukung yang relevan.</w:t>
      </w:r>
    </w:p>
    <w:p w14:paraId="0032C7F5" w14:textId="77777777" w:rsidR="002C5E36" w:rsidRPr="00195509" w:rsidRDefault="00A6483F" w:rsidP="00195509">
      <w:pPr>
        <w:pStyle w:val="ListBullet"/>
        <w:spacing w:after="40"/>
        <w:jc w:val="both"/>
        <w:rPr>
          <w:sz w:val="24"/>
          <w:szCs w:val="24"/>
        </w:rPr>
      </w:pPr>
      <w:r w:rsidRPr="00195509">
        <w:rPr>
          <w:sz w:val="24"/>
          <w:szCs w:val="24"/>
        </w:rPr>
        <w:t>Proposal wajib menunjukkan keterkaitan dengan Renstra PkM UBT, bidang fokus PkM Prodi, SDGs, IKU, Asta Cita, dan/atau bidang fokus riset/inovasi yang relevan.</w:t>
      </w:r>
    </w:p>
    <w:p w14:paraId="372DB5B5" w14:textId="77777777" w:rsidR="002C5E36" w:rsidRPr="00195509" w:rsidRDefault="00A6483F" w:rsidP="00195509">
      <w:pPr>
        <w:pStyle w:val="ListBullet"/>
        <w:spacing w:after="40"/>
        <w:jc w:val="both"/>
        <w:rPr>
          <w:sz w:val="24"/>
          <w:szCs w:val="24"/>
        </w:rPr>
      </w:pPr>
      <w:r w:rsidRPr="00195509">
        <w:rPr>
          <w:sz w:val="24"/>
          <w:szCs w:val="24"/>
        </w:rPr>
        <w:t>Keter</w:t>
      </w:r>
      <w:r w:rsidRPr="00195509">
        <w:rPr>
          <w:sz w:val="24"/>
          <w:szCs w:val="24"/>
        </w:rPr>
        <w:t>kaitan SDGs/TPB ditulis secara eksplisit dengan memilih 1 sampai 3 tujuan utama yang paling relevan, disertai alasan pemilihan, indikator terukur, baseline, target, bukti capaian, dan rencana keberlanjutan.</w:t>
      </w:r>
    </w:p>
    <w:p w14:paraId="6FA0A0F7" w14:textId="77777777" w:rsidR="002C5E36" w:rsidRPr="00195509" w:rsidRDefault="00A6483F" w:rsidP="00195509">
      <w:pPr>
        <w:pStyle w:val="ListBullet"/>
        <w:spacing w:after="40"/>
        <w:jc w:val="both"/>
        <w:rPr>
          <w:sz w:val="24"/>
          <w:szCs w:val="24"/>
        </w:rPr>
      </w:pPr>
      <w:r w:rsidRPr="00195509">
        <w:rPr>
          <w:sz w:val="24"/>
          <w:szCs w:val="24"/>
        </w:rPr>
        <w:t>Proposal wajib memuat rancangan roadmap PkM Prodi</w:t>
      </w:r>
      <w:r w:rsidRPr="00195509">
        <w:rPr>
          <w:sz w:val="24"/>
          <w:szCs w:val="24"/>
        </w:rPr>
        <w:t xml:space="preserve"> 3-5 tahun yang menunjukkan kesinambungan program, posisi usulan tahun berjalan, mitra binaan/lokus bersama, target luaran tahunan, dan rencana tindak lanjut setelah kegiatan selesai.</w:t>
      </w:r>
    </w:p>
    <w:p w14:paraId="004C2583" w14:textId="77777777" w:rsidR="002C5E36" w:rsidRPr="00195509" w:rsidRDefault="00A6483F" w:rsidP="00195509">
      <w:pPr>
        <w:pStyle w:val="ListBullet"/>
        <w:spacing w:after="40"/>
        <w:jc w:val="both"/>
        <w:rPr>
          <w:sz w:val="24"/>
          <w:szCs w:val="24"/>
        </w:rPr>
      </w:pPr>
      <w:r w:rsidRPr="00195509">
        <w:rPr>
          <w:sz w:val="24"/>
          <w:szCs w:val="24"/>
        </w:rPr>
        <w:t xml:space="preserve">Jika melibatkan lebih dari satu prodi, proposal harus menjelaskan skema </w:t>
      </w:r>
      <w:r w:rsidRPr="00195509">
        <w:rPr>
          <w:sz w:val="24"/>
          <w:szCs w:val="24"/>
        </w:rPr>
        <w:t>lokus bersama, prodi koordinator, prodi pendukung, dan pembagian peran.</w:t>
      </w:r>
    </w:p>
    <w:p w14:paraId="0447B6C9" w14:textId="77777777" w:rsidR="002C5E36" w:rsidRPr="00195509" w:rsidRDefault="00A6483F" w:rsidP="00195509">
      <w:pPr>
        <w:pStyle w:val="ListBullet"/>
        <w:spacing w:after="40"/>
        <w:jc w:val="both"/>
        <w:rPr>
          <w:sz w:val="24"/>
          <w:szCs w:val="24"/>
        </w:rPr>
      </w:pPr>
      <w:r w:rsidRPr="00195509">
        <w:rPr>
          <w:sz w:val="24"/>
          <w:szCs w:val="24"/>
        </w:rPr>
        <w:t>Bagian tanda tangan pada surat pernyataan/lampiran tidak boleh terpisah dari kop dan isi surat.</w:t>
      </w:r>
    </w:p>
    <w:p w14:paraId="11A46DE0" w14:textId="77777777" w:rsidR="00195509" w:rsidRPr="00195509" w:rsidRDefault="00195509" w:rsidP="00195509">
      <w:pPr>
        <w:pStyle w:val="ListBullet"/>
        <w:numPr>
          <w:ilvl w:val="0"/>
          <w:numId w:val="0"/>
        </w:numPr>
        <w:spacing w:after="40"/>
        <w:ind w:left="360" w:hanging="360"/>
        <w:jc w:val="both"/>
        <w:rPr>
          <w:sz w:val="24"/>
          <w:szCs w:val="24"/>
        </w:rPr>
      </w:pPr>
    </w:p>
    <w:p w14:paraId="6A7E87AD" w14:textId="77777777" w:rsidR="00195509" w:rsidRDefault="00195509" w:rsidP="00195509">
      <w:pPr>
        <w:pStyle w:val="ListBullet"/>
        <w:numPr>
          <w:ilvl w:val="0"/>
          <w:numId w:val="0"/>
        </w:numPr>
        <w:spacing w:after="40"/>
        <w:ind w:left="360" w:hanging="360"/>
      </w:pPr>
    </w:p>
    <w:p w14:paraId="7C787E04" w14:textId="77777777" w:rsidR="00195509" w:rsidRDefault="00195509" w:rsidP="00195509">
      <w:pPr>
        <w:pStyle w:val="ListBullet"/>
        <w:numPr>
          <w:ilvl w:val="0"/>
          <w:numId w:val="0"/>
        </w:numPr>
        <w:spacing w:after="40"/>
        <w:ind w:left="360" w:hanging="360"/>
      </w:pPr>
    </w:p>
    <w:p w14:paraId="21F2BC69" w14:textId="77777777" w:rsidR="00195509" w:rsidRDefault="00195509" w:rsidP="00195509">
      <w:pPr>
        <w:pStyle w:val="ListBullet"/>
        <w:numPr>
          <w:ilvl w:val="0"/>
          <w:numId w:val="0"/>
        </w:numPr>
        <w:spacing w:after="40"/>
        <w:ind w:left="360" w:hanging="360"/>
      </w:pPr>
    </w:p>
    <w:p w14:paraId="4D6013EA" w14:textId="77777777" w:rsidR="00195509" w:rsidRDefault="00195509" w:rsidP="00195509">
      <w:pPr>
        <w:pStyle w:val="ListBullet"/>
        <w:numPr>
          <w:ilvl w:val="0"/>
          <w:numId w:val="0"/>
        </w:numPr>
        <w:spacing w:after="40"/>
        <w:ind w:left="360" w:hanging="360"/>
      </w:pPr>
    </w:p>
    <w:p w14:paraId="77031E41" w14:textId="77777777" w:rsidR="00195509" w:rsidRDefault="00195509" w:rsidP="00195509">
      <w:pPr>
        <w:pStyle w:val="ListBullet"/>
        <w:numPr>
          <w:ilvl w:val="0"/>
          <w:numId w:val="0"/>
        </w:numPr>
        <w:spacing w:after="40"/>
        <w:ind w:left="360" w:hanging="360"/>
      </w:pPr>
    </w:p>
    <w:p w14:paraId="7365D70C" w14:textId="77777777" w:rsidR="00195509" w:rsidRDefault="00195509" w:rsidP="00195509">
      <w:pPr>
        <w:pStyle w:val="ListBullet"/>
        <w:numPr>
          <w:ilvl w:val="0"/>
          <w:numId w:val="0"/>
        </w:numPr>
        <w:spacing w:after="40"/>
        <w:ind w:left="360" w:hanging="360"/>
      </w:pPr>
    </w:p>
    <w:p w14:paraId="5669E666" w14:textId="77777777" w:rsidR="00195509" w:rsidRDefault="00195509" w:rsidP="00195509">
      <w:pPr>
        <w:pStyle w:val="ListBullet"/>
        <w:numPr>
          <w:ilvl w:val="0"/>
          <w:numId w:val="0"/>
        </w:numPr>
        <w:spacing w:after="40"/>
        <w:ind w:left="360" w:hanging="360"/>
      </w:pPr>
    </w:p>
    <w:p w14:paraId="45E81606" w14:textId="77777777" w:rsidR="00195509" w:rsidRDefault="00195509" w:rsidP="00195509">
      <w:pPr>
        <w:pStyle w:val="ListBullet"/>
        <w:numPr>
          <w:ilvl w:val="0"/>
          <w:numId w:val="0"/>
        </w:numPr>
        <w:spacing w:after="40"/>
        <w:ind w:left="360" w:hanging="360"/>
      </w:pPr>
    </w:p>
    <w:p w14:paraId="1F34754B" w14:textId="77777777" w:rsidR="00195509" w:rsidRDefault="00195509" w:rsidP="00195509">
      <w:pPr>
        <w:pStyle w:val="ListBullet"/>
        <w:numPr>
          <w:ilvl w:val="0"/>
          <w:numId w:val="0"/>
        </w:numPr>
        <w:spacing w:after="40"/>
        <w:ind w:left="360" w:hanging="360"/>
      </w:pPr>
    </w:p>
    <w:p w14:paraId="06FD0D05" w14:textId="77777777" w:rsidR="00195509" w:rsidRDefault="00195509" w:rsidP="00195509">
      <w:pPr>
        <w:pStyle w:val="ListBullet"/>
        <w:numPr>
          <w:ilvl w:val="0"/>
          <w:numId w:val="0"/>
        </w:numPr>
        <w:spacing w:after="40"/>
        <w:ind w:left="360" w:hanging="360"/>
      </w:pPr>
    </w:p>
    <w:p w14:paraId="70214D3E" w14:textId="77777777" w:rsidR="00195509" w:rsidRDefault="00195509" w:rsidP="00195509">
      <w:pPr>
        <w:pStyle w:val="ListBullet"/>
        <w:numPr>
          <w:ilvl w:val="0"/>
          <w:numId w:val="0"/>
        </w:numPr>
        <w:spacing w:after="40"/>
        <w:ind w:left="360" w:hanging="360"/>
      </w:pPr>
    </w:p>
    <w:p w14:paraId="53C90D7D" w14:textId="77777777" w:rsidR="00195509" w:rsidRDefault="00195509" w:rsidP="00195509">
      <w:pPr>
        <w:pStyle w:val="ListBullet"/>
        <w:numPr>
          <w:ilvl w:val="0"/>
          <w:numId w:val="0"/>
        </w:numPr>
        <w:spacing w:after="40"/>
        <w:ind w:left="360" w:hanging="360"/>
      </w:pPr>
    </w:p>
    <w:p w14:paraId="12D0C004" w14:textId="77777777" w:rsidR="00195509" w:rsidRDefault="00195509" w:rsidP="00195509">
      <w:pPr>
        <w:pStyle w:val="ListBullet"/>
        <w:numPr>
          <w:ilvl w:val="0"/>
          <w:numId w:val="0"/>
        </w:numPr>
        <w:spacing w:after="40"/>
        <w:ind w:left="360" w:hanging="360"/>
      </w:pPr>
    </w:p>
    <w:p w14:paraId="0DC2A351" w14:textId="77777777" w:rsidR="00195509" w:rsidRDefault="00195509" w:rsidP="00195509">
      <w:pPr>
        <w:pStyle w:val="ListBullet"/>
        <w:numPr>
          <w:ilvl w:val="0"/>
          <w:numId w:val="0"/>
        </w:numPr>
        <w:spacing w:after="40"/>
        <w:ind w:left="360" w:hanging="360"/>
      </w:pPr>
    </w:p>
    <w:p w14:paraId="24F4C736" w14:textId="77777777" w:rsidR="00195509" w:rsidRDefault="00195509" w:rsidP="00195509">
      <w:pPr>
        <w:pStyle w:val="ListBullet"/>
        <w:numPr>
          <w:ilvl w:val="0"/>
          <w:numId w:val="0"/>
        </w:numPr>
        <w:spacing w:after="40"/>
        <w:ind w:left="360" w:hanging="360"/>
      </w:pPr>
    </w:p>
    <w:p w14:paraId="3FC69B42" w14:textId="77777777" w:rsidR="00195509" w:rsidRDefault="00195509" w:rsidP="00195509">
      <w:pPr>
        <w:pStyle w:val="ListBullet"/>
        <w:numPr>
          <w:ilvl w:val="0"/>
          <w:numId w:val="0"/>
        </w:numPr>
        <w:spacing w:after="40"/>
        <w:ind w:left="360" w:hanging="360"/>
      </w:pPr>
    </w:p>
    <w:p w14:paraId="27F8C0D6" w14:textId="77777777" w:rsidR="00195509" w:rsidRDefault="00195509" w:rsidP="00195509">
      <w:pPr>
        <w:pStyle w:val="ListBullet"/>
        <w:numPr>
          <w:ilvl w:val="0"/>
          <w:numId w:val="0"/>
        </w:numPr>
        <w:spacing w:after="40"/>
        <w:ind w:left="360" w:hanging="360"/>
      </w:pPr>
    </w:p>
    <w:p w14:paraId="4E3BE63B" w14:textId="77777777" w:rsidR="002C5E36" w:rsidRPr="00195509" w:rsidRDefault="00A6483F">
      <w:pPr>
        <w:spacing w:after="40"/>
        <w:rPr>
          <w:sz w:val="24"/>
          <w:szCs w:val="24"/>
        </w:rPr>
      </w:pPr>
      <w:r w:rsidRPr="00195509">
        <w:rPr>
          <w:b/>
          <w:color w:val="155D8B"/>
          <w:sz w:val="24"/>
          <w:szCs w:val="24"/>
        </w:rPr>
        <w:lastRenderedPageBreak/>
        <w:t>Sistematika utama proposal setelah diperbaiki</w:t>
      </w:r>
    </w:p>
    <w:tbl>
      <w:tblPr>
        <w:tblStyle w:val="TableGrid"/>
        <w:tblW w:w="9892"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806"/>
        <w:gridCol w:w="3326"/>
        <w:gridCol w:w="5760"/>
      </w:tblGrid>
      <w:tr w:rsidR="002C5E36" w:rsidRPr="00195509" w14:paraId="393303FF" w14:textId="77777777" w:rsidTr="00195509">
        <w:trPr>
          <w:tblHeader/>
          <w:jc w:val="center"/>
        </w:trPr>
        <w:tc>
          <w:tcPr>
            <w:tcW w:w="806" w:type="dxa"/>
            <w:shd w:val="clear" w:color="auto" w:fill="155D8B"/>
            <w:tcMar>
              <w:top w:w="100" w:type="dxa"/>
              <w:left w:w="100" w:type="dxa"/>
              <w:bottom w:w="100" w:type="dxa"/>
              <w:right w:w="100" w:type="dxa"/>
            </w:tcMar>
            <w:vAlign w:val="center"/>
          </w:tcPr>
          <w:p w14:paraId="6AFC49E5" w14:textId="77777777" w:rsidR="002C5E36" w:rsidRPr="00195509" w:rsidRDefault="00A6483F">
            <w:pPr>
              <w:jc w:val="center"/>
              <w:rPr>
                <w:sz w:val="24"/>
                <w:szCs w:val="24"/>
              </w:rPr>
            </w:pPr>
            <w:r w:rsidRPr="00195509">
              <w:rPr>
                <w:b/>
                <w:color w:val="FFFFFF"/>
                <w:sz w:val="24"/>
                <w:szCs w:val="24"/>
              </w:rPr>
              <w:t>Urutan</w:t>
            </w:r>
          </w:p>
        </w:tc>
        <w:tc>
          <w:tcPr>
            <w:tcW w:w="3326" w:type="dxa"/>
            <w:shd w:val="clear" w:color="auto" w:fill="155D8B"/>
            <w:tcMar>
              <w:top w:w="100" w:type="dxa"/>
              <w:left w:w="100" w:type="dxa"/>
              <w:bottom w:w="100" w:type="dxa"/>
              <w:right w:w="100" w:type="dxa"/>
            </w:tcMar>
            <w:vAlign w:val="center"/>
          </w:tcPr>
          <w:p w14:paraId="6BABD5CB" w14:textId="77777777" w:rsidR="002C5E36" w:rsidRPr="00195509" w:rsidRDefault="00A6483F">
            <w:pPr>
              <w:jc w:val="center"/>
              <w:rPr>
                <w:sz w:val="24"/>
                <w:szCs w:val="24"/>
              </w:rPr>
            </w:pPr>
            <w:r w:rsidRPr="00195509">
              <w:rPr>
                <w:b/>
                <w:color w:val="FFFFFF"/>
                <w:sz w:val="24"/>
                <w:szCs w:val="24"/>
              </w:rPr>
              <w:t>Bagian</w:t>
            </w:r>
          </w:p>
        </w:tc>
        <w:tc>
          <w:tcPr>
            <w:tcW w:w="5760" w:type="dxa"/>
            <w:shd w:val="clear" w:color="auto" w:fill="155D8B"/>
            <w:tcMar>
              <w:top w:w="100" w:type="dxa"/>
              <w:left w:w="100" w:type="dxa"/>
              <w:bottom w:w="100" w:type="dxa"/>
              <w:right w:w="100" w:type="dxa"/>
            </w:tcMar>
            <w:vAlign w:val="center"/>
          </w:tcPr>
          <w:p w14:paraId="3A35B379" w14:textId="77777777" w:rsidR="002C5E36" w:rsidRPr="00195509" w:rsidRDefault="00A6483F">
            <w:pPr>
              <w:jc w:val="center"/>
              <w:rPr>
                <w:sz w:val="24"/>
                <w:szCs w:val="24"/>
              </w:rPr>
            </w:pPr>
            <w:r w:rsidRPr="00195509">
              <w:rPr>
                <w:b/>
                <w:color w:val="FFFFFF"/>
                <w:sz w:val="24"/>
                <w:szCs w:val="24"/>
              </w:rPr>
              <w:t xml:space="preserve">Isi </w:t>
            </w:r>
            <w:r w:rsidRPr="00195509">
              <w:rPr>
                <w:b/>
                <w:color w:val="FFFFFF"/>
                <w:sz w:val="24"/>
                <w:szCs w:val="24"/>
              </w:rPr>
              <w:t>Utama</w:t>
            </w:r>
          </w:p>
        </w:tc>
      </w:tr>
      <w:tr w:rsidR="002C5E36" w:rsidRPr="00195509" w14:paraId="22AA0105" w14:textId="77777777" w:rsidTr="00195509">
        <w:trPr>
          <w:jc w:val="center"/>
        </w:trPr>
        <w:tc>
          <w:tcPr>
            <w:tcW w:w="806" w:type="dxa"/>
            <w:shd w:val="clear" w:color="auto" w:fill="F7FAFC"/>
            <w:tcMar>
              <w:top w:w="90" w:type="dxa"/>
              <w:left w:w="100" w:type="dxa"/>
              <w:bottom w:w="90" w:type="dxa"/>
              <w:right w:w="100" w:type="dxa"/>
            </w:tcMar>
            <w:vAlign w:val="center"/>
          </w:tcPr>
          <w:p w14:paraId="752D1BB6" w14:textId="77777777" w:rsidR="002C5E36" w:rsidRPr="00195509" w:rsidRDefault="00A6483F">
            <w:pPr>
              <w:jc w:val="center"/>
              <w:rPr>
                <w:sz w:val="24"/>
                <w:szCs w:val="24"/>
              </w:rPr>
            </w:pPr>
            <w:r w:rsidRPr="00195509">
              <w:rPr>
                <w:sz w:val="24"/>
                <w:szCs w:val="24"/>
              </w:rPr>
              <w:t>1</w:t>
            </w:r>
          </w:p>
        </w:tc>
        <w:tc>
          <w:tcPr>
            <w:tcW w:w="3326" w:type="dxa"/>
            <w:shd w:val="clear" w:color="auto" w:fill="F7FAFC"/>
            <w:tcMar>
              <w:top w:w="90" w:type="dxa"/>
              <w:left w:w="100" w:type="dxa"/>
              <w:bottom w:w="90" w:type="dxa"/>
              <w:right w:w="100" w:type="dxa"/>
            </w:tcMar>
            <w:vAlign w:val="center"/>
          </w:tcPr>
          <w:p w14:paraId="5E8CF94B" w14:textId="77777777" w:rsidR="002C5E36" w:rsidRPr="00195509" w:rsidRDefault="00A6483F">
            <w:pPr>
              <w:rPr>
                <w:sz w:val="24"/>
                <w:szCs w:val="24"/>
              </w:rPr>
            </w:pPr>
            <w:r w:rsidRPr="00195509">
              <w:rPr>
                <w:sz w:val="24"/>
                <w:szCs w:val="24"/>
              </w:rPr>
              <w:t>Sampul Proposal</w:t>
            </w:r>
          </w:p>
        </w:tc>
        <w:tc>
          <w:tcPr>
            <w:tcW w:w="5760" w:type="dxa"/>
            <w:shd w:val="clear" w:color="auto" w:fill="F7FAFC"/>
            <w:tcMar>
              <w:top w:w="90" w:type="dxa"/>
              <w:left w:w="100" w:type="dxa"/>
              <w:bottom w:w="90" w:type="dxa"/>
              <w:right w:w="100" w:type="dxa"/>
            </w:tcMar>
            <w:vAlign w:val="center"/>
          </w:tcPr>
          <w:p w14:paraId="6144ACE7" w14:textId="77777777" w:rsidR="002C5E36" w:rsidRPr="00195509" w:rsidRDefault="00A6483F" w:rsidP="00195509">
            <w:pPr>
              <w:jc w:val="both"/>
              <w:rPr>
                <w:sz w:val="24"/>
                <w:szCs w:val="24"/>
              </w:rPr>
            </w:pPr>
            <w:r w:rsidRPr="00195509">
              <w:rPr>
                <w:sz w:val="24"/>
                <w:szCs w:val="24"/>
              </w:rPr>
              <w:t>Identitas usulan, judul, skema, tim pelaksana, prodi/fakultas, dan tahun pelaksanaan.</w:t>
            </w:r>
          </w:p>
        </w:tc>
      </w:tr>
      <w:tr w:rsidR="002C5E36" w:rsidRPr="00195509" w14:paraId="6CA20635" w14:textId="77777777" w:rsidTr="00195509">
        <w:trPr>
          <w:jc w:val="center"/>
        </w:trPr>
        <w:tc>
          <w:tcPr>
            <w:tcW w:w="806" w:type="dxa"/>
            <w:tcMar>
              <w:top w:w="90" w:type="dxa"/>
              <w:left w:w="100" w:type="dxa"/>
              <w:bottom w:w="90" w:type="dxa"/>
              <w:right w:w="100" w:type="dxa"/>
            </w:tcMar>
            <w:vAlign w:val="center"/>
          </w:tcPr>
          <w:p w14:paraId="6EF5F441" w14:textId="77777777" w:rsidR="002C5E36" w:rsidRPr="00195509" w:rsidRDefault="00A6483F">
            <w:pPr>
              <w:jc w:val="center"/>
              <w:rPr>
                <w:sz w:val="24"/>
                <w:szCs w:val="24"/>
              </w:rPr>
            </w:pPr>
            <w:r w:rsidRPr="00195509">
              <w:rPr>
                <w:sz w:val="24"/>
                <w:szCs w:val="24"/>
              </w:rPr>
              <w:t>2</w:t>
            </w:r>
          </w:p>
        </w:tc>
        <w:tc>
          <w:tcPr>
            <w:tcW w:w="3326" w:type="dxa"/>
            <w:tcMar>
              <w:top w:w="90" w:type="dxa"/>
              <w:left w:w="100" w:type="dxa"/>
              <w:bottom w:w="90" w:type="dxa"/>
              <w:right w:w="100" w:type="dxa"/>
            </w:tcMar>
            <w:vAlign w:val="center"/>
          </w:tcPr>
          <w:p w14:paraId="6CA860D7" w14:textId="77777777" w:rsidR="002C5E36" w:rsidRPr="00195509" w:rsidRDefault="00A6483F">
            <w:pPr>
              <w:rPr>
                <w:sz w:val="24"/>
                <w:szCs w:val="24"/>
              </w:rPr>
            </w:pPr>
            <w:r w:rsidRPr="00195509">
              <w:rPr>
                <w:sz w:val="24"/>
                <w:szCs w:val="24"/>
              </w:rPr>
              <w:t>Lembar Pengesahan dan Identitas Usulan</w:t>
            </w:r>
          </w:p>
        </w:tc>
        <w:tc>
          <w:tcPr>
            <w:tcW w:w="5760" w:type="dxa"/>
            <w:tcMar>
              <w:top w:w="90" w:type="dxa"/>
              <w:left w:w="100" w:type="dxa"/>
              <w:bottom w:w="90" w:type="dxa"/>
              <w:right w:w="100" w:type="dxa"/>
            </w:tcMar>
            <w:vAlign w:val="center"/>
          </w:tcPr>
          <w:p w14:paraId="1298026F" w14:textId="77777777" w:rsidR="002C5E36" w:rsidRPr="00195509" w:rsidRDefault="00A6483F" w:rsidP="00195509">
            <w:pPr>
              <w:jc w:val="both"/>
              <w:rPr>
                <w:sz w:val="24"/>
                <w:szCs w:val="24"/>
              </w:rPr>
            </w:pPr>
            <w:r w:rsidRPr="00195509">
              <w:rPr>
                <w:sz w:val="24"/>
                <w:szCs w:val="24"/>
              </w:rPr>
              <w:t>Identitas usulan, tim pelaksana, mitra, lokasi, dana, luaran, SDGs, roadmap, dan pengesahan.</w:t>
            </w:r>
          </w:p>
        </w:tc>
      </w:tr>
      <w:tr w:rsidR="002C5E36" w:rsidRPr="00195509" w14:paraId="293FD4C3" w14:textId="77777777" w:rsidTr="00195509">
        <w:trPr>
          <w:jc w:val="center"/>
        </w:trPr>
        <w:tc>
          <w:tcPr>
            <w:tcW w:w="806" w:type="dxa"/>
            <w:shd w:val="clear" w:color="auto" w:fill="F7FAFC"/>
            <w:tcMar>
              <w:top w:w="90" w:type="dxa"/>
              <w:left w:w="100" w:type="dxa"/>
              <w:bottom w:w="90" w:type="dxa"/>
              <w:right w:w="100" w:type="dxa"/>
            </w:tcMar>
            <w:vAlign w:val="center"/>
          </w:tcPr>
          <w:p w14:paraId="1ED50DB3" w14:textId="77777777" w:rsidR="002C5E36" w:rsidRPr="00195509" w:rsidRDefault="00A6483F">
            <w:pPr>
              <w:jc w:val="center"/>
              <w:rPr>
                <w:sz w:val="24"/>
                <w:szCs w:val="24"/>
              </w:rPr>
            </w:pPr>
            <w:r w:rsidRPr="00195509">
              <w:rPr>
                <w:sz w:val="24"/>
                <w:szCs w:val="24"/>
              </w:rPr>
              <w:t>3</w:t>
            </w:r>
          </w:p>
        </w:tc>
        <w:tc>
          <w:tcPr>
            <w:tcW w:w="3326" w:type="dxa"/>
            <w:shd w:val="clear" w:color="auto" w:fill="F7FAFC"/>
            <w:tcMar>
              <w:top w:w="90" w:type="dxa"/>
              <w:left w:w="100" w:type="dxa"/>
              <w:bottom w:w="90" w:type="dxa"/>
              <w:right w:w="100" w:type="dxa"/>
            </w:tcMar>
            <w:vAlign w:val="center"/>
          </w:tcPr>
          <w:p w14:paraId="6E7B5BF9" w14:textId="77777777" w:rsidR="002C5E36" w:rsidRPr="00195509" w:rsidRDefault="00A6483F">
            <w:pPr>
              <w:rPr>
                <w:sz w:val="24"/>
                <w:szCs w:val="24"/>
              </w:rPr>
            </w:pPr>
            <w:r w:rsidRPr="00195509">
              <w:rPr>
                <w:sz w:val="24"/>
                <w:szCs w:val="24"/>
              </w:rPr>
              <w:t>Ringkasan Program</w:t>
            </w:r>
          </w:p>
        </w:tc>
        <w:tc>
          <w:tcPr>
            <w:tcW w:w="5760" w:type="dxa"/>
            <w:shd w:val="clear" w:color="auto" w:fill="F7FAFC"/>
            <w:tcMar>
              <w:top w:w="90" w:type="dxa"/>
              <w:left w:w="100" w:type="dxa"/>
              <w:bottom w:w="90" w:type="dxa"/>
              <w:right w:w="100" w:type="dxa"/>
            </w:tcMar>
            <w:vAlign w:val="center"/>
          </w:tcPr>
          <w:p w14:paraId="0D845865" w14:textId="77777777" w:rsidR="002C5E36" w:rsidRPr="00195509" w:rsidRDefault="00A6483F" w:rsidP="00195509">
            <w:pPr>
              <w:jc w:val="both"/>
              <w:rPr>
                <w:sz w:val="24"/>
                <w:szCs w:val="24"/>
              </w:rPr>
            </w:pPr>
            <w:r w:rsidRPr="00195509">
              <w:rPr>
                <w:sz w:val="24"/>
                <w:szCs w:val="24"/>
              </w:rPr>
              <w:t>Ikhtisar masalah mitra, solusi, metode, luaran, indikator keberdayaan mitra, SDGs, dan keberlanjutan.</w:t>
            </w:r>
          </w:p>
        </w:tc>
      </w:tr>
      <w:tr w:rsidR="002C5E36" w:rsidRPr="00195509" w14:paraId="2388F547" w14:textId="77777777" w:rsidTr="00195509">
        <w:trPr>
          <w:jc w:val="center"/>
        </w:trPr>
        <w:tc>
          <w:tcPr>
            <w:tcW w:w="806" w:type="dxa"/>
            <w:tcMar>
              <w:top w:w="90" w:type="dxa"/>
              <w:left w:w="100" w:type="dxa"/>
              <w:bottom w:w="90" w:type="dxa"/>
              <w:right w:w="100" w:type="dxa"/>
            </w:tcMar>
            <w:vAlign w:val="center"/>
          </w:tcPr>
          <w:p w14:paraId="10D20DEA" w14:textId="77777777" w:rsidR="002C5E36" w:rsidRPr="00195509" w:rsidRDefault="00A6483F">
            <w:pPr>
              <w:jc w:val="center"/>
              <w:rPr>
                <w:sz w:val="24"/>
                <w:szCs w:val="24"/>
              </w:rPr>
            </w:pPr>
            <w:r w:rsidRPr="00195509">
              <w:rPr>
                <w:sz w:val="24"/>
                <w:szCs w:val="24"/>
              </w:rPr>
              <w:t>4</w:t>
            </w:r>
          </w:p>
        </w:tc>
        <w:tc>
          <w:tcPr>
            <w:tcW w:w="3326" w:type="dxa"/>
            <w:tcMar>
              <w:top w:w="90" w:type="dxa"/>
              <w:left w:w="100" w:type="dxa"/>
              <w:bottom w:w="90" w:type="dxa"/>
              <w:right w:w="100" w:type="dxa"/>
            </w:tcMar>
            <w:vAlign w:val="center"/>
          </w:tcPr>
          <w:p w14:paraId="656C9203" w14:textId="77777777" w:rsidR="002C5E36" w:rsidRPr="00195509" w:rsidRDefault="00A6483F">
            <w:pPr>
              <w:rPr>
                <w:sz w:val="24"/>
                <w:szCs w:val="24"/>
              </w:rPr>
            </w:pPr>
            <w:r w:rsidRPr="00195509">
              <w:rPr>
                <w:sz w:val="24"/>
                <w:szCs w:val="24"/>
              </w:rPr>
              <w:t>A. Pendahuluan</w:t>
            </w:r>
          </w:p>
        </w:tc>
        <w:tc>
          <w:tcPr>
            <w:tcW w:w="5760" w:type="dxa"/>
            <w:tcMar>
              <w:top w:w="90" w:type="dxa"/>
              <w:left w:w="100" w:type="dxa"/>
              <w:bottom w:w="90" w:type="dxa"/>
              <w:right w:w="100" w:type="dxa"/>
            </w:tcMar>
            <w:vAlign w:val="center"/>
          </w:tcPr>
          <w:p w14:paraId="112A6C49" w14:textId="77777777" w:rsidR="002C5E36" w:rsidRPr="00195509" w:rsidRDefault="00A6483F" w:rsidP="00195509">
            <w:pPr>
              <w:jc w:val="both"/>
              <w:rPr>
                <w:sz w:val="24"/>
                <w:szCs w:val="24"/>
              </w:rPr>
            </w:pPr>
            <w:r w:rsidRPr="00195509">
              <w:rPr>
                <w:sz w:val="24"/>
                <w:szCs w:val="24"/>
              </w:rPr>
              <w:t xml:space="preserve">Analisis situasi mitra, kondisi kewilayahan, potensi, masalah, tujuan, serta keterkaitan dengan Renstra, SDGs, dan </w:t>
            </w:r>
            <w:r w:rsidRPr="00195509">
              <w:rPr>
                <w:sz w:val="24"/>
                <w:szCs w:val="24"/>
              </w:rPr>
              <w:t>roadmap.</w:t>
            </w:r>
          </w:p>
        </w:tc>
      </w:tr>
      <w:tr w:rsidR="002C5E36" w:rsidRPr="00195509" w14:paraId="7701B3AC" w14:textId="77777777" w:rsidTr="00195509">
        <w:trPr>
          <w:jc w:val="center"/>
        </w:trPr>
        <w:tc>
          <w:tcPr>
            <w:tcW w:w="806" w:type="dxa"/>
            <w:shd w:val="clear" w:color="auto" w:fill="F7FAFC"/>
            <w:tcMar>
              <w:top w:w="90" w:type="dxa"/>
              <w:left w:w="100" w:type="dxa"/>
              <w:bottom w:w="90" w:type="dxa"/>
              <w:right w:w="100" w:type="dxa"/>
            </w:tcMar>
            <w:vAlign w:val="center"/>
          </w:tcPr>
          <w:p w14:paraId="58366694" w14:textId="77777777" w:rsidR="002C5E36" w:rsidRPr="00195509" w:rsidRDefault="00A6483F">
            <w:pPr>
              <w:jc w:val="center"/>
              <w:rPr>
                <w:sz w:val="24"/>
                <w:szCs w:val="24"/>
              </w:rPr>
            </w:pPr>
            <w:r w:rsidRPr="00195509">
              <w:rPr>
                <w:sz w:val="24"/>
                <w:szCs w:val="24"/>
              </w:rPr>
              <w:t>5</w:t>
            </w:r>
          </w:p>
        </w:tc>
        <w:tc>
          <w:tcPr>
            <w:tcW w:w="3326" w:type="dxa"/>
            <w:shd w:val="clear" w:color="auto" w:fill="F7FAFC"/>
            <w:tcMar>
              <w:top w:w="90" w:type="dxa"/>
              <w:left w:w="100" w:type="dxa"/>
              <w:bottom w:w="90" w:type="dxa"/>
              <w:right w:w="100" w:type="dxa"/>
            </w:tcMar>
            <w:vAlign w:val="center"/>
          </w:tcPr>
          <w:p w14:paraId="3A0A280A" w14:textId="77777777" w:rsidR="002C5E36" w:rsidRPr="00195509" w:rsidRDefault="00A6483F">
            <w:pPr>
              <w:rPr>
                <w:sz w:val="24"/>
                <w:szCs w:val="24"/>
              </w:rPr>
            </w:pPr>
            <w:r w:rsidRPr="00195509">
              <w:rPr>
                <w:sz w:val="24"/>
                <w:szCs w:val="24"/>
              </w:rPr>
              <w:t>B. Permasalahan dan Solusi</w:t>
            </w:r>
          </w:p>
        </w:tc>
        <w:tc>
          <w:tcPr>
            <w:tcW w:w="5760" w:type="dxa"/>
            <w:shd w:val="clear" w:color="auto" w:fill="F7FAFC"/>
            <w:tcMar>
              <w:top w:w="90" w:type="dxa"/>
              <w:left w:w="100" w:type="dxa"/>
              <w:bottom w:w="90" w:type="dxa"/>
              <w:right w:w="100" w:type="dxa"/>
            </w:tcMar>
            <w:vAlign w:val="center"/>
          </w:tcPr>
          <w:p w14:paraId="32AECD2B" w14:textId="77777777" w:rsidR="002C5E36" w:rsidRPr="00195509" w:rsidRDefault="00A6483F" w:rsidP="00195509">
            <w:pPr>
              <w:jc w:val="both"/>
              <w:rPr>
                <w:sz w:val="24"/>
                <w:szCs w:val="24"/>
              </w:rPr>
            </w:pPr>
            <w:r w:rsidRPr="00195509">
              <w:rPr>
                <w:sz w:val="24"/>
                <w:szCs w:val="24"/>
              </w:rPr>
              <w:t>Permasalahan prioritas dan solusi terukur untuk setiap mitra/aspek.</w:t>
            </w:r>
          </w:p>
        </w:tc>
      </w:tr>
      <w:tr w:rsidR="002C5E36" w:rsidRPr="00195509" w14:paraId="68618E4F" w14:textId="77777777" w:rsidTr="00195509">
        <w:trPr>
          <w:jc w:val="center"/>
        </w:trPr>
        <w:tc>
          <w:tcPr>
            <w:tcW w:w="806" w:type="dxa"/>
            <w:tcMar>
              <w:top w:w="90" w:type="dxa"/>
              <w:left w:w="100" w:type="dxa"/>
              <w:bottom w:w="90" w:type="dxa"/>
              <w:right w:w="100" w:type="dxa"/>
            </w:tcMar>
            <w:vAlign w:val="center"/>
          </w:tcPr>
          <w:p w14:paraId="1756D183" w14:textId="77777777" w:rsidR="002C5E36" w:rsidRPr="00195509" w:rsidRDefault="00A6483F">
            <w:pPr>
              <w:jc w:val="center"/>
              <w:rPr>
                <w:sz w:val="24"/>
                <w:szCs w:val="24"/>
              </w:rPr>
            </w:pPr>
            <w:r w:rsidRPr="00195509">
              <w:rPr>
                <w:sz w:val="24"/>
                <w:szCs w:val="24"/>
              </w:rPr>
              <w:t>6</w:t>
            </w:r>
          </w:p>
        </w:tc>
        <w:tc>
          <w:tcPr>
            <w:tcW w:w="3326" w:type="dxa"/>
            <w:tcMar>
              <w:top w:w="90" w:type="dxa"/>
              <w:left w:w="100" w:type="dxa"/>
              <w:bottom w:w="90" w:type="dxa"/>
              <w:right w:w="100" w:type="dxa"/>
            </w:tcMar>
            <w:vAlign w:val="center"/>
          </w:tcPr>
          <w:p w14:paraId="78B04429" w14:textId="77777777" w:rsidR="002C5E36" w:rsidRPr="00195509" w:rsidRDefault="00A6483F">
            <w:pPr>
              <w:rPr>
                <w:sz w:val="24"/>
                <w:szCs w:val="24"/>
              </w:rPr>
            </w:pPr>
            <w:r w:rsidRPr="00195509">
              <w:rPr>
                <w:sz w:val="24"/>
                <w:szCs w:val="24"/>
              </w:rPr>
              <w:t>C. Metode Pelaksanaan</w:t>
            </w:r>
          </w:p>
        </w:tc>
        <w:tc>
          <w:tcPr>
            <w:tcW w:w="5760" w:type="dxa"/>
            <w:tcMar>
              <w:top w:w="90" w:type="dxa"/>
              <w:left w:w="100" w:type="dxa"/>
              <w:bottom w:w="90" w:type="dxa"/>
              <w:right w:w="100" w:type="dxa"/>
            </w:tcMar>
            <w:vAlign w:val="center"/>
          </w:tcPr>
          <w:p w14:paraId="1D33D43B" w14:textId="77777777" w:rsidR="002C5E36" w:rsidRPr="00195509" w:rsidRDefault="00A6483F" w:rsidP="00195509">
            <w:pPr>
              <w:jc w:val="both"/>
              <w:rPr>
                <w:sz w:val="24"/>
                <w:szCs w:val="24"/>
              </w:rPr>
            </w:pPr>
            <w:r w:rsidRPr="00195509">
              <w:rPr>
                <w:sz w:val="24"/>
                <w:szCs w:val="24"/>
              </w:rPr>
              <w:t>Tahapan kegiatan, partisipasi mitra, evaluasi, keberlanjutan, dan tugas tim.</w:t>
            </w:r>
          </w:p>
        </w:tc>
      </w:tr>
      <w:tr w:rsidR="002C5E36" w:rsidRPr="00195509" w14:paraId="0D130A79" w14:textId="77777777" w:rsidTr="00195509">
        <w:trPr>
          <w:jc w:val="center"/>
        </w:trPr>
        <w:tc>
          <w:tcPr>
            <w:tcW w:w="806" w:type="dxa"/>
            <w:shd w:val="clear" w:color="auto" w:fill="F7FAFC"/>
            <w:tcMar>
              <w:top w:w="90" w:type="dxa"/>
              <w:left w:w="100" w:type="dxa"/>
              <w:bottom w:w="90" w:type="dxa"/>
              <w:right w:w="100" w:type="dxa"/>
            </w:tcMar>
            <w:vAlign w:val="center"/>
          </w:tcPr>
          <w:p w14:paraId="019D535B" w14:textId="77777777" w:rsidR="002C5E36" w:rsidRPr="00195509" w:rsidRDefault="00A6483F">
            <w:pPr>
              <w:jc w:val="center"/>
              <w:rPr>
                <w:sz w:val="24"/>
                <w:szCs w:val="24"/>
              </w:rPr>
            </w:pPr>
            <w:r w:rsidRPr="00195509">
              <w:rPr>
                <w:sz w:val="24"/>
                <w:szCs w:val="24"/>
              </w:rPr>
              <w:t>7</w:t>
            </w:r>
          </w:p>
        </w:tc>
        <w:tc>
          <w:tcPr>
            <w:tcW w:w="3326" w:type="dxa"/>
            <w:shd w:val="clear" w:color="auto" w:fill="F7FAFC"/>
            <w:tcMar>
              <w:top w:w="90" w:type="dxa"/>
              <w:left w:w="100" w:type="dxa"/>
              <w:bottom w:w="90" w:type="dxa"/>
              <w:right w:w="100" w:type="dxa"/>
            </w:tcMar>
            <w:vAlign w:val="center"/>
          </w:tcPr>
          <w:p w14:paraId="0B9377B2" w14:textId="77777777" w:rsidR="002C5E36" w:rsidRPr="00195509" w:rsidRDefault="00A6483F">
            <w:pPr>
              <w:rPr>
                <w:sz w:val="24"/>
                <w:szCs w:val="24"/>
              </w:rPr>
            </w:pPr>
            <w:r w:rsidRPr="00195509">
              <w:rPr>
                <w:sz w:val="24"/>
                <w:szCs w:val="24"/>
              </w:rPr>
              <w:t>D. Gambaran Teknologi dan Inovasi</w:t>
            </w:r>
          </w:p>
        </w:tc>
        <w:tc>
          <w:tcPr>
            <w:tcW w:w="5760" w:type="dxa"/>
            <w:shd w:val="clear" w:color="auto" w:fill="F7FAFC"/>
            <w:tcMar>
              <w:top w:w="90" w:type="dxa"/>
              <w:left w:w="100" w:type="dxa"/>
              <w:bottom w:w="90" w:type="dxa"/>
              <w:right w:w="100" w:type="dxa"/>
            </w:tcMar>
            <w:vAlign w:val="center"/>
          </w:tcPr>
          <w:p w14:paraId="33638C88" w14:textId="77777777" w:rsidR="002C5E36" w:rsidRPr="00195509" w:rsidRDefault="00A6483F" w:rsidP="00195509">
            <w:pPr>
              <w:jc w:val="both"/>
              <w:rPr>
                <w:sz w:val="24"/>
                <w:szCs w:val="24"/>
              </w:rPr>
            </w:pPr>
            <w:r w:rsidRPr="00195509">
              <w:rPr>
                <w:sz w:val="24"/>
                <w:szCs w:val="24"/>
              </w:rPr>
              <w:t>Bentuk teknologi/inovasi/model/metode yang diterapkan beserta spesifikasi dan manfaatnya.</w:t>
            </w:r>
          </w:p>
        </w:tc>
      </w:tr>
      <w:tr w:rsidR="002C5E36" w:rsidRPr="00195509" w14:paraId="008531AF" w14:textId="77777777" w:rsidTr="00195509">
        <w:trPr>
          <w:jc w:val="center"/>
        </w:trPr>
        <w:tc>
          <w:tcPr>
            <w:tcW w:w="806" w:type="dxa"/>
            <w:tcMar>
              <w:top w:w="90" w:type="dxa"/>
              <w:left w:w="100" w:type="dxa"/>
              <w:bottom w:w="90" w:type="dxa"/>
              <w:right w:w="100" w:type="dxa"/>
            </w:tcMar>
            <w:vAlign w:val="center"/>
          </w:tcPr>
          <w:p w14:paraId="2E85839C" w14:textId="77777777" w:rsidR="002C5E36" w:rsidRPr="00195509" w:rsidRDefault="00A6483F">
            <w:pPr>
              <w:jc w:val="center"/>
              <w:rPr>
                <w:sz w:val="24"/>
                <w:szCs w:val="24"/>
              </w:rPr>
            </w:pPr>
            <w:r w:rsidRPr="00195509">
              <w:rPr>
                <w:sz w:val="24"/>
                <w:szCs w:val="24"/>
              </w:rPr>
              <w:t>8</w:t>
            </w:r>
          </w:p>
        </w:tc>
        <w:tc>
          <w:tcPr>
            <w:tcW w:w="3326" w:type="dxa"/>
            <w:tcMar>
              <w:top w:w="90" w:type="dxa"/>
              <w:left w:w="100" w:type="dxa"/>
              <w:bottom w:w="90" w:type="dxa"/>
              <w:right w:w="100" w:type="dxa"/>
            </w:tcMar>
            <w:vAlign w:val="center"/>
          </w:tcPr>
          <w:p w14:paraId="5316C9FB" w14:textId="77777777" w:rsidR="002C5E36" w:rsidRPr="00195509" w:rsidRDefault="00A6483F">
            <w:pPr>
              <w:rPr>
                <w:sz w:val="24"/>
                <w:szCs w:val="24"/>
              </w:rPr>
            </w:pPr>
            <w:r w:rsidRPr="00195509">
              <w:rPr>
                <w:sz w:val="24"/>
                <w:szCs w:val="24"/>
              </w:rPr>
              <w:t>E. Jadwal Pelaksanaan</w:t>
            </w:r>
          </w:p>
        </w:tc>
        <w:tc>
          <w:tcPr>
            <w:tcW w:w="5760" w:type="dxa"/>
            <w:tcMar>
              <w:top w:w="90" w:type="dxa"/>
              <w:left w:w="100" w:type="dxa"/>
              <w:bottom w:w="90" w:type="dxa"/>
              <w:right w:w="100" w:type="dxa"/>
            </w:tcMar>
            <w:vAlign w:val="center"/>
          </w:tcPr>
          <w:p w14:paraId="2C4F7D43" w14:textId="77777777" w:rsidR="002C5E36" w:rsidRPr="00195509" w:rsidRDefault="00A6483F" w:rsidP="00195509">
            <w:pPr>
              <w:jc w:val="both"/>
              <w:rPr>
                <w:sz w:val="24"/>
                <w:szCs w:val="24"/>
              </w:rPr>
            </w:pPr>
            <w:r w:rsidRPr="00195509">
              <w:rPr>
                <w:sz w:val="24"/>
                <w:szCs w:val="24"/>
              </w:rPr>
              <w:t>Rencana kegiatan berdasarkan periode pelaksanaan.</w:t>
            </w:r>
          </w:p>
        </w:tc>
      </w:tr>
      <w:tr w:rsidR="002C5E36" w:rsidRPr="00195509" w14:paraId="3D1A4EFB" w14:textId="77777777" w:rsidTr="00195509">
        <w:trPr>
          <w:jc w:val="center"/>
        </w:trPr>
        <w:tc>
          <w:tcPr>
            <w:tcW w:w="806" w:type="dxa"/>
            <w:shd w:val="clear" w:color="auto" w:fill="F7FAFC"/>
            <w:tcMar>
              <w:top w:w="90" w:type="dxa"/>
              <w:left w:w="100" w:type="dxa"/>
              <w:bottom w:w="90" w:type="dxa"/>
              <w:right w:w="100" w:type="dxa"/>
            </w:tcMar>
            <w:vAlign w:val="center"/>
          </w:tcPr>
          <w:p w14:paraId="10CFBED9" w14:textId="77777777" w:rsidR="002C5E36" w:rsidRPr="00195509" w:rsidRDefault="00A6483F">
            <w:pPr>
              <w:jc w:val="center"/>
              <w:rPr>
                <w:sz w:val="24"/>
                <w:szCs w:val="24"/>
              </w:rPr>
            </w:pPr>
            <w:r w:rsidRPr="00195509">
              <w:rPr>
                <w:sz w:val="24"/>
                <w:szCs w:val="24"/>
              </w:rPr>
              <w:t>9</w:t>
            </w:r>
          </w:p>
        </w:tc>
        <w:tc>
          <w:tcPr>
            <w:tcW w:w="3326" w:type="dxa"/>
            <w:shd w:val="clear" w:color="auto" w:fill="F7FAFC"/>
            <w:tcMar>
              <w:top w:w="90" w:type="dxa"/>
              <w:left w:w="100" w:type="dxa"/>
              <w:bottom w:w="90" w:type="dxa"/>
              <w:right w:w="100" w:type="dxa"/>
            </w:tcMar>
            <w:vAlign w:val="center"/>
          </w:tcPr>
          <w:p w14:paraId="0CD94E1F" w14:textId="77777777" w:rsidR="002C5E36" w:rsidRPr="00195509" w:rsidRDefault="00A6483F">
            <w:pPr>
              <w:rPr>
                <w:sz w:val="24"/>
                <w:szCs w:val="24"/>
              </w:rPr>
            </w:pPr>
            <w:r w:rsidRPr="00195509">
              <w:rPr>
                <w:sz w:val="24"/>
                <w:szCs w:val="24"/>
              </w:rPr>
              <w:t>F. Rangkuman RAB</w:t>
            </w:r>
          </w:p>
        </w:tc>
        <w:tc>
          <w:tcPr>
            <w:tcW w:w="5760" w:type="dxa"/>
            <w:shd w:val="clear" w:color="auto" w:fill="F7FAFC"/>
            <w:tcMar>
              <w:top w:w="90" w:type="dxa"/>
              <w:left w:w="100" w:type="dxa"/>
              <w:bottom w:w="90" w:type="dxa"/>
              <w:right w:w="100" w:type="dxa"/>
            </w:tcMar>
            <w:vAlign w:val="center"/>
          </w:tcPr>
          <w:p w14:paraId="0796BE97" w14:textId="77777777" w:rsidR="002C5E36" w:rsidRPr="00195509" w:rsidRDefault="00A6483F" w:rsidP="00195509">
            <w:pPr>
              <w:jc w:val="both"/>
              <w:rPr>
                <w:sz w:val="24"/>
                <w:szCs w:val="24"/>
              </w:rPr>
            </w:pPr>
            <w:r w:rsidRPr="00195509">
              <w:rPr>
                <w:sz w:val="24"/>
                <w:szCs w:val="24"/>
              </w:rPr>
              <w:t>Rencana anggaran berdasarkan kelompok biaya.</w:t>
            </w:r>
          </w:p>
        </w:tc>
      </w:tr>
      <w:tr w:rsidR="002C5E36" w:rsidRPr="00195509" w14:paraId="554401A2" w14:textId="77777777" w:rsidTr="00195509">
        <w:trPr>
          <w:jc w:val="center"/>
        </w:trPr>
        <w:tc>
          <w:tcPr>
            <w:tcW w:w="806" w:type="dxa"/>
            <w:tcMar>
              <w:top w:w="90" w:type="dxa"/>
              <w:left w:w="100" w:type="dxa"/>
              <w:bottom w:w="90" w:type="dxa"/>
              <w:right w:w="100" w:type="dxa"/>
            </w:tcMar>
            <w:vAlign w:val="center"/>
          </w:tcPr>
          <w:p w14:paraId="3554C425" w14:textId="77777777" w:rsidR="002C5E36" w:rsidRPr="00195509" w:rsidRDefault="00A6483F">
            <w:pPr>
              <w:jc w:val="center"/>
              <w:rPr>
                <w:sz w:val="24"/>
                <w:szCs w:val="24"/>
              </w:rPr>
            </w:pPr>
            <w:r w:rsidRPr="00195509">
              <w:rPr>
                <w:sz w:val="24"/>
                <w:szCs w:val="24"/>
              </w:rPr>
              <w:t>10</w:t>
            </w:r>
          </w:p>
        </w:tc>
        <w:tc>
          <w:tcPr>
            <w:tcW w:w="3326" w:type="dxa"/>
            <w:tcMar>
              <w:top w:w="90" w:type="dxa"/>
              <w:left w:w="100" w:type="dxa"/>
              <w:bottom w:w="90" w:type="dxa"/>
              <w:right w:w="100" w:type="dxa"/>
            </w:tcMar>
            <w:vAlign w:val="center"/>
          </w:tcPr>
          <w:p w14:paraId="0FF59038" w14:textId="77777777" w:rsidR="002C5E36" w:rsidRPr="00195509" w:rsidRDefault="00A6483F">
            <w:pPr>
              <w:rPr>
                <w:sz w:val="24"/>
                <w:szCs w:val="24"/>
              </w:rPr>
            </w:pPr>
            <w:r w:rsidRPr="00195509">
              <w:rPr>
                <w:sz w:val="24"/>
                <w:szCs w:val="24"/>
              </w:rPr>
              <w:t xml:space="preserve">G. </w:t>
            </w:r>
            <w:r w:rsidRPr="00195509">
              <w:rPr>
                <w:sz w:val="24"/>
                <w:szCs w:val="24"/>
              </w:rPr>
              <w:t>Keterkaitan PkM dengan SDGs/TPB</w:t>
            </w:r>
          </w:p>
        </w:tc>
        <w:tc>
          <w:tcPr>
            <w:tcW w:w="5760" w:type="dxa"/>
            <w:tcMar>
              <w:top w:w="90" w:type="dxa"/>
              <w:left w:w="100" w:type="dxa"/>
              <w:bottom w:w="90" w:type="dxa"/>
              <w:right w:w="100" w:type="dxa"/>
            </w:tcMar>
            <w:vAlign w:val="center"/>
          </w:tcPr>
          <w:p w14:paraId="5AAA607A" w14:textId="77777777" w:rsidR="002C5E36" w:rsidRPr="00195509" w:rsidRDefault="00A6483F" w:rsidP="00195509">
            <w:pPr>
              <w:jc w:val="both"/>
              <w:rPr>
                <w:sz w:val="24"/>
                <w:szCs w:val="24"/>
              </w:rPr>
            </w:pPr>
            <w:r w:rsidRPr="00195509">
              <w:rPr>
                <w:sz w:val="24"/>
                <w:szCs w:val="24"/>
              </w:rPr>
              <w:t>Hubungan masalah mitra, solusi, bidang fokus Renstra PkM UBT, SDGs utama, indikator capaian, bukti, dan keberlanjutan.</w:t>
            </w:r>
          </w:p>
        </w:tc>
      </w:tr>
      <w:tr w:rsidR="002C5E36" w:rsidRPr="00195509" w14:paraId="1CF2AD97" w14:textId="77777777" w:rsidTr="00195509">
        <w:trPr>
          <w:jc w:val="center"/>
        </w:trPr>
        <w:tc>
          <w:tcPr>
            <w:tcW w:w="806" w:type="dxa"/>
            <w:shd w:val="clear" w:color="auto" w:fill="F7FAFC"/>
            <w:tcMar>
              <w:top w:w="90" w:type="dxa"/>
              <w:left w:w="100" w:type="dxa"/>
              <w:bottom w:w="90" w:type="dxa"/>
              <w:right w:w="100" w:type="dxa"/>
            </w:tcMar>
            <w:vAlign w:val="center"/>
          </w:tcPr>
          <w:p w14:paraId="2CFF9179" w14:textId="77777777" w:rsidR="002C5E36" w:rsidRPr="00195509" w:rsidRDefault="00A6483F">
            <w:pPr>
              <w:jc w:val="center"/>
              <w:rPr>
                <w:sz w:val="24"/>
                <w:szCs w:val="24"/>
              </w:rPr>
            </w:pPr>
            <w:r w:rsidRPr="00195509">
              <w:rPr>
                <w:sz w:val="24"/>
                <w:szCs w:val="24"/>
              </w:rPr>
              <w:t>11</w:t>
            </w:r>
          </w:p>
        </w:tc>
        <w:tc>
          <w:tcPr>
            <w:tcW w:w="3326" w:type="dxa"/>
            <w:shd w:val="clear" w:color="auto" w:fill="F7FAFC"/>
            <w:tcMar>
              <w:top w:w="90" w:type="dxa"/>
              <w:left w:w="100" w:type="dxa"/>
              <w:bottom w:w="90" w:type="dxa"/>
              <w:right w:w="100" w:type="dxa"/>
            </w:tcMar>
            <w:vAlign w:val="center"/>
          </w:tcPr>
          <w:p w14:paraId="637C9ED4" w14:textId="77777777" w:rsidR="002C5E36" w:rsidRPr="00195509" w:rsidRDefault="00A6483F">
            <w:pPr>
              <w:rPr>
                <w:sz w:val="24"/>
                <w:szCs w:val="24"/>
              </w:rPr>
            </w:pPr>
            <w:r w:rsidRPr="00195509">
              <w:rPr>
                <w:sz w:val="24"/>
                <w:szCs w:val="24"/>
              </w:rPr>
              <w:t>H. Rancangan Roadmap PkM Prodi dan Keberlanjutan Program</w:t>
            </w:r>
          </w:p>
        </w:tc>
        <w:tc>
          <w:tcPr>
            <w:tcW w:w="5760" w:type="dxa"/>
            <w:shd w:val="clear" w:color="auto" w:fill="F7FAFC"/>
            <w:tcMar>
              <w:top w:w="90" w:type="dxa"/>
              <w:left w:w="100" w:type="dxa"/>
              <w:bottom w:w="90" w:type="dxa"/>
              <w:right w:w="100" w:type="dxa"/>
            </w:tcMar>
            <w:vAlign w:val="center"/>
          </w:tcPr>
          <w:p w14:paraId="3EE61CFB" w14:textId="77777777" w:rsidR="002C5E36" w:rsidRPr="00195509" w:rsidRDefault="00A6483F" w:rsidP="00195509">
            <w:pPr>
              <w:jc w:val="both"/>
              <w:rPr>
                <w:sz w:val="24"/>
                <w:szCs w:val="24"/>
              </w:rPr>
            </w:pPr>
            <w:r w:rsidRPr="00195509">
              <w:rPr>
                <w:sz w:val="24"/>
                <w:szCs w:val="24"/>
              </w:rPr>
              <w:t xml:space="preserve">Roadmap PkM prodi 3-5 tahun, posisi </w:t>
            </w:r>
            <w:r w:rsidRPr="00195509">
              <w:rPr>
                <w:sz w:val="24"/>
                <w:szCs w:val="24"/>
              </w:rPr>
              <w:t>program tahun berjalan, target tahunan, kesinambungan mitra, dan rencana tindak lanjut.</w:t>
            </w:r>
          </w:p>
        </w:tc>
      </w:tr>
      <w:tr w:rsidR="002C5E36" w:rsidRPr="00195509" w14:paraId="7C596F9F" w14:textId="77777777" w:rsidTr="00195509">
        <w:trPr>
          <w:jc w:val="center"/>
        </w:trPr>
        <w:tc>
          <w:tcPr>
            <w:tcW w:w="806" w:type="dxa"/>
            <w:tcMar>
              <w:top w:w="90" w:type="dxa"/>
              <w:left w:w="100" w:type="dxa"/>
              <w:bottom w:w="90" w:type="dxa"/>
              <w:right w:w="100" w:type="dxa"/>
            </w:tcMar>
            <w:vAlign w:val="center"/>
          </w:tcPr>
          <w:p w14:paraId="24FA3C9E" w14:textId="77777777" w:rsidR="002C5E36" w:rsidRPr="00195509" w:rsidRDefault="00A6483F">
            <w:pPr>
              <w:jc w:val="center"/>
              <w:rPr>
                <w:sz w:val="24"/>
                <w:szCs w:val="24"/>
              </w:rPr>
            </w:pPr>
            <w:r w:rsidRPr="00195509">
              <w:rPr>
                <w:sz w:val="24"/>
                <w:szCs w:val="24"/>
              </w:rPr>
              <w:t>12</w:t>
            </w:r>
          </w:p>
        </w:tc>
        <w:tc>
          <w:tcPr>
            <w:tcW w:w="3326" w:type="dxa"/>
            <w:tcMar>
              <w:top w:w="90" w:type="dxa"/>
              <w:left w:w="100" w:type="dxa"/>
              <w:bottom w:w="90" w:type="dxa"/>
              <w:right w:w="100" w:type="dxa"/>
            </w:tcMar>
            <w:vAlign w:val="center"/>
          </w:tcPr>
          <w:p w14:paraId="2EF44D2B" w14:textId="77777777" w:rsidR="002C5E36" w:rsidRPr="00195509" w:rsidRDefault="00A6483F">
            <w:pPr>
              <w:rPr>
                <w:sz w:val="24"/>
                <w:szCs w:val="24"/>
              </w:rPr>
            </w:pPr>
            <w:r w:rsidRPr="00195509">
              <w:rPr>
                <w:sz w:val="24"/>
                <w:szCs w:val="24"/>
              </w:rPr>
              <w:t>I. Daftar Pustaka</w:t>
            </w:r>
          </w:p>
        </w:tc>
        <w:tc>
          <w:tcPr>
            <w:tcW w:w="5760" w:type="dxa"/>
            <w:tcMar>
              <w:top w:w="90" w:type="dxa"/>
              <w:left w:w="100" w:type="dxa"/>
              <w:bottom w:w="90" w:type="dxa"/>
              <w:right w:w="100" w:type="dxa"/>
            </w:tcMar>
            <w:vAlign w:val="center"/>
          </w:tcPr>
          <w:p w14:paraId="6D41474E" w14:textId="77777777" w:rsidR="002C5E36" w:rsidRPr="00195509" w:rsidRDefault="00A6483F" w:rsidP="00195509">
            <w:pPr>
              <w:jc w:val="both"/>
              <w:rPr>
                <w:sz w:val="24"/>
                <w:szCs w:val="24"/>
              </w:rPr>
            </w:pPr>
            <w:r w:rsidRPr="00195509">
              <w:rPr>
                <w:sz w:val="24"/>
                <w:szCs w:val="24"/>
              </w:rPr>
              <w:t>Rujukan dengan sistem nomor atau Vancouver style.</w:t>
            </w:r>
          </w:p>
        </w:tc>
      </w:tr>
      <w:tr w:rsidR="002C5E36" w:rsidRPr="00195509" w14:paraId="1CB75696" w14:textId="77777777" w:rsidTr="00195509">
        <w:trPr>
          <w:jc w:val="center"/>
        </w:trPr>
        <w:tc>
          <w:tcPr>
            <w:tcW w:w="806" w:type="dxa"/>
            <w:shd w:val="clear" w:color="auto" w:fill="F7FAFC"/>
            <w:tcMar>
              <w:top w:w="90" w:type="dxa"/>
              <w:left w:w="100" w:type="dxa"/>
              <w:bottom w:w="90" w:type="dxa"/>
              <w:right w:w="100" w:type="dxa"/>
            </w:tcMar>
            <w:vAlign w:val="center"/>
          </w:tcPr>
          <w:p w14:paraId="0E1C235F" w14:textId="77777777" w:rsidR="002C5E36" w:rsidRPr="00195509" w:rsidRDefault="00A6483F">
            <w:pPr>
              <w:jc w:val="center"/>
              <w:rPr>
                <w:sz w:val="24"/>
                <w:szCs w:val="24"/>
              </w:rPr>
            </w:pPr>
            <w:r w:rsidRPr="00195509">
              <w:rPr>
                <w:sz w:val="24"/>
                <w:szCs w:val="24"/>
              </w:rPr>
              <w:t>13</w:t>
            </w:r>
          </w:p>
        </w:tc>
        <w:tc>
          <w:tcPr>
            <w:tcW w:w="3326" w:type="dxa"/>
            <w:shd w:val="clear" w:color="auto" w:fill="F7FAFC"/>
            <w:tcMar>
              <w:top w:w="90" w:type="dxa"/>
              <w:left w:w="100" w:type="dxa"/>
              <w:bottom w:w="90" w:type="dxa"/>
              <w:right w:w="100" w:type="dxa"/>
            </w:tcMar>
            <w:vAlign w:val="center"/>
          </w:tcPr>
          <w:p w14:paraId="6885A9AF" w14:textId="77777777" w:rsidR="002C5E36" w:rsidRPr="00195509" w:rsidRDefault="00A6483F">
            <w:pPr>
              <w:rPr>
                <w:sz w:val="24"/>
                <w:szCs w:val="24"/>
              </w:rPr>
            </w:pPr>
            <w:r w:rsidRPr="00195509">
              <w:rPr>
                <w:sz w:val="24"/>
                <w:szCs w:val="24"/>
              </w:rPr>
              <w:t>Lampiran Operasional</w:t>
            </w:r>
          </w:p>
        </w:tc>
        <w:tc>
          <w:tcPr>
            <w:tcW w:w="5760" w:type="dxa"/>
            <w:shd w:val="clear" w:color="auto" w:fill="F7FAFC"/>
            <w:tcMar>
              <w:top w:w="90" w:type="dxa"/>
              <w:left w:w="100" w:type="dxa"/>
              <w:bottom w:w="90" w:type="dxa"/>
              <w:right w:w="100" w:type="dxa"/>
            </w:tcMar>
            <w:vAlign w:val="center"/>
          </w:tcPr>
          <w:p w14:paraId="6ACB84ED" w14:textId="77777777" w:rsidR="002C5E36" w:rsidRPr="00195509" w:rsidRDefault="00A6483F" w:rsidP="00195509">
            <w:pPr>
              <w:jc w:val="both"/>
              <w:rPr>
                <w:sz w:val="24"/>
                <w:szCs w:val="24"/>
              </w:rPr>
            </w:pPr>
            <w:r w:rsidRPr="00195509">
              <w:rPr>
                <w:sz w:val="24"/>
                <w:szCs w:val="24"/>
              </w:rPr>
              <w:t xml:space="preserve">Surat mitra, sharing dana, biodata, skema kolaborasi, matriks </w:t>
            </w:r>
            <w:r w:rsidRPr="00195509">
              <w:rPr>
                <w:sz w:val="24"/>
                <w:szCs w:val="24"/>
              </w:rPr>
              <w:t>SDGs, roadmap, checklist, dan dokumen pendukung.</w:t>
            </w:r>
          </w:p>
        </w:tc>
      </w:tr>
    </w:tbl>
    <w:p w14:paraId="40816DEB" w14:textId="77777777" w:rsidR="002C5E36" w:rsidRPr="00195509" w:rsidRDefault="002C5E36">
      <w:pPr>
        <w:rPr>
          <w:sz w:val="24"/>
          <w:szCs w:val="24"/>
        </w:rPr>
      </w:pPr>
    </w:p>
    <w:p w14:paraId="1B39E2E0" w14:textId="77777777" w:rsidR="00514AA9" w:rsidRDefault="00514AA9">
      <w:pPr>
        <w:spacing w:before="120"/>
        <w:rPr>
          <w:b/>
          <w:color w:val="1E9B8A"/>
          <w:sz w:val="24"/>
          <w:szCs w:val="24"/>
        </w:rPr>
      </w:pPr>
    </w:p>
    <w:p w14:paraId="14915529" w14:textId="77777777" w:rsidR="00514AA9" w:rsidRDefault="00514AA9">
      <w:pPr>
        <w:spacing w:before="120"/>
        <w:rPr>
          <w:b/>
          <w:color w:val="1E9B8A"/>
          <w:sz w:val="24"/>
          <w:szCs w:val="24"/>
        </w:rPr>
      </w:pPr>
    </w:p>
    <w:p w14:paraId="1D559B5B" w14:textId="77777777" w:rsidR="00514AA9" w:rsidRDefault="00514AA9">
      <w:pPr>
        <w:spacing w:before="120"/>
        <w:rPr>
          <w:b/>
          <w:color w:val="1E9B8A"/>
          <w:sz w:val="24"/>
          <w:szCs w:val="24"/>
        </w:rPr>
      </w:pPr>
    </w:p>
    <w:p w14:paraId="40629767" w14:textId="267CD073" w:rsidR="002C5E36" w:rsidRPr="00195509" w:rsidRDefault="00A6483F">
      <w:pPr>
        <w:spacing w:before="120"/>
        <w:rPr>
          <w:sz w:val="24"/>
          <w:szCs w:val="24"/>
        </w:rPr>
      </w:pPr>
      <w:r w:rsidRPr="00195509">
        <w:rPr>
          <w:b/>
          <w:color w:val="1E9B8A"/>
          <w:sz w:val="24"/>
          <w:szCs w:val="24"/>
        </w:rPr>
        <w:lastRenderedPageBreak/>
        <w:t>Catatan penyesuaian PkM Prodi UBT</w:t>
      </w:r>
    </w:p>
    <w:p w14:paraId="21572BC1" w14:textId="77777777" w:rsidR="002C5E36" w:rsidRPr="00195509" w:rsidRDefault="00A6483F" w:rsidP="00514AA9">
      <w:pPr>
        <w:spacing w:line="252" w:lineRule="auto"/>
        <w:jc w:val="both"/>
        <w:rPr>
          <w:sz w:val="24"/>
          <w:szCs w:val="24"/>
        </w:rPr>
      </w:pPr>
      <w:r w:rsidRPr="00195509">
        <w:rPr>
          <w:sz w:val="24"/>
          <w:szCs w:val="24"/>
        </w:rPr>
        <w:t xml:space="preserve">Satu mitra dapat menjadi lokus bersama bagi beberapa program studi, baik dalam satu fakultas maupun lintas fakultas. Skema ini dianjurkan jika persoalan mitra </w:t>
      </w:r>
      <w:r w:rsidRPr="00195509">
        <w:rPr>
          <w:sz w:val="24"/>
          <w:szCs w:val="24"/>
        </w:rPr>
        <w:t>bersifat multidimensi, misalnya produksi, manajemen, pemasaran, legalitas, digitalisasi, kesehatan, pendidikan, lingkungan, atau kelembagaan.</w:t>
      </w:r>
    </w:p>
    <w:p w14:paraId="28363CB8" w14:textId="77777777" w:rsidR="002C5E36" w:rsidRPr="00195509" w:rsidRDefault="00A6483F">
      <w:pPr>
        <w:rPr>
          <w:sz w:val="24"/>
          <w:szCs w:val="24"/>
        </w:rPr>
      </w:pPr>
      <w:r w:rsidRPr="00195509">
        <w:rPr>
          <w:sz w:val="24"/>
          <w:szCs w:val="24"/>
        </w:rPr>
        <w:br w:type="page"/>
      </w:r>
    </w:p>
    <w:p w14:paraId="43C41BC3" w14:textId="77777777" w:rsidR="002C5E36" w:rsidRDefault="00A6483F" w:rsidP="00195509">
      <w:pPr>
        <w:spacing w:before="160" w:after="120"/>
        <w:jc w:val="center"/>
      </w:pPr>
      <w:r>
        <w:rPr>
          <w:b/>
          <w:color w:val="155D8B"/>
          <w:sz w:val="32"/>
        </w:rPr>
        <w:lastRenderedPageBreak/>
        <w:t>SAMPUL PROPOSAL</w:t>
      </w:r>
    </w:p>
    <w:p w14:paraId="5569D52A" w14:textId="77777777" w:rsidR="002C5E36" w:rsidRDefault="00A6483F">
      <w:pPr>
        <w:spacing w:line="252" w:lineRule="auto"/>
      </w:pPr>
      <w:r>
        <w:t>Gunakan halaman sampul berikut sebagai identitas awal proposal. Logo UBT dan identitas fakultas/</w:t>
      </w:r>
      <w:r>
        <w:t>prodi dapat ditambahkan sesuai kebutuhan.</w:t>
      </w:r>
    </w:p>
    <w:p w14:paraId="5BAB211F" w14:textId="77777777" w:rsidR="00B82D7B" w:rsidRDefault="00B82D7B">
      <w:pPr>
        <w:jc w:val="center"/>
        <w:rPr>
          <w:b/>
          <w:color w:val="155D8B"/>
          <w:sz w:val="26"/>
        </w:rPr>
      </w:pPr>
    </w:p>
    <w:p w14:paraId="7844EB85" w14:textId="77777777" w:rsidR="00B82D7B" w:rsidRDefault="00B82D7B">
      <w:pPr>
        <w:jc w:val="center"/>
        <w:rPr>
          <w:b/>
          <w:color w:val="155D8B"/>
          <w:sz w:val="26"/>
        </w:rPr>
      </w:pPr>
    </w:p>
    <w:p w14:paraId="7DDB9AED" w14:textId="77777777" w:rsidR="00B82D7B" w:rsidRDefault="00B82D7B">
      <w:pPr>
        <w:jc w:val="center"/>
        <w:rPr>
          <w:b/>
          <w:color w:val="155D8B"/>
          <w:sz w:val="26"/>
        </w:rPr>
      </w:pPr>
    </w:p>
    <w:p w14:paraId="5823977B" w14:textId="070C4C66" w:rsidR="002C5E36" w:rsidRDefault="00A6483F">
      <w:pPr>
        <w:jc w:val="center"/>
      </w:pPr>
      <w:r>
        <w:rPr>
          <w:b/>
          <w:color w:val="155D8B"/>
          <w:sz w:val="26"/>
        </w:rPr>
        <w:t>PROPOSAL PENGABDIAN KEPADA MASYARAKAT</w:t>
      </w:r>
      <w:r>
        <w:rPr>
          <w:b/>
          <w:color w:val="155D8B"/>
          <w:sz w:val="26"/>
        </w:rPr>
        <w:br/>
        <w:t>PROGRAM STUDI UNIVERSITAS BORNEO TARAKAN</w:t>
      </w:r>
      <w:r>
        <w:rPr>
          <w:b/>
          <w:color w:val="155D8B"/>
          <w:sz w:val="26"/>
        </w:rPr>
        <w:br/>
        <w:t>Tahun Pelaksanaan 2026</w:t>
      </w:r>
    </w:p>
    <w:p w14:paraId="33607C98" w14:textId="77777777" w:rsidR="00195509" w:rsidRDefault="00195509">
      <w:pPr>
        <w:spacing w:line="252" w:lineRule="auto"/>
      </w:pPr>
    </w:p>
    <w:p w14:paraId="687720C0" w14:textId="56772202" w:rsidR="002C5E36" w:rsidRDefault="00A6483F">
      <w:pPr>
        <w:spacing w:line="252" w:lineRule="auto"/>
      </w:pPr>
      <w:r>
        <w:t>Judul:</w:t>
      </w:r>
      <w:r>
        <w:br/>
        <w:t>[Tuliskan judul proposal secara spesifik, mencerminkan mitra dan solusi]</w:t>
      </w:r>
    </w:p>
    <w:p w14:paraId="3D304223" w14:textId="77777777" w:rsidR="002C5E36" w:rsidRDefault="00A6483F">
      <w:pPr>
        <w:spacing w:line="252" w:lineRule="auto"/>
      </w:pPr>
      <w:r>
        <w:t>Skema PkM Prodi UBT:</w:t>
      </w:r>
      <w:r>
        <w:br/>
      </w:r>
      <w:r>
        <w:t>[Mandiri Prodi / Kolaborasi Satu Fakultas / Kolaborasi Lintas Fakultas]</w:t>
      </w:r>
    </w:p>
    <w:p w14:paraId="7F661120" w14:textId="77777777" w:rsidR="002C5E36" w:rsidRDefault="00A6483F">
      <w:pPr>
        <w:spacing w:line="252" w:lineRule="auto"/>
      </w:pPr>
      <w:r>
        <w:t>Tim Pelaksana:</w:t>
      </w:r>
      <w:r>
        <w:br/>
        <w:t>Ketua: [Nama, NIDN/NIDK]</w:t>
      </w:r>
      <w:r>
        <w:br/>
        <w:t>Anggota Dosen: [Nama dan NIDN/NIDK]</w:t>
      </w:r>
      <w:r>
        <w:br/>
        <w:t>Mahasiswa: [Nama dan NIM]</w:t>
      </w:r>
    </w:p>
    <w:p w14:paraId="581F9F84" w14:textId="77777777" w:rsidR="00195509" w:rsidRDefault="00195509">
      <w:pPr>
        <w:jc w:val="center"/>
        <w:rPr>
          <w:b/>
          <w:sz w:val="24"/>
        </w:rPr>
      </w:pPr>
    </w:p>
    <w:p w14:paraId="792B0584" w14:textId="77777777" w:rsidR="00195509" w:rsidRDefault="00195509">
      <w:pPr>
        <w:jc w:val="center"/>
        <w:rPr>
          <w:b/>
          <w:sz w:val="24"/>
        </w:rPr>
      </w:pPr>
    </w:p>
    <w:p w14:paraId="74BE9E4B" w14:textId="77777777" w:rsidR="00195509" w:rsidRDefault="00195509">
      <w:pPr>
        <w:jc w:val="center"/>
        <w:rPr>
          <w:b/>
          <w:sz w:val="24"/>
        </w:rPr>
      </w:pPr>
    </w:p>
    <w:p w14:paraId="4EA9E54C" w14:textId="77777777" w:rsidR="00195509" w:rsidRDefault="00195509">
      <w:pPr>
        <w:jc w:val="center"/>
        <w:rPr>
          <w:b/>
          <w:sz w:val="24"/>
        </w:rPr>
      </w:pPr>
    </w:p>
    <w:p w14:paraId="1C1079AE" w14:textId="77777777" w:rsidR="00195509" w:rsidRDefault="00195509">
      <w:pPr>
        <w:jc w:val="center"/>
        <w:rPr>
          <w:b/>
          <w:sz w:val="24"/>
        </w:rPr>
      </w:pPr>
    </w:p>
    <w:p w14:paraId="34916D57" w14:textId="77777777" w:rsidR="00195509" w:rsidRDefault="00195509">
      <w:pPr>
        <w:jc w:val="center"/>
        <w:rPr>
          <w:b/>
          <w:sz w:val="24"/>
        </w:rPr>
      </w:pPr>
    </w:p>
    <w:p w14:paraId="41C51440" w14:textId="77777777" w:rsidR="00195509" w:rsidRDefault="00195509">
      <w:pPr>
        <w:jc w:val="center"/>
        <w:rPr>
          <w:b/>
          <w:sz w:val="24"/>
        </w:rPr>
      </w:pPr>
    </w:p>
    <w:p w14:paraId="563BE800" w14:textId="77777777" w:rsidR="00195509" w:rsidRDefault="00195509">
      <w:pPr>
        <w:jc w:val="center"/>
        <w:rPr>
          <w:b/>
          <w:sz w:val="24"/>
        </w:rPr>
      </w:pPr>
    </w:p>
    <w:p w14:paraId="3A8809F9" w14:textId="77777777" w:rsidR="00195509" w:rsidRDefault="00195509">
      <w:pPr>
        <w:jc w:val="center"/>
        <w:rPr>
          <w:b/>
          <w:sz w:val="24"/>
        </w:rPr>
      </w:pPr>
    </w:p>
    <w:p w14:paraId="07C83662" w14:textId="77777777" w:rsidR="00195509" w:rsidRDefault="00195509">
      <w:pPr>
        <w:jc w:val="center"/>
        <w:rPr>
          <w:b/>
          <w:sz w:val="24"/>
        </w:rPr>
      </w:pPr>
    </w:p>
    <w:p w14:paraId="3907A1FC" w14:textId="77777777" w:rsidR="00195509" w:rsidRDefault="00195509">
      <w:pPr>
        <w:jc w:val="center"/>
        <w:rPr>
          <w:b/>
          <w:sz w:val="24"/>
        </w:rPr>
      </w:pPr>
    </w:p>
    <w:p w14:paraId="05935191" w14:textId="77777777" w:rsidR="00195509" w:rsidRDefault="00195509">
      <w:pPr>
        <w:jc w:val="center"/>
        <w:rPr>
          <w:b/>
          <w:sz w:val="24"/>
        </w:rPr>
      </w:pPr>
    </w:p>
    <w:p w14:paraId="249701E5" w14:textId="77777777" w:rsidR="00195509" w:rsidRDefault="00195509">
      <w:pPr>
        <w:jc w:val="center"/>
        <w:rPr>
          <w:b/>
          <w:sz w:val="24"/>
        </w:rPr>
      </w:pPr>
    </w:p>
    <w:p w14:paraId="6E0B0D2A" w14:textId="77777777" w:rsidR="00195509" w:rsidRDefault="00195509">
      <w:pPr>
        <w:jc w:val="center"/>
        <w:rPr>
          <w:b/>
          <w:sz w:val="24"/>
        </w:rPr>
      </w:pPr>
    </w:p>
    <w:p w14:paraId="57186CCF" w14:textId="77777777" w:rsidR="00195509" w:rsidRDefault="00195509">
      <w:pPr>
        <w:jc w:val="center"/>
        <w:rPr>
          <w:b/>
          <w:sz w:val="24"/>
        </w:rPr>
      </w:pPr>
    </w:p>
    <w:p w14:paraId="1902F35E" w14:textId="5C493C8F" w:rsidR="005354C4" w:rsidRDefault="00A6483F">
      <w:pPr>
        <w:jc w:val="center"/>
        <w:rPr>
          <w:b/>
          <w:sz w:val="24"/>
        </w:rPr>
      </w:pPr>
      <w:r>
        <w:rPr>
          <w:b/>
          <w:sz w:val="24"/>
        </w:rPr>
        <w:t>Program Studi</w:t>
      </w:r>
    </w:p>
    <w:p w14:paraId="09AC05B8" w14:textId="2FCAFAC4" w:rsidR="002C5E36" w:rsidRDefault="00A6483F">
      <w:pPr>
        <w:jc w:val="center"/>
        <w:rPr>
          <w:b/>
          <w:sz w:val="24"/>
        </w:rPr>
      </w:pPr>
      <w:r>
        <w:rPr>
          <w:b/>
          <w:sz w:val="24"/>
        </w:rPr>
        <w:t>Fakultas</w:t>
      </w:r>
      <w:r>
        <w:rPr>
          <w:b/>
          <w:sz w:val="24"/>
        </w:rPr>
        <w:br/>
        <w:t>Universitas Borneo Tarakan</w:t>
      </w:r>
      <w:r>
        <w:rPr>
          <w:b/>
          <w:sz w:val="24"/>
        </w:rPr>
        <w:br/>
        <w:t>2026</w:t>
      </w:r>
    </w:p>
    <w:p w14:paraId="0DA9A210" w14:textId="77777777" w:rsidR="005354C4" w:rsidRDefault="005354C4">
      <w:pPr>
        <w:jc w:val="center"/>
        <w:rPr>
          <w:b/>
          <w:sz w:val="24"/>
        </w:rPr>
      </w:pPr>
    </w:p>
    <w:p w14:paraId="27641885" w14:textId="77777777" w:rsidR="002C5E36" w:rsidRPr="005354C4" w:rsidRDefault="00A6483F" w:rsidP="005354C4">
      <w:pPr>
        <w:spacing w:before="160" w:after="120"/>
        <w:jc w:val="center"/>
        <w:rPr>
          <w:sz w:val="24"/>
          <w:szCs w:val="24"/>
        </w:rPr>
      </w:pPr>
      <w:r w:rsidRPr="005354C4">
        <w:rPr>
          <w:b/>
          <w:color w:val="155D8B"/>
          <w:sz w:val="24"/>
          <w:szCs w:val="24"/>
        </w:rPr>
        <w:lastRenderedPageBreak/>
        <w:t>LEMBAR PENGESAHAN DAN IDENTITAS USULAN</w:t>
      </w:r>
    </w:p>
    <w:p w14:paraId="460D7464" w14:textId="77777777" w:rsidR="002C5E36" w:rsidRPr="005354C4" w:rsidRDefault="00A6483F">
      <w:pPr>
        <w:spacing w:line="252" w:lineRule="auto"/>
        <w:rPr>
          <w:sz w:val="24"/>
          <w:szCs w:val="24"/>
        </w:rPr>
      </w:pPr>
      <w:r w:rsidRPr="005354C4">
        <w:rPr>
          <w:sz w:val="24"/>
          <w:szCs w:val="24"/>
        </w:rPr>
        <w:t>Lengkapi identitas usulan sebelum proposal diajukan. Untuk proposal kolaboratif, cantumkan prodi koordinator dan prodi pendukung secara jelas.</w:t>
      </w:r>
    </w:p>
    <w:tbl>
      <w:tblPr>
        <w:tblStyle w:val="TableGrid"/>
        <w:tblW w:w="9867"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795"/>
        <w:gridCol w:w="3528"/>
        <w:gridCol w:w="5544"/>
      </w:tblGrid>
      <w:tr w:rsidR="002C5E36" w:rsidRPr="005354C4" w14:paraId="0845F26D" w14:textId="77777777" w:rsidTr="005354C4">
        <w:trPr>
          <w:tblHeader/>
          <w:jc w:val="center"/>
        </w:trPr>
        <w:tc>
          <w:tcPr>
            <w:tcW w:w="795" w:type="dxa"/>
            <w:shd w:val="clear" w:color="auto" w:fill="155D8B"/>
            <w:tcMar>
              <w:top w:w="100" w:type="dxa"/>
              <w:left w:w="100" w:type="dxa"/>
              <w:bottom w:w="100" w:type="dxa"/>
              <w:right w:w="100" w:type="dxa"/>
            </w:tcMar>
            <w:vAlign w:val="center"/>
          </w:tcPr>
          <w:p w14:paraId="0D370483" w14:textId="77777777" w:rsidR="002C5E36" w:rsidRPr="005354C4" w:rsidRDefault="00A6483F">
            <w:pPr>
              <w:jc w:val="center"/>
              <w:rPr>
                <w:sz w:val="24"/>
                <w:szCs w:val="24"/>
              </w:rPr>
            </w:pPr>
            <w:r w:rsidRPr="005354C4">
              <w:rPr>
                <w:b/>
                <w:color w:val="FFFFFF"/>
                <w:sz w:val="24"/>
                <w:szCs w:val="24"/>
              </w:rPr>
              <w:t>No</w:t>
            </w:r>
          </w:p>
        </w:tc>
        <w:tc>
          <w:tcPr>
            <w:tcW w:w="3528" w:type="dxa"/>
            <w:shd w:val="clear" w:color="auto" w:fill="155D8B"/>
            <w:tcMar>
              <w:top w:w="100" w:type="dxa"/>
              <w:left w:w="100" w:type="dxa"/>
              <w:bottom w:w="100" w:type="dxa"/>
              <w:right w:w="100" w:type="dxa"/>
            </w:tcMar>
            <w:vAlign w:val="center"/>
          </w:tcPr>
          <w:p w14:paraId="12B4C373" w14:textId="77777777" w:rsidR="002C5E36" w:rsidRPr="005354C4" w:rsidRDefault="00A6483F">
            <w:pPr>
              <w:jc w:val="center"/>
              <w:rPr>
                <w:sz w:val="24"/>
                <w:szCs w:val="24"/>
              </w:rPr>
            </w:pPr>
            <w:r w:rsidRPr="005354C4">
              <w:rPr>
                <w:b/>
                <w:color w:val="FFFFFF"/>
                <w:sz w:val="24"/>
                <w:szCs w:val="24"/>
              </w:rPr>
              <w:t>Komponen</w:t>
            </w:r>
          </w:p>
        </w:tc>
        <w:tc>
          <w:tcPr>
            <w:tcW w:w="5544" w:type="dxa"/>
            <w:shd w:val="clear" w:color="auto" w:fill="155D8B"/>
            <w:tcMar>
              <w:top w:w="100" w:type="dxa"/>
              <w:left w:w="100" w:type="dxa"/>
              <w:bottom w:w="100" w:type="dxa"/>
              <w:right w:w="100" w:type="dxa"/>
            </w:tcMar>
            <w:vAlign w:val="center"/>
          </w:tcPr>
          <w:p w14:paraId="3BBACC8C" w14:textId="77777777" w:rsidR="002C5E36" w:rsidRPr="005354C4" w:rsidRDefault="00A6483F">
            <w:pPr>
              <w:jc w:val="center"/>
              <w:rPr>
                <w:sz w:val="24"/>
                <w:szCs w:val="24"/>
              </w:rPr>
            </w:pPr>
            <w:r w:rsidRPr="005354C4">
              <w:rPr>
                <w:b/>
                <w:color w:val="FFFFFF"/>
                <w:sz w:val="24"/>
                <w:szCs w:val="24"/>
              </w:rPr>
              <w:t>Isian</w:t>
            </w:r>
          </w:p>
        </w:tc>
      </w:tr>
      <w:tr w:rsidR="002C5E36" w:rsidRPr="005354C4" w14:paraId="55992F65" w14:textId="77777777" w:rsidTr="005354C4">
        <w:trPr>
          <w:jc w:val="center"/>
        </w:trPr>
        <w:tc>
          <w:tcPr>
            <w:tcW w:w="795" w:type="dxa"/>
            <w:shd w:val="clear" w:color="auto" w:fill="F7FAFC"/>
            <w:tcMar>
              <w:top w:w="90" w:type="dxa"/>
              <w:left w:w="100" w:type="dxa"/>
              <w:bottom w:w="90" w:type="dxa"/>
              <w:right w:w="100" w:type="dxa"/>
            </w:tcMar>
            <w:vAlign w:val="center"/>
          </w:tcPr>
          <w:p w14:paraId="7E71F1B9" w14:textId="77777777" w:rsidR="002C5E36" w:rsidRPr="005354C4" w:rsidRDefault="00A6483F">
            <w:pPr>
              <w:jc w:val="center"/>
              <w:rPr>
                <w:sz w:val="24"/>
                <w:szCs w:val="24"/>
              </w:rPr>
            </w:pPr>
            <w:r w:rsidRPr="005354C4">
              <w:rPr>
                <w:sz w:val="24"/>
                <w:szCs w:val="24"/>
              </w:rPr>
              <w:t>1</w:t>
            </w:r>
          </w:p>
        </w:tc>
        <w:tc>
          <w:tcPr>
            <w:tcW w:w="3528" w:type="dxa"/>
            <w:shd w:val="clear" w:color="auto" w:fill="F7FAFC"/>
            <w:tcMar>
              <w:top w:w="90" w:type="dxa"/>
              <w:left w:w="100" w:type="dxa"/>
              <w:bottom w:w="90" w:type="dxa"/>
              <w:right w:w="100" w:type="dxa"/>
            </w:tcMar>
            <w:vAlign w:val="center"/>
          </w:tcPr>
          <w:p w14:paraId="745333E6" w14:textId="77777777" w:rsidR="002C5E36" w:rsidRPr="005354C4" w:rsidRDefault="00A6483F" w:rsidP="005354C4">
            <w:pPr>
              <w:rPr>
                <w:sz w:val="24"/>
                <w:szCs w:val="24"/>
              </w:rPr>
            </w:pPr>
            <w:r w:rsidRPr="005354C4">
              <w:rPr>
                <w:sz w:val="24"/>
                <w:szCs w:val="24"/>
              </w:rPr>
              <w:t>Judul PkM</w:t>
            </w:r>
          </w:p>
        </w:tc>
        <w:tc>
          <w:tcPr>
            <w:tcW w:w="5544" w:type="dxa"/>
            <w:shd w:val="clear" w:color="auto" w:fill="F7FAFC"/>
            <w:tcMar>
              <w:top w:w="90" w:type="dxa"/>
              <w:left w:w="100" w:type="dxa"/>
              <w:bottom w:w="90" w:type="dxa"/>
              <w:right w:w="100" w:type="dxa"/>
            </w:tcMar>
            <w:vAlign w:val="center"/>
          </w:tcPr>
          <w:p w14:paraId="36FAFBC3" w14:textId="77777777" w:rsidR="002C5E36" w:rsidRPr="005354C4" w:rsidRDefault="00A6483F">
            <w:pPr>
              <w:rPr>
                <w:sz w:val="24"/>
                <w:szCs w:val="24"/>
              </w:rPr>
            </w:pPr>
            <w:r w:rsidRPr="005354C4">
              <w:rPr>
                <w:sz w:val="24"/>
                <w:szCs w:val="24"/>
              </w:rPr>
              <w:t>[Tuliskan judul lengkap]</w:t>
            </w:r>
          </w:p>
        </w:tc>
      </w:tr>
      <w:tr w:rsidR="002C5E36" w:rsidRPr="005354C4" w14:paraId="375589AA" w14:textId="77777777" w:rsidTr="005354C4">
        <w:trPr>
          <w:jc w:val="center"/>
        </w:trPr>
        <w:tc>
          <w:tcPr>
            <w:tcW w:w="795" w:type="dxa"/>
            <w:tcMar>
              <w:top w:w="90" w:type="dxa"/>
              <w:left w:w="100" w:type="dxa"/>
              <w:bottom w:w="90" w:type="dxa"/>
              <w:right w:w="100" w:type="dxa"/>
            </w:tcMar>
            <w:vAlign w:val="center"/>
          </w:tcPr>
          <w:p w14:paraId="70BC2170" w14:textId="77777777" w:rsidR="002C5E36" w:rsidRPr="005354C4" w:rsidRDefault="00A6483F">
            <w:pPr>
              <w:jc w:val="center"/>
              <w:rPr>
                <w:sz w:val="24"/>
                <w:szCs w:val="24"/>
              </w:rPr>
            </w:pPr>
            <w:r w:rsidRPr="005354C4">
              <w:rPr>
                <w:sz w:val="24"/>
                <w:szCs w:val="24"/>
              </w:rPr>
              <w:t>2</w:t>
            </w:r>
          </w:p>
        </w:tc>
        <w:tc>
          <w:tcPr>
            <w:tcW w:w="3528" w:type="dxa"/>
            <w:tcMar>
              <w:top w:w="90" w:type="dxa"/>
              <w:left w:w="100" w:type="dxa"/>
              <w:bottom w:w="90" w:type="dxa"/>
              <w:right w:w="100" w:type="dxa"/>
            </w:tcMar>
            <w:vAlign w:val="center"/>
          </w:tcPr>
          <w:p w14:paraId="7C5BA72A" w14:textId="77777777" w:rsidR="002C5E36" w:rsidRPr="005354C4" w:rsidRDefault="00A6483F">
            <w:pPr>
              <w:rPr>
                <w:sz w:val="24"/>
                <w:szCs w:val="24"/>
              </w:rPr>
            </w:pPr>
            <w:r w:rsidRPr="005354C4">
              <w:rPr>
                <w:sz w:val="24"/>
                <w:szCs w:val="24"/>
              </w:rPr>
              <w:t xml:space="preserve">Bidang </w:t>
            </w:r>
            <w:r w:rsidRPr="005354C4">
              <w:rPr>
                <w:sz w:val="24"/>
                <w:szCs w:val="24"/>
              </w:rPr>
              <w:t>Fokus Renstra PkM UBT</w:t>
            </w:r>
          </w:p>
        </w:tc>
        <w:tc>
          <w:tcPr>
            <w:tcW w:w="5544" w:type="dxa"/>
            <w:tcMar>
              <w:top w:w="90" w:type="dxa"/>
              <w:left w:w="100" w:type="dxa"/>
              <w:bottom w:w="90" w:type="dxa"/>
              <w:right w:w="100" w:type="dxa"/>
            </w:tcMar>
            <w:vAlign w:val="center"/>
          </w:tcPr>
          <w:p w14:paraId="63290299" w14:textId="77777777" w:rsidR="002C5E36" w:rsidRPr="005354C4" w:rsidRDefault="00A6483F">
            <w:pPr>
              <w:rPr>
                <w:sz w:val="24"/>
                <w:szCs w:val="24"/>
              </w:rPr>
            </w:pPr>
            <w:r w:rsidRPr="005354C4">
              <w:rPr>
                <w:sz w:val="24"/>
                <w:szCs w:val="24"/>
              </w:rPr>
              <w:t>[F1/F2/F3/F4/F5/F6 - pilih satu atau lebih]</w:t>
            </w:r>
          </w:p>
        </w:tc>
      </w:tr>
      <w:tr w:rsidR="002C5E36" w:rsidRPr="005354C4" w14:paraId="10D1F69D" w14:textId="77777777" w:rsidTr="005354C4">
        <w:trPr>
          <w:jc w:val="center"/>
        </w:trPr>
        <w:tc>
          <w:tcPr>
            <w:tcW w:w="795" w:type="dxa"/>
            <w:shd w:val="clear" w:color="auto" w:fill="F7FAFC"/>
            <w:tcMar>
              <w:top w:w="90" w:type="dxa"/>
              <w:left w:w="100" w:type="dxa"/>
              <w:bottom w:w="90" w:type="dxa"/>
              <w:right w:w="100" w:type="dxa"/>
            </w:tcMar>
            <w:vAlign w:val="center"/>
          </w:tcPr>
          <w:p w14:paraId="678F0FAE" w14:textId="77777777" w:rsidR="002C5E36" w:rsidRPr="005354C4" w:rsidRDefault="00A6483F">
            <w:pPr>
              <w:jc w:val="center"/>
              <w:rPr>
                <w:sz w:val="24"/>
                <w:szCs w:val="24"/>
              </w:rPr>
            </w:pPr>
            <w:r w:rsidRPr="005354C4">
              <w:rPr>
                <w:sz w:val="24"/>
                <w:szCs w:val="24"/>
              </w:rPr>
              <w:t>3</w:t>
            </w:r>
          </w:p>
        </w:tc>
        <w:tc>
          <w:tcPr>
            <w:tcW w:w="3528" w:type="dxa"/>
            <w:shd w:val="clear" w:color="auto" w:fill="F7FAFC"/>
            <w:tcMar>
              <w:top w:w="90" w:type="dxa"/>
              <w:left w:w="100" w:type="dxa"/>
              <w:bottom w:w="90" w:type="dxa"/>
              <w:right w:w="100" w:type="dxa"/>
            </w:tcMar>
            <w:vAlign w:val="center"/>
          </w:tcPr>
          <w:p w14:paraId="765966A4" w14:textId="77777777" w:rsidR="002C5E36" w:rsidRPr="005354C4" w:rsidRDefault="00A6483F">
            <w:pPr>
              <w:rPr>
                <w:sz w:val="24"/>
                <w:szCs w:val="24"/>
              </w:rPr>
            </w:pPr>
            <w:r w:rsidRPr="005354C4">
              <w:rPr>
                <w:sz w:val="24"/>
                <w:szCs w:val="24"/>
              </w:rPr>
              <w:t>Skema PkM Prodi UBT</w:t>
            </w:r>
          </w:p>
        </w:tc>
        <w:tc>
          <w:tcPr>
            <w:tcW w:w="5544" w:type="dxa"/>
            <w:shd w:val="clear" w:color="auto" w:fill="F7FAFC"/>
            <w:tcMar>
              <w:top w:w="90" w:type="dxa"/>
              <w:left w:w="100" w:type="dxa"/>
              <w:bottom w:w="90" w:type="dxa"/>
              <w:right w:w="100" w:type="dxa"/>
            </w:tcMar>
            <w:vAlign w:val="center"/>
          </w:tcPr>
          <w:p w14:paraId="5EC39903" w14:textId="77777777" w:rsidR="002C5E36" w:rsidRPr="005354C4" w:rsidRDefault="00A6483F">
            <w:pPr>
              <w:rPr>
                <w:sz w:val="24"/>
                <w:szCs w:val="24"/>
              </w:rPr>
            </w:pPr>
            <w:r w:rsidRPr="005354C4">
              <w:rPr>
                <w:sz w:val="24"/>
                <w:szCs w:val="24"/>
              </w:rPr>
              <w:t>[Mandiri Prodi / Kolaborasi Satu Fakultas / Kolaborasi Lintas Fakultas]</w:t>
            </w:r>
          </w:p>
        </w:tc>
      </w:tr>
      <w:tr w:rsidR="002C5E36" w:rsidRPr="005354C4" w14:paraId="171D3F17" w14:textId="77777777" w:rsidTr="005354C4">
        <w:trPr>
          <w:jc w:val="center"/>
        </w:trPr>
        <w:tc>
          <w:tcPr>
            <w:tcW w:w="795" w:type="dxa"/>
            <w:shd w:val="clear" w:color="auto" w:fill="F7FAFC"/>
            <w:tcMar>
              <w:top w:w="90" w:type="dxa"/>
              <w:left w:w="100" w:type="dxa"/>
              <w:bottom w:w="90" w:type="dxa"/>
              <w:right w:w="100" w:type="dxa"/>
            </w:tcMar>
            <w:vAlign w:val="center"/>
          </w:tcPr>
          <w:p w14:paraId="1D990885" w14:textId="3C8C90E8" w:rsidR="002C5E36" w:rsidRPr="005354C4" w:rsidRDefault="00514AA9">
            <w:pPr>
              <w:jc w:val="center"/>
              <w:rPr>
                <w:sz w:val="24"/>
                <w:szCs w:val="24"/>
              </w:rPr>
            </w:pPr>
            <w:r>
              <w:rPr>
                <w:sz w:val="24"/>
                <w:szCs w:val="24"/>
              </w:rPr>
              <w:t>4</w:t>
            </w:r>
          </w:p>
        </w:tc>
        <w:tc>
          <w:tcPr>
            <w:tcW w:w="3528" w:type="dxa"/>
            <w:shd w:val="clear" w:color="auto" w:fill="F7FAFC"/>
            <w:tcMar>
              <w:top w:w="90" w:type="dxa"/>
              <w:left w:w="100" w:type="dxa"/>
              <w:bottom w:w="90" w:type="dxa"/>
              <w:right w:w="100" w:type="dxa"/>
            </w:tcMar>
            <w:vAlign w:val="center"/>
          </w:tcPr>
          <w:p w14:paraId="12E8A345" w14:textId="77777777" w:rsidR="002C5E36" w:rsidRPr="005354C4" w:rsidRDefault="00A6483F">
            <w:pPr>
              <w:rPr>
                <w:sz w:val="24"/>
                <w:szCs w:val="24"/>
              </w:rPr>
            </w:pPr>
            <w:r w:rsidRPr="005354C4">
              <w:rPr>
                <w:sz w:val="24"/>
                <w:szCs w:val="24"/>
              </w:rPr>
              <w:t>Ketua Tim Pelaksana</w:t>
            </w:r>
          </w:p>
        </w:tc>
        <w:tc>
          <w:tcPr>
            <w:tcW w:w="5544" w:type="dxa"/>
            <w:shd w:val="clear" w:color="auto" w:fill="F7FAFC"/>
            <w:tcMar>
              <w:top w:w="90" w:type="dxa"/>
              <w:left w:w="100" w:type="dxa"/>
              <w:bottom w:w="90" w:type="dxa"/>
              <w:right w:w="100" w:type="dxa"/>
            </w:tcMar>
            <w:vAlign w:val="center"/>
          </w:tcPr>
          <w:p w14:paraId="01CC5674" w14:textId="77777777" w:rsidR="002C5E36" w:rsidRPr="005354C4" w:rsidRDefault="00A6483F">
            <w:pPr>
              <w:rPr>
                <w:sz w:val="24"/>
                <w:szCs w:val="24"/>
              </w:rPr>
            </w:pPr>
            <w:r w:rsidRPr="005354C4">
              <w:rPr>
                <w:sz w:val="24"/>
                <w:szCs w:val="24"/>
              </w:rPr>
              <w:t>[Nama, NIDN/NIDK, Jabatan Fungsional, Prodi]</w:t>
            </w:r>
          </w:p>
        </w:tc>
      </w:tr>
      <w:tr w:rsidR="002C5E36" w:rsidRPr="005354C4" w14:paraId="04F49E06" w14:textId="77777777" w:rsidTr="005354C4">
        <w:trPr>
          <w:jc w:val="center"/>
        </w:trPr>
        <w:tc>
          <w:tcPr>
            <w:tcW w:w="795" w:type="dxa"/>
            <w:tcMar>
              <w:top w:w="90" w:type="dxa"/>
              <w:left w:w="100" w:type="dxa"/>
              <w:bottom w:w="90" w:type="dxa"/>
              <w:right w:w="100" w:type="dxa"/>
            </w:tcMar>
            <w:vAlign w:val="center"/>
          </w:tcPr>
          <w:p w14:paraId="580A0982" w14:textId="4F8FD523" w:rsidR="002C5E36" w:rsidRPr="005354C4" w:rsidRDefault="00514AA9">
            <w:pPr>
              <w:jc w:val="center"/>
              <w:rPr>
                <w:sz w:val="24"/>
                <w:szCs w:val="24"/>
              </w:rPr>
            </w:pPr>
            <w:r>
              <w:rPr>
                <w:sz w:val="24"/>
                <w:szCs w:val="24"/>
              </w:rPr>
              <w:t>5</w:t>
            </w:r>
          </w:p>
        </w:tc>
        <w:tc>
          <w:tcPr>
            <w:tcW w:w="3528" w:type="dxa"/>
            <w:tcMar>
              <w:top w:w="90" w:type="dxa"/>
              <w:left w:w="100" w:type="dxa"/>
              <w:bottom w:w="90" w:type="dxa"/>
              <w:right w:w="100" w:type="dxa"/>
            </w:tcMar>
            <w:vAlign w:val="center"/>
          </w:tcPr>
          <w:p w14:paraId="141B9AE5" w14:textId="77777777" w:rsidR="002C5E36" w:rsidRPr="005354C4" w:rsidRDefault="00A6483F">
            <w:pPr>
              <w:rPr>
                <w:sz w:val="24"/>
                <w:szCs w:val="24"/>
              </w:rPr>
            </w:pPr>
            <w:r w:rsidRPr="005354C4">
              <w:rPr>
                <w:sz w:val="24"/>
                <w:szCs w:val="24"/>
              </w:rPr>
              <w:t>Anggota Dosen</w:t>
            </w:r>
          </w:p>
        </w:tc>
        <w:tc>
          <w:tcPr>
            <w:tcW w:w="5544" w:type="dxa"/>
            <w:tcMar>
              <w:top w:w="90" w:type="dxa"/>
              <w:left w:w="100" w:type="dxa"/>
              <w:bottom w:w="90" w:type="dxa"/>
              <w:right w:w="100" w:type="dxa"/>
            </w:tcMar>
            <w:vAlign w:val="center"/>
          </w:tcPr>
          <w:p w14:paraId="0211EE6E" w14:textId="77777777" w:rsidR="002C5E36" w:rsidRPr="005354C4" w:rsidRDefault="00A6483F">
            <w:pPr>
              <w:rPr>
                <w:sz w:val="24"/>
                <w:szCs w:val="24"/>
              </w:rPr>
            </w:pPr>
            <w:r w:rsidRPr="005354C4">
              <w:rPr>
                <w:sz w:val="24"/>
                <w:szCs w:val="24"/>
              </w:rPr>
              <w:t>[Nama, NIDN/NIDK, Prodi/Fakultas, peran]</w:t>
            </w:r>
          </w:p>
        </w:tc>
      </w:tr>
      <w:tr w:rsidR="002C5E36" w:rsidRPr="005354C4" w14:paraId="211340DA" w14:textId="77777777" w:rsidTr="005354C4">
        <w:trPr>
          <w:jc w:val="center"/>
        </w:trPr>
        <w:tc>
          <w:tcPr>
            <w:tcW w:w="795" w:type="dxa"/>
            <w:shd w:val="clear" w:color="auto" w:fill="F7FAFC"/>
            <w:tcMar>
              <w:top w:w="90" w:type="dxa"/>
              <w:left w:w="100" w:type="dxa"/>
              <w:bottom w:w="90" w:type="dxa"/>
              <w:right w:w="100" w:type="dxa"/>
            </w:tcMar>
            <w:vAlign w:val="center"/>
          </w:tcPr>
          <w:p w14:paraId="375EF82A" w14:textId="34C17F42" w:rsidR="002C5E36" w:rsidRPr="005354C4" w:rsidRDefault="00514AA9">
            <w:pPr>
              <w:jc w:val="center"/>
              <w:rPr>
                <w:sz w:val="24"/>
                <w:szCs w:val="24"/>
              </w:rPr>
            </w:pPr>
            <w:r>
              <w:rPr>
                <w:sz w:val="24"/>
                <w:szCs w:val="24"/>
              </w:rPr>
              <w:t>6</w:t>
            </w:r>
          </w:p>
        </w:tc>
        <w:tc>
          <w:tcPr>
            <w:tcW w:w="3528" w:type="dxa"/>
            <w:shd w:val="clear" w:color="auto" w:fill="F7FAFC"/>
            <w:tcMar>
              <w:top w:w="90" w:type="dxa"/>
              <w:left w:w="100" w:type="dxa"/>
              <w:bottom w:w="90" w:type="dxa"/>
              <w:right w:w="100" w:type="dxa"/>
            </w:tcMar>
            <w:vAlign w:val="center"/>
          </w:tcPr>
          <w:p w14:paraId="516345A1" w14:textId="77777777" w:rsidR="002C5E36" w:rsidRPr="005354C4" w:rsidRDefault="00A6483F">
            <w:pPr>
              <w:rPr>
                <w:sz w:val="24"/>
                <w:szCs w:val="24"/>
              </w:rPr>
            </w:pPr>
            <w:r w:rsidRPr="005354C4">
              <w:rPr>
                <w:sz w:val="24"/>
                <w:szCs w:val="24"/>
              </w:rPr>
              <w:t>Mahasiswa Terlibat</w:t>
            </w:r>
          </w:p>
        </w:tc>
        <w:tc>
          <w:tcPr>
            <w:tcW w:w="5544" w:type="dxa"/>
            <w:shd w:val="clear" w:color="auto" w:fill="F7FAFC"/>
            <w:tcMar>
              <w:top w:w="90" w:type="dxa"/>
              <w:left w:w="100" w:type="dxa"/>
              <w:bottom w:w="90" w:type="dxa"/>
              <w:right w:w="100" w:type="dxa"/>
            </w:tcMar>
            <w:vAlign w:val="center"/>
          </w:tcPr>
          <w:p w14:paraId="68730EFF" w14:textId="77777777" w:rsidR="002C5E36" w:rsidRPr="005354C4" w:rsidRDefault="00A6483F">
            <w:pPr>
              <w:rPr>
                <w:sz w:val="24"/>
                <w:szCs w:val="24"/>
              </w:rPr>
            </w:pPr>
            <w:r w:rsidRPr="005354C4">
              <w:rPr>
                <w:sz w:val="24"/>
                <w:szCs w:val="24"/>
              </w:rPr>
              <w:t>[Nama, NIM, Prodi, peran/rekognisi]</w:t>
            </w:r>
          </w:p>
        </w:tc>
      </w:tr>
      <w:tr w:rsidR="002C5E36" w:rsidRPr="005354C4" w14:paraId="6EDCD00E" w14:textId="77777777" w:rsidTr="005354C4">
        <w:trPr>
          <w:jc w:val="center"/>
        </w:trPr>
        <w:tc>
          <w:tcPr>
            <w:tcW w:w="795" w:type="dxa"/>
            <w:tcMar>
              <w:top w:w="90" w:type="dxa"/>
              <w:left w:w="100" w:type="dxa"/>
              <w:bottom w:w="90" w:type="dxa"/>
              <w:right w:w="100" w:type="dxa"/>
            </w:tcMar>
            <w:vAlign w:val="center"/>
          </w:tcPr>
          <w:p w14:paraId="7AABBA77" w14:textId="5774E2E5" w:rsidR="002C5E36" w:rsidRPr="005354C4" w:rsidRDefault="00514AA9">
            <w:pPr>
              <w:jc w:val="center"/>
              <w:rPr>
                <w:sz w:val="24"/>
                <w:szCs w:val="24"/>
              </w:rPr>
            </w:pPr>
            <w:r>
              <w:rPr>
                <w:sz w:val="24"/>
                <w:szCs w:val="24"/>
              </w:rPr>
              <w:t>7</w:t>
            </w:r>
          </w:p>
        </w:tc>
        <w:tc>
          <w:tcPr>
            <w:tcW w:w="3528" w:type="dxa"/>
            <w:tcMar>
              <w:top w:w="90" w:type="dxa"/>
              <w:left w:w="100" w:type="dxa"/>
              <w:bottom w:w="90" w:type="dxa"/>
              <w:right w:w="100" w:type="dxa"/>
            </w:tcMar>
            <w:vAlign w:val="center"/>
          </w:tcPr>
          <w:p w14:paraId="291D6E2E" w14:textId="77777777" w:rsidR="002C5E36" w:rsidRPr="005354C4" w:rsidRDefault="00A6483F">
            <w:pPr>
              <w:rPr>
                <w:sz w:val="24"/>
                <w:szCs w:val="24"/>
              </w:rPr>
            </w:pPr>
            <w:r w:rsidRPr="005354C4">
              <w:rPr>
                <w:sz w:val="24"/>
                <w:szCs w:val="24"/>
              </w:rPr>
              <w:t>Mitra Sasaran</w:t>
            </w:r>
          </w:p>
        </w:tc>
        <w:tc>
          <w:tcPr>
            <w:tcW w:w="5544" w:type="dxa"/>
            <w:tcMar>
              <w:top w:w="90" w:type="dxa"/>
              <w:left w:w="100" w:type="dxa"/>
              <w:bottom w:w="90" w:type="dxa"/>
              <w:right w:w="100" w:type="dxa"/>
            </w:tcMar>
            <w:vAlign w:val="center"/>
          </w:tcPr>
          <w:p w14:paraId="6918936E" w14:textId="77777777" w:rsidR="002C5E36" w:rsidRPr="005354C4" w:rsidRDefault="00A6483F">
            <w:pPr>
              <w:rPr>
                <w:sz w:val="24"/>
                <w:szCs w:val="24"/>
              </w:rPr>
            </w:pPr>
            <w:r w:rsidRPr="005354C4">
              <w:rPr>
                <w:sz w:val="24"/>
                <w:szCs w:val="24"/>
              </w:rPr>
              <w:t>[Nama kelompok/UMKM/sekolah/desa/komunitas]</w:t>
            </w:r>
          </w:p>
        </w:tc>
      </w:tr>
      <w:tr w:rsidR="002C5E36" w:rsidRPr="005354C4" w14:paraId="5D54EA7C" w14:textId="77777777" w:rsidTr="005354C4">
        <w:trPr>
          <w:jc w:val="center"/>
        </w:trPr>
        <w:tc>
          <w:tcPr>
            <w:tcW w:w="795" w:type="dxa"/>
            <w:tcMar>
              <w:top w:w="90" w:type="dxa"/>
              <w:left w:w="100" w:type="dxa"/>
              <w:bottom w:w="90" w:type="dxa"/>
              <w:right w:w="100" w:type="dxa"/>
            </w:tcMar>
            <w:vAlign w:val="center"/>
          </w:tcPr>
          <w:p w14:paraId="2CAE85C4" w14:textId="254D2747" w:rsidR="002C5E36" w:rsidRPr="005354C4" w:rsidRDefault="00514AA9">
            <w:pPr>
              <w:jc w:val="center"/>
              <w:rPr>
                <w:sz w:val="24"/>
                <w:szCs w:val="24"/>
              </w:rPr>
            </w:pPr>
            <w:r>
              <w:rPr>
                <w:sz w:val="24"/>
                <w:szCs w:val="24"/>
              </w:rPr>
              <w:t>8</w:t>
            </w:r>
          </w:p>
        </w:tc>
        <w:tc>
          <w:tcPr>
            <w:tcW w:w="3528" w:type="dxa"/>
            <w:tcMar>
              <w:top w:w="90" w:type="dxa"/>
              <w:left w:w="100" w:type="dxa"/>
              <w:bottom w:w="90" w:type="dxa"/>
              <w:right w:w="100" w:type="dxa"/>
            </w:tcMar>
            <w:vAlign w:val="center"/>
          </w:tcPr>
          <w:p w14:paraId="3E4E7AFB" w14:textId="77777777" w:rsidR="002C5E36" w:rsidRPr="005354C4" w:rsidRDefault="00A6483F">
            <w:pPr>
              <w:rPr>
                <w:sz w:val="24"/>
                <w:szCs w:val="24"/>
              </w:rPr>
            </w:pPr>
            <w:r w:rsidRPr="005354C4">
              <w:rPr>
                <w:sz w:val="24"/>
                <w:szCs w:val="24"/>
              </w:rPr>
              <w:t>Lokasi Kegiatan</w:t>
            </w:r>
          </w:p>
        </w:tc>
        <w:tc>
          <w:tcPr>
            <w:tcW w:w="5544" w:type="dxa"/>
            <w:tcMar>
              <w:top w:w="90" w:type="dxa"/>
              <w:left w:w="100" w:type="dxa"/>
              <w:bottom w:w="90" w:type="dxa"/>
              <w:right w:w="100" w:type="dxa"/>
            </w:tcMar>
            <w:vAlign w:val="center"/>
          </w:tcPr>
          <w:p w14:paraId="63D0D3A9" w14:textId="77777777" w:rsidR="002C5E36" w:rsidRPr="005354C4" w:rsidRDefault="00A6483F">
            <w:pPr>
              <w:rPr>
                <w:sz w:val="24"/>
                <w:szCs w:val="24"/>
              </w:rPr>
            </w:pPr>
            <w:r w:rsidRPr="005354C4">
              <w:rPr>
                <w:sz w:val="24"/>
                <w:szCs w:val="24"/>
              </w:rPr>
              <w:t>[Alamat, desa/kelurahan, kecamatan, kabupaten/kota]</w:t>
            </w:r>
          </w:p>
        </w:tc>
      </w:tr>
      <w:tr w:rsidR="002C5E36" w:rsidRPr="005354C4" w14:paraId="6A139446" w14:textId="77777777" w:rsidTr="005354C4">
        <w:trPr>
          <w:jc w:val="center"/>
        </w:trPr>
        <w:tc>
          <w:tcPr>
            <w:tcW w:w="795" w:type="dxa"/>
            <w:shd w:val="clear" w:color="auto" w:fill="F7FAFC"/>
            <w:tcMar>
              <w:top w:w="90" w:type="dxa"/>
              <w:left w:w="100" w:type="dxa"/>
              <w:bottom w:w="90" w:type="dxa"/>
              <w:right w:w="100" w:type="dxa"/>
            </w:tcMar>
            <w:vAlign w:val="center"/>
          </w:tcPr>
          <w:p w14:paraId="1DB48D10" w14:textId="47CAE7AD" w:rsidR="002C5E36" w:rsidRPr="005354C4" w:rsidRDefault="00514AA9">
            <w:pPr>
              <w:jc w:val="center"/>
              <w:rPr>
                <w:sz w:val="24"/>
                <w:szCs w:val="24"/>
              </w:rPr>
            </w:pPr>
            <w:r>
              <w:rPr>
                <w:sz w:val="24"/>
                <w:szCs w:val="24"/>
              </w:rPr>
              <w:t>9</w:t>
            </w:r>
          </w:p>
        </w:tc>
        <w:tc>
          <w:tcPr>
            <w:tcW w:w="3528" w:type="dxa"/>
            <w:shd w:val="clear" w:color="auto" w:fill="F7FAFC"/>
            <w:tcMar>
              <w:top w:w="90" w:type="dxa"/>
              <w:left w:w="100" w:type="dxa"/>
              <w:bottom w:w="90" w:type="dxa"/>
              <w:right w:w="100" w:type="dxa"/>
            </w:tcMar>
            <w:vAlign w:val="center"/>
          </w:tcPr>
          <w:p w14:paraId="32945583" w14:textId="77777777" w:rsidR="002C5E36" w:rsidRPr="005354C4" w:rsidRDefault="00A6483F">
            <w:pPr>
              <w:rPr>
                <w:sz w:val="24"/>
                <w:szCs w:val="24"/>
              </w:rPr>
            </w:pPr>
            <w:r w:rsidRPr="005354C4">
              <w:rPr>
                <w:sz w:val="24"/>
                <w:szCs w:val="24"/>
              </w:rPr>
              <w:t>Jarak dari UBT</w:t>
            </w:r>
          </w:p>
        </w:tc>
        <w:tc>
          <w:tcPr>
            <w:tcW w:w="5544" w:type="dxa"/>
            <w:shd w:val="clear" w:color="auto" w:fill="F7FAFC"/>
            <w:tcMar>
              <w:top w:w="90" w:type="dxa"/>
              <w:left w:w="100" w:type="dxa"/>
              <w:bottom w:w="90" w:type="dxa"/>
              <w:right w:w="100" w:type="dxa"/>
            </w:tcMar>
            <w:vAlign w:val="center"/>
          </w:tcPr>
          <w:p w14:paraId="7FA14CFD" w14:textId="77777777" w:rsidR="002C5E36" w:rsidRPr="005354C4" w:rsidRDefault="00A6483F" w:rsidP="005354C4">
            <w:pPr>
              <w:rPr>
                <w:sz w:val="24"/>
                <w:szCs w:val="24"/>
              </w:rPr>
            </w:pPr>
            <w:r w:rsidRPr="005354C4">
              <w:rPr>
                <w:sz w:val="24"/>
                <w:szCs w:val="24"/>
              </w:rPr>
              <w:t>[... km]</w:t>
            </w:r>
          </w:p>
        </w:tc>
      </w:tr>
      <w:tr w:rsidR="002C5E36" w:rsidRPr="005354C4" w14:paraId="0419781E" w14:textId="77777777" w:rsidTr="005354C4">
        <w:trPr>
          <w:jc w:val="center"/>
        </w:trPr>
        <w:tc>
          <w:tcPr>
            <w:tcW w:w="795" w:type="dxa"/>
            <w:tcMar>
              <w:top w:w="90" w:type="dxa"/>
              <w:left w:w="100" w:type="dxa"/>
              <w:bottom w:w="90" w:type="dxa"/>
              <w:right w:w="100" w:type="dxa"/>
            </w:tcMar>
            <w:vAlign w:val="center"/>
          </w:tcPr>
          <w:p w14:paraId="0C2C1FC5" w14:textId="3FA365C7" w:rsidR="002C5E36" w:rsidRPr="005354C4" w:rsidRDefault="00A6483F">
            <w:pPr>
              <w:jc w:val="center"/>
              <w:rPr>
                <w:sz w:val="24"/>
                <w:szCs w:val="24"/>
              </w:rPr>
            </w:pPr>
            <w:r w:rsidRPr="005354C4">
              <w:rPr>
                <w:sz w:val="24"/>
                <w:szCs w:val="24"/>
              </w:rPr>
              <w:t>1</w:t>
            </w:r>
            <w:r w:rsidR="00514AA9">
              <w:rPr>
                <w:sz w:val="24"/>
                <w:szCs w:val="24"/>
              </w:rPr>
              <w:t>0</w:t>
            </w:r>
          </w:p>
        </w:tc>
        <w:tc>
          <w:tcPr>
            <w:tcW w:w="3528" w:type="dxa"/>
            <w:tcMar>
              <w:top w:w="90" w:type="dxa"/>
              <w:left w:w="100" w:type="dxa"/>
              <w:bottom w:w="90" w:type="dxa"/>
              <w:right w:w="100" w:type="dxa"/>
            </w:tcMar>
            <w:vAlign w:val="center"/>
          </w:tcPr>
          <w:p w14:paraId="13CB6FFB" w14:textId="77777777" w:rsidR="002C5E36" w:rsidRPr="005354C4" w:rsidRDefault="00A6483F">
            <w:pPr>
              <w:rPr>
                <w:sz w:val="24"/>
                <w:szCs w:val="24"/>
              </w:rPr>
            </w:pPr>
            <w:r w:rsidRPr="005354C4">
              <w:rPr>
                <w:sz w:val="24"/>
                <w:szCs w:val="24"/>
              </w:rPr>
              <w:t>Durasi Pelaksanaan</w:t>
            </w:r>
          </w:p>
        </w:tc>
        <w:tc>
          <w:tcPr>
            <w:tcW w:w="5544" w:type="dxa"/>
            <w:tcMar>
              <w:top w:w="90" w:type="dxa"/>
              <w:left w:w="100" w:type="dxa"/>
              <w:bottom w:w="90" w:type="dxa"/>
              <w:right w:w="100" w:type="dxa"/>
            </w:tcMar>
            <w:vAlign w:val="center"/>
          </w:tcPr>
          <w:p w14:paraId="7E93B87C" w14:textId="77777777" w:rsidR="002C5E36" w:rsidRPr="005354C4" w:rsidRDefault="00A6483F">
            <w:pPr>
              <w:rPr>
                <w:sz w:val="24"/>
                <w:szCs w:val="24"/>
              </w:rPr>
            </w:pPr>
            <w:r w:rsidRPr="005354C4">
              <w:rPr>
                <w:sz w:val="24"/>
                <w:szCs w:val="24"/>
              </w:rPr>
              <w:t>[Agustus - Desember 2026 / ... bulan]</w:t>
            </w:r>
          </w:p>
        </w:tc>
      </w:tr>
      <w:tr w:rsidR="002C5E36" w:rsidRPr="005354C4" w14:paraId="3D253C74" w14:textId="77777777" w:rsidTr="005354C4">
        <w:trPr>
          <w:jc w:val="center"/>
        </w:trPr>
        <w:tc>
          <w:tcPr>
            <w:tcW w:w="795" w:type="dxa"/>
            <w:shd w:val="clear" w:color="auto" w:fill="F7FAFC"/>
            <w:tcMar>
              <w:top w:w="90" w:type="dxa"/>
              <w:left w:w="100" w:type="dxa"/>
              <w:bottom w:w="90" w:type="dxa"/>
              <w:right w:w="100" w:type="dxa"/>
            </w:tcMar>
            <w:vAlign w:val="center"/>
          </w:tcPr>
          <w:p w14:paraId="6021CF2B" w14:textId="450C5AF8" w:rsidR="002C5E36" w:rsidRPr="005354C4" w:rsidRDefault="00A6483F">
            <w:pPr>
              <w:jc w:val="center"/>
              <w:rPr>
                <w:sz w:val="24"/>
                <w:szCs w:val="24"/>
              </w:rPr>
            </w:pPr>
            <w:r w:rsidRPr="005354C4">
              <w:rPr>
                <w:sz w:val="24"/>
                <w:szCs w:val="24"/>
              </w:rPr>
              <w:t>1</w:t>
            </w:r>
            <w:r w:rsidR="00514AA9">
              <w:rPr>
                <w:sz w:val="24"/>
                <w:szCs w:val="24"/>
              </w:rPr>
              <w:t>1</w:t>
            </w:r>
          </w:p>
        </w:tc>
        <w:tc>
          <w:tcPr>
            <w:tcW w:w="3528" w:type="dxa"/>
            <w:shd w:val="clear" w:color="auto" w:fill="F7FAFC"/>
            <w:tcMar>
              <w:top w:w="90" w:type="dxa"/>
              <w:left w:w="100" w:type="dxa"/>
              <w:bottom w:w="90" w:type="dxa"/>
              <w:right w:w="100" w:type="dxa"/>
            </w:tcMar>
            <w:vAlign w:val="center"/>
          </w:tcPr>
          <w:p w14:paraId="0C158E46" w14:textId="77777777" w:rsidR="002C5E36" w:rsidRPr="005354C4" w:rsidRDefault="00A6483F">
            <w:pPr>
              <w:rPr>
                <w:sz w:val="24"/>
                <w:szCs w:val="24"/>
              </w:rPr>
            </w:pPr>
            <w:r w:rsidRPr="005354C4">
              <w:rPr>
                <w:sz w:val="24"/>
                <w:szCs w:val="24"/>
              </w:rPr>
              <w:t>Total Dana yang Diusulkan</w:t>
            </w:r>
          </w:p>
        </w:tc>
        <w:tc>
          <w:tcPr>
            <w:tcW w:w="5544" w:type="dxa"/>
            <w:shd w:val="clear" w:color="auto" w:fill="F7FAFC"/>
            <w:tcMar>
              <w:top w:w="90" w:type="dxa"/>
              <w:left w:w="100" w:type="dxa"/>
              <w:bottom w:w="90" w:type="dxa"/>
              <w:right w:w="100" w:type="dxa"/>
            </w:tcMar>
            <w:vAlign w:val="center"/>
          </w:tcPr>
          <w:p w14:paraId="31FFCB41" w14:textId="77777777" w:rsidR="002C5E36" w:rsidRPr="005354C4" w:rsidRDefault="00A6483F" w:rsidP="005354C4">
            <w:pPr>
              <w:rPr>
                <w:sz w:val="24"/>
                <w:szCs w:val="24"/>
              </w:rPr>
            </w:pPr>
            <w:r w:rsidRPr="005354C4">
              <w:rPr>
                <w:sz w:val="24"/>
                <w:szCs w:val="24"/>
              </w:rPr>
              <w:t>Rp [jumlah]</w:t>
            </w:r>
          </w:p>
        </w:tc>
      </w:tr>
      <w:tr w:rsidR="002C5E36" w:rsidRPr="005354C4" w14:paraId="7E14A25B" w14:textId="77777777" w:rsidTr="005354C4">
        <w:trPr>
          <w:jc w:val="center"/>
        </w:trPr>
        <w:tc>
          <w:tcPr>
            <w:tcW w:w="795" w:type="dxa"/>
            <w:tcMar>
              <w:top w:w="90" w:type="dxa"/>
              <w:left w:w="100" w:type="dxa"/>
              <w:bottom w:w="90" w:type="dxa"/>
              <w:right w:w="100" w:type="dxa"/>
            </w:tcMar>
            <w:vAlign w:val="center"/>
          </w:tcPr>
          <w:p w14:paraId="588CFEB0" w14:textId="63FDE2FA" w:rsidR="002C5E36" w:rsidRPr="005354C4" w:rsidRDefault="00A6483F">
            <w:pPr>
              <w:jc w:val="center"/>
              <w:rPr>
                <w:sz w:val="24"/>
                <w:szCs w:val="24"/>
              </w:rPr>
            </w:pPr>
            <w:r w:rsidRPr="005354C4">
              <w:rPr>
                <w:sz w:val="24"/>
                <w:szCs w:val="24"/>
              </w:rPr>
              <w:t>1</w:t>
            </w:r>
            <w:r w:rsidR="00514AA9">
              <w:rPr>
                <w:sz w:val="24"/>
                <w:szCs w:val="24"/>
              </w:rPr>
              <w:t>2</w:t>
            </w:r>
          </w:p>
        </w:tc>
        <w:tc>
          <w:tcPr>
            <w:tcW w:w="3528" w:type="dxa"/>
            <w:tcMar>
              <w:top w:w="90" w:type="dxa"/>
              <w:left w:w="100" w:type="dxa"/>
              <w:bottom w:w="90" w:type="dxa"/>
              <w:right w:w="100" w:type="dxa"/>
            </w:tcMar>
            <w:vAlign w:val="center"/>
          </w:tcPr>
          <w:p w14:paraId="341389E5" w14:textId="77777777" w:rsidR="002C5E36" w:rsidRPr="005354C4" w:rsidRDefault="00A6483F">
            <w:pPr>
              <w:rPr>
                <w:sz w:val="24"/>
                <w:szCs w:val="24"/>
              </w:rPr>
            </w:pPr>
            <w:r w:rsidRPr="005354C4">
              <w:rPr>
                <w:sz w:val="24"/>
                <w:szCs w:val="24"/>
              </w:rPr>
              <w:t>Sharing Dana/In-kind Mitra</w:t>
            </w:r>
          </w:p>
        </w:tc>
        <w:tc>
          <w:tcPr>
            <w:tcW w:w="5544" w:type="dxa"/>
            <w:tcMar>
              <w:top w:w="90" w:type="dxa"/>
              <w:left w:w="100" w:type="dxa"/>
              <w:bottom w:w="90" w:type="dxa"/>
              <w:right w:w="100" w:type="dxa"/>
            </w:tcMar>
            <w:vAlign w:val="center"/>
          </w:tcPr>
          <w:p w14:paraId="6C9DD581" w14:textId="77777777" w:rsidR="002C5E36" w:rsidRPr="005354C4" w:rsidRDefault="00A6483F">
            <w:pPr>
              <w:rPr>
                <w:sz w:val="24"/>
                <w:szCs w:val="24"/>
              </w:rPr>
            </w:pPr>
            <w:r w:rsidRPr="005354C4">
              <w:rPr>
                <w:sz w:val="24"/>
                <w:szCs w:val="24"/>
              </w:rPr>
              <w:t>Rp [jumlah] / bentuk kontribusi</w:t>
            </w:r>
          </w:p>
        </w:tc>
      </w:tr>
      <w:tr w:rsidR="002C5E36" w:rsidRPr="005354C4" w14:paraId="6629D15D" w14:textId="77777777" w:rsidTr="005354C4">
        <w:trPr>
          <w:jc w:val="center"/>
        </w:trPr>
        <w:tc>
          <w:tcPr>
            <w:tcW w:w="795" w:type="dxa"/>
            <w:shd w:val="clear" w:color="auto" w:fill="F7FAFC"/>
            <w:tcMar>
              <w:top w:w="90" w:type="dxa"/>
              <w:left w:w="100" w:type="dxa"/>
              <w:bottom w:w="90" w:type="dxa"/>
              <w:right w:w="100" w:type="dxa"/>
            </w:tcMar>
            <w:vAlign w:val="center"/>
          </w:tcPr>
          <w:p w14:paraId="78A57DDB" w14:textId="07B3C215" w:rsidR="002C5E36" w:rsidRPr="005354C4" w:rsidRDefault="00A6483F">
            <w:pPr>
              <w:jc w:val="center"/>
              <w:rPr>
                <w:sz w:val="24"/>
                <w:szCs w:val="24"/>
              </w:rPr>
            </w:pPr>
            <w:r w:rsidRPr="005354C4">
              <w:rPr>
                <w:sz w:val="24"/>
                <w:szCs w:val="24"/>
              </w:rPr>
              <w:t>1</w:t>
            </w:r>
            <w:r w:rsidR="00514AA9">
              <w:rPr>
                <w:sz w:val="24"/>
                <w:szCs w:val="24"/>
              </w:rPr>
              <w:t>3</w:t>
            </w:r>
          </w:p>
        </w:tc>
        <w:tc>
          <w:tcPr>
            <w:tcW w:w="3528" w:type="dxa"/>
            <w:shd w:val="clear" w:color="auto" w:fill="F7FAFC"/>
            <w:tcMar>
              <w:top w:w="90" w:type="dxa"/>
              <w:left w:w="100" w:type="dxa"/>
              <w:bottom w:w="90" w:type="dxa"/>
              <w:right w:w="100" w:type="dxa"/>
            </w:tcMar>
            <w:vAlign w:val="center"/>
          </w:tcPr>
          <w:p w14:paraId="7FDA440C" w14:textId="77777777" w:rsidR="002C5E36" w:rsidRPr="005354C4" w:rsidRDefault="00A6483F" w:rsidP="00BB7F38">
            <w:pPr>
              <w:rPr>
                <w:sz w:val="24"/>
                <w:szCs w:val="24"/>
              </w:rPr>
            </w:pPr>
            <w:r w:rsidRPr="005354C4">
              <w:rPr>
                <w:sz w:val="24"/>
                <w:szCs w:val="24"/>
              </w:rPr>
              <w:t>Luaran Wajib</w:t>
            </w:r>
          </w:p>
        </w:tc>
        <w:tc>
          <w:tcPr>
            <w:tcW w:w="5544" w:type="dxa"/>
            <w:shd w:val="clear" w:color="auto" w:fill="F7FAFC"/>
            <w:tcMar>
              <w:top w:w="90" w:type="dxa"/>
              <w:left w:w="100" w:type="dxa"/>
              <w:bottom w:w="90" w:type="dxa"/>
              <w:right w:w="100" w:type="dxa"/>
            </w:tcMar>
            <w:vAlign w:val="center"/>
          </w:tcPr>
          <w:p w14:paraId="73718C8C" w14:textId="77777777" w:rsidR="002C5E36" w:rsidRPr="005354C4" w:rsidRDefault="00A6483F">
            <w:pPr>
              <w:rPr>
                <w:sz w:val="24"/>
                <w:szCs w:val="24"/>
              </w:rPr>
            </w:pPr>
            <w:r w:rsidRPr="005354C4">
              <w:rPr>
                <w:sz w:val="24"/>
                <w:szCs w:val="24"/>
              </w:rPr>
              <w:t xml:space="preserve">[Artikel populer/berita media, video, produk </w:t>
            </w:r>
            <w:r w:rsidRPr="005354C4">
              <w:rPr>
                <w:sz w:val="24"/>
                <w:szCs w:val="24"/>
              </w:rPr>
              <w:t>intervensi, peningkatan keberdayaan mitra, dll.]</w:t>
            </w:r>
          </w:p>
        </w:tc>
      </w:tr>
      <w:tr w:rsidR="002C5E36" w:rsidRPr="005354C4" w14:paraId="539672BC" w14:textId="77777777" w:rsidTr="005354C4">
        <w:trPr>
          <w:jc w:val="center"/>
        </w:trPr>
        <w:tc>
          <w:tcPr>
            <w:tcW w:w="795" w:type="dxa"/>
            <w:tcMar>
              <w:top w:w="90" w:type="dxa"/>
              <w:left w:w="100" w:type="dxa"/>
              <w:bottom w:w="90" w:type="dxa"/>
              <w:right w:w="100" w:type="dxa"/>
            </w:tcMar>
            <w:vAlign w:val="center"/>
          </w:tcPr>
          <w:p w14:paraId="6D51DC63" w14:textId="11B48EB5" w:rsidR="002C5E36" w:rsidRPr="005354C4" w:rsidRDefault="00514AA9">
            <w:pPr>
              <w:jc w:val="center"/>
              <w:rPr>
                <w:sz w:val="24"/>
                <w:szCs w:val="24"/>
              </w:rPr>
            </w:pPr>
            <w:r>
              <w:rPr>
                <w:sz w:val="24"/>
                <w:szCs w:val="24"/>
              </w:rPr>
              <w:t>14</w:t>
            </w:r>
          </w:p>
        </w:tc>
        <w:tc>
          <w:tcPr>
            <w:tcW w:w="3528" w:type="dxa"/>
            <w:tcMar>
              <w:top w:w="90" w:type="dxa"/>
              <w:left w:w="100" w:type="dxa"/>
              <w:bottom w:w="90" w:type="dxa"/>
              <w:right w:w="100" w:type="dxa"/>
            </w:tcMar>
            <w:vAlign w:val="center"/>
          </w:tcPr>
          <w:p w14:paraId="7880A89D" w14:textId="77777777" w:rsidR="002C5E36" w:rsidRPr="005354C4" w:rsidRDefault="00A6483F">
            <w:pPr>
              <w:rPr>
                <w:sz w:val="24"/>
                <w:szCs w:val="24"/>
              </w:rPr>
            </w:pPr>
            <w:r w:rsidRPr="005354C4">
              <w:rPr>
                <w:sz w:val="24"/>
                <w:szCs w:val="24"/>
              </w:rPr>
              <w:t>Luaran Tambahan</w:t>
            </w:r>
          </w:p>
        </w:tc>
        <w:tc>
          <w:tcPr>
            <w:tcW w:w="5544" w:type="dxa"/>
            <w:tcMar>
              <w:top w:w="90" w:type="dxa"/>
              <w:left w:w="100" w:type="dxa"/>
              <w:bottom w:w="90" w:type="dxa"/>
              <w:right w:w="100" w:type="dxa"/>
            </w:tcMar>
            <w:vAlign w:val="center"/>
          </w:tcPr>
          <w:p w14:paraId="7AD1898A" w14:textId="77777777" w:rsidR="002C5E36" w:rsidRPr="005354C4" w:rsidRDefault="00A6483F">
            <w:pPr>
              <w:rPr>
                <w:sz w:val="24"/>
                <w:szCs w:val="24"/>
              </w:rPr>
            </w:pPr>
            <w:r w:rsidRPr="005354C4">
              <w:rPr>
                <w:sz w:val="24"/>
                <w:szCs w:val="24"/>
              </w:rPr>
              <w:t>[HKI, modul, SOP, produk, TTG, policy brief, jurnal PkM, dll.]</w:t>
            </w:r>
          </w:p>
        </w:tc>
      </w:tr>
      <w:tr w:rsidR="002C5E36" w:rsidRPr="005354C4" w14:paraId="5A95A729" w14:textId="77777777" w:rsidTr="005354C4">
        <w:trPr>
          <w:jc w:val="center"/>
        </w:trPr>
        <w:tc>
          <w:tcPr>
            <w:tcW w:w="795" w:type="dxa"/>
            <w:shd w:val="clear" w:color="auto" w:fill="F7FAFC"/>
            <w:tcMar>
              <w:top w:w="90" w:type="dxa"/>
              <w:left w:w="100" w:type="dxa"/>
              <w:bottom w:w="90" w:type="dxa"/>
              <w:right w:w="100" w:type="dxa"/>
            </w:tcMar>
            <w:vAlign w:val="center"/>
          </w:tcPr>
          <w:p w14:paraId="4DBC7D06" w14:textId="2CCD312A" w:rsidR="002C5E36" w:rsidRPr="005354C4" w:rsidRDefault="00514AA9">
            <w:pPr>
              <w:jc w:val="center"/>
              <w:rPr>
                <w:sz w:val="24"/>
                <w:szCs w:val="24"/>
              </w:rPr>
            </w:pPr>
            <w:r>
              <w:rPr>
                <w:sz w:val="24"/>
                <w:szCs w:val="24"/>
              </w:rPr>
              <w:t>15</w:t>
            </w:r>
          </w:p>
        </w:tc>
        <w:tc>
          <w:tcPr>
            <w:tcW w:w="3528" w:type="dxa"/>
            <w:shd w:val="clear" w:color="auto" w:fill="F7FAFC"/>
            <w:tcMar>
              <w:top w:w="90" w:type="dxa"/>
              <w:left w:w="100" w:type="dxa"/>
              <w:bottom w:w="90" w:type="dxa"/>
              <w:right w:w="100" w:type="dxa"/>
            </w:tcMar>
            <w:vAlign w:val="center"/>
          </w:tcPr>
          <w:p w14:paraId="53152A24" w14:textId="77777777" w:rsidR="002C5E36" w:rsidRPr="005354C4" w:rsidRDefault="00A6483F">
            <w:pPr>
              <w:rPr>
                <w:sz w:val="24"/>
                <w:szCs w:val="24"/>
              </w:rPr>
            </w:pPr>
            <w:r w:rsidRPr="005354C4">
              <w:rPr>
                <w:sz w:val="24"/>
                <w:szCs w:val="24"/>
              </w:rPr>
              <w:t>SDGs/TPB Utama yang Dipilih</w:t>
            </w:r>
          </w:p>
        </w:tc>
        <w:tc>
          <w:tcPr>
            <w:tcW w:w="5544" w:type="dxa"/>
            <w:shd w:val="clear" w:color="auto" w:fill="F7FAFC"/>
            <w:tcMar>
              <w:top w:w="90" w:type="dxa"/>
              <w:left w:w="100" w:type="dxa"/>
              <w:bottom w:w="90" w:type="dxa"/>
              <w:right w:w="100" w:type="dxa"/>
            </w:tcMar>
            <w:vAlign w:val="center"/>
          </w:tcPr>
          <w:p w14:paraId="6DFE948C" w14:textId="77777777" w:rsidR="002C5E36" w:rsidRPr="005354C4" w:rsidRDefault="00A6483F">
            <w:pPr>
              <w:rPr>
                <w:sz w:val="24"/>
                <w:szCs w:val="24"/>
              </w:rPr>
            </w:pPr>
            <w:r w:rsidRPr="005354C4">
              <w:rPr>
                <w:sz w:val="24"/>
                <w:szCs w:val="24"/>
              </w:rPr>
              <w:t>[Pilih 1-3 SDGs utama; tuliskan nomor dan nama tujuan]</w:t>
            </w:r>
          </w:p>
        </w:tc>
      </w:tr>
      <w:tr w:rsidR="002C5E36" w:rsidRPr="005354C4" w14:paraId="7C085C1F" w14:textId="77777777" w:rsidTr="005354C4">
        <w:trPr>
          <w:jc w:val="center"/>
        </w:trPr>
        <w:tc>
          <w:tcPr>
            <w:tcW w:w="795" w:type="dxa"/>
            <w:tcMar>
              <w:top w:w="90" w:type="dxa"/>
              <w:left w:w="100" w:type="dxa"/>
              <w:bottom w:w="90" w:type="dxa"/>
              <w:right w:w="100" w:type="dxa"/>
            </w:tcMar>
            <w:vAlign w:val="center"/>
          </w:tcPr>
          <w:p w14:paraId="3A3AA3BD" w14:textId="0FE85A7B" w:rsidR="002C5E36" w:rsidRPr="005354C4" w:rsidRDefault="00514AA9">
            <w:pPr>
              <w:jc w:val="center"/>
              <w:rPr>
                <w:sz w:val="24"/>
                <w:szCs w:val="24"/>
              </w:rPr>
            </w:pPr>
            <w:r>
              <w:rPr>
                <w:sz w:val="24"/>
                <w:szCs w:val="24"/>
              </w:rPr>
              <w:t>16</w:t>
            </w:r>
          </w:p>
        </w:tc>
        <w:tc>
          <w:tcPr>
            <w:tcW w:w="3528" w:type="dxa"/>
            <w:tcMar>
              <w:top w:w="90" w:type="dxa"/>
              <w:left w:w="100" w:type="dxa"/>
              <w:bottom w:w="90" w:type="dxa"/>
              <w:right w:w="100" w:type="dxa"/>
            </w:tcMar>
            <w:vAlign w:val="center"/>
          </w:tcPr>
          <w:p w14:paraId="76A86D50" w14:textId="77777777" w:rsidR="002C5E36" w:rsidRPr="005354C4" w:rsidRDefault="00A6483F">
            <w:pPr>
              <w:rPr>
                <w:sz w:val="24"/>
                <w:szCs w:val="24"/>
              </w:rPr>
            </w:pPr>
            <w:r w:rsidRPr="005354C4">
              <w:rPr>
                <w:sz w:val="24"/>
                <w:szCs w:val="24"/>
              </w:rPr>
              <w:t>Alasan Pemilihan SDGs</w:t>
            </w:r>
          </w:p>
        </w:tc>
        <w:tc>
          <w:tcPr>
            <w:tcW w:w="5544" w:type="dxa"/>
            <w:tcMar>
              <w:top w:w="90" w:type="dxa"/>
              <w:left w:w="100" w:type="dxa"/>
              <w:bottom w:w="90" w:type="dxa"/>
              <w:right w:w="100" w:type="dxa"/>
            </w:tcMar>
            <w:vAlign w:val="center"/>
          </w:tcPr>
          <w:p w14:paraId="3676863B" w14:textId="77777777" w:rsidR="002C5E36" w:rsidRPr="005354C4" w:rsidRDefault="00A6483F">
            <w:pPr>
              <w:rPr>
                <w:sz w:val="24"/>
                <w:szCs w:val="24"/>
              </w:rPr>
            </w:pPr>
            <w:r w:rsidRPr="005354C4">
              <w:rPr>
                <w:sz w:val="24"/>
                <w:szCs w:val="24"/>
              </w:rPr>
              <w:t>[Jelaskan hubungan SDGs dengan masalah mitra dan solusi PkM]</w:t>
            </w:r>
          </w:p>
        </w:tc>
      </w:tr>
      <w:tr w:rsidR="002C5E36" w:rsidRPr="005354C4" w14:paraId="46DBEB59" w14:textId="77777777" w:rsidTr="005354C4">
        <w:trPr>
          <w:jc w:val="center"/>
        </w:trPr>
        <w:tc>
          <w:tcPr>
            <w:tcW w:w="795" w:type="dxa"/>
            <w:shd w:val="clear" w:color="auto" w:fill="F7FAFC"/>
            <w:tcMar>
              <w:top w:w="90" w:type="dxa"/>
              <w:left w:w="100" w:type="dxa"/>
              <w:bottom w:w="90" w:type="dxa"/>
              <w:right w:w="100" w:type="dxa"/>
            </w:tcMar>
            <w:vAlign w:val="center"/>
          </w:tcPr>
          <w:p w14:paraId="67C31788" w14:textId="4BB2B55C" w:rsidR="002C5E36" w:rsidRPr="005354C4" w:rsidRDefault="00514AA9">
            <w:pPr>
              <w:jc w:val="center"/>
              <w:rPr>
                <w:sz w:val="24"/>
                <w:szCs w:val="24"/>
              </w:rPr>
            </w:pPr>
            <w:r>
              <w:rPr>
                <w:sz w:val="24"/>
                <w:szCs w:val="24"/>
              </w:rPr>
              <w:t>17</w:t>
            </w:r>
          </w:p>
        </w:tc>
        <w:tc>
          <w:tcPr>
            <w:tcW w:w="3528" w:type="dxa"/>
            <w:shd w:val="clear" w:color="auto" w:fill="F7FAFC"/>
            <w:tcMar>
              <w:top w:w="90" w:type="dxa"/>
              <w:left w:w="100" w:type="dxa"/>
              <w:bottom w:w="90" w:type="dxa"/>
              <w:right w:w="100" w:type="dxa"/>
            </w:tcMar>
            <w:vAlign w:val="center"/>
          </w:tcPr>
          <w:p w14:paraId="426AA96D" w14:textId="77777777" w:rsidR="002C5E36" w:rsidRPr="005354C4" w:rsidRDefault="00A6483F">
            <w:pPr>
              <w:rPr>
                <w:sz w:val="24"/>
                <w:szCs w:val="24"/>
              </w:rPr>
            </w:pPr>
            <w:r w:rsidRPr="005354C4">
              <w:rPr>
                <w:sz w:val="24"/>
                <w:szCs w:val="24"/>
              </w:rPr>
              <w:t>Indikator Kontribusi SDGs</w:t>
            </w:r>
          </w:p>
        </w:tc>
        <w:tc>
          <w:tcPr>
            <w:tcW w:w="5544" w:type="dxa"/>
            <w:shd w:val="clear" w:color="auto" w:fill="F7FAFC"/>
            <w:tcMar>
              <w:top w:w="90" w:type="dxa"/>
              <w:left w:w="100" w:type="dxa"/>
              <w:bottom w:w="90" w:type="dxa"/>
              <w:right w:w="100" w:type="dxa"/>
            </w:tcMar>
            <w:vAlign w:val="center"/>
          </w:tcPr>
          <w:p w14:paraId="10F29F74" w14:textId="77777777" w:rsidR="002C5E36" w:rsidRPr="005354C4" w:rsidRDefault="00A6483F">
            <w:pPr>
              <w:rPr>
                <w:sz w:val="24"/>
                <w:szCs w:val="24"/>
              </w:rPr>
            </w:pPr>
            <w:r w:rsidRPr="005354C4">
              <w:rPr>
                <w:sz w:val="24"/>
                <w:szCs w:val="24"/>
              </w:rPr>
              <w:t>[Output/outcome/impact yang terukur dan bukti capaian]</w:t>
            </w:r>
          </w:p>
        </w:tc>
      </w:tr>
      <w:tr w:rsidR="002C5E36" w:rsidRPr="005354C4" w14:paraId="19CCEBD0" w14:textId="77777777" w:rsidTr="005354C4">
        <w:trPr>
          <w:jc w:val="center"/>
        </w:trPr>
        <w:tc>
          <w:tcPr>
            <w:tcW w:w="795" w:type="dxa"/>
            <w:tcMar>
              <w:top w:w="90" w:type="dxa"/>
              <w:left w:w="100" w:type="dxa"/>
              <w:bottom w:w="90" w:type="dxa"/>
              <w:right w:w="100" w:type="dxa"/>
            </w:tcMar>
            <w:vAlign w:val="center"/>
          </w:tcPr>
          <w:p w14:paraId="7DE096BC" w14:textId="48FA6A20" w:rsidR="002C5E36" w:rsidRPr="005354C4" w:rsidRDefault="00514AA9">
            <w:pPr>
              <w:jc w:val="center"/>
              <w:rPr>
                <w:sz w:val="24"/>
                <w:szCs w:val="24"/>
              </w:rPr>
            </w:pPr>
            <w:r>
              <w:rPr>
                <w:sz w:val="24"/>
                <w:szCs w:val="24"/>
              </w:rPr>
              <w:t>18</w:t>
            </w:r>
          </w:p>
        </w:tc>
        <w:tc>
          <w:tcPr>
            <w:tcW w:w="3528" w:type="dxa"/>
            <w:tcMar>
              <w:top w:w="90" w:type="dxa"/>
              <w:left w:w="100" w:type="dxa"/>
              <w:bottom w:w="90" w:type="dxa"/>
              <w:right w:w="100" w:type="dxa"/>
            </w:tcMar>
            <w:vAlign w:val="center"/>
          </w:tcPr>
          <w:p w14:paraId="2C03AF99" w14:textId="77777777" w:rsidR="002C5E36" w:rsidRPr="005354C4" w:rsidRDefault="00A6483F">
            <w:pPr>
              <w:rPr>
                <w:sz w:val="24"/>
                <w:szCs w:val="24"/>
              </w:rPr>
            </w:pPr>
            <w:r w:rsidRPr="005354C4">
              <w:rPr>
                <w:sz w:val="24"/>
                <w:szCs w:val="24"/>
              </w:rPr>
              <w:t>Rancangan Roadmap PkM Prodi</w:t>
            </w:r>
          </w:p>
        </w:tc>
        <w:tc>
          <w:tcPr>
            <w:tcW w:w="5544" w:type="dxa"/>
            <w:tcMar>
              <w:top w:w="90" w:type="dxa"/>
              <w:left w:w="100" w:type="dxa"/>
              <w:bottom w:w="90" w:type="dxa"/>
              <w:right w:w="100" w:type="dxa"/>
            </w:tcMar>
            <w:vAlign w:val="center"/>
          </w:tcPr>
          <w:p w14:paraId="24743974" w14:textId="77777777" w:rsidR="002C5E36" w:rsidRPr="005354C4" w:rsidRDefault="00A6483F">
            <w:pPr>
              <w:rPr>
                <w:sz w:val="24"/>
                <w:szCs w:val="24"/>
              </w:rPr>
            </w:pPr>
            <w:r w:rsidRPr="005354C4">
              <w:rPr>
                <w:sz w:val="24"/>
                <w:szCs w:val="24"/>
              </w:rPr>
              <w:t>[Ringkasan roadmap 3-5 tahun atau rujukan lampiran roadmap]</w:t>
            </w:r>
          </w:p>
        </w:tc>
      </w:tr>
      <w:tr w:rsidR="002C5E36" w:rsidRPr="005354C4" w14:paraId="011FFC29" w14:textId="77777777" w:rsidTr="005354C4">
        <w:trPr>
          <w:jc w:val="center"/>
        </w:trPr>
        <w:tc>
          <w:tcPr>
            <w:tcW w:w="795" w:type="dxa"/>
            <w:shd w:val="clear" w:color="auto" w:fill="F7FAFC"/>
            <w:tcMar>
              <w:top w:w="90" w:type="dxa"/>
              <w:left w:w="100" w:type="dxa"/>
              <w:bottom w:w="90" w:type="dxa"/>
              <w:right w:w="100" w:type="dxa"/>
            </w:tcMar>
            <w:vAlign w:val="center"/>
          </w:tcPr>
          <w:p w14:paraId="657F47C7" w14:textId="3B7B2171" w:rsidR="002C5E36" w:rsidRPr="005354C4" w:rsidRDefault="00514AA9">
            <w:pPr>
              <w:jc w:val="center"/>
              <w:rPr>
                <w:sz w:val="24"/>
                <w:szCs w:val="24"/>
              </w:rPr>
            </w:pPr>
            <w:r>
              <w:rPr>
                <w:sz w:val="24"/>
                <w:szCs w:val="24"/>
              </w:rPr>
              <w:lastRenderedPageBreak/>
              <w:t>19</w:t>
            </w:r>
          </w:p>
        </w:tc>
        <w:tc>
          <w:tcPr>
            <w:tcW w:w="3528" w:type="dxa"/>
            <w:shd w:val="clear" w:color="auto" w:fill="F7FAFC"/>
            <w:tcMar>
              <w:top w:w="90" w:type="dxa"/>
              <w:left w:w="100" w:type="dxa"/>
              <w:bottom w:w="90" w:type="dxa"/>
              <w:right w:w="100" w:type="dxa"/>
            </w:tcMar>
            <w:vAlign w:val="center"/>
          </w:tcPr>
          <w:p w14:paraId="5EF1867E" w14:textId="77777777" w:rsidR="002C5E36" w:rsidRPr="005354C4" w:rsidRDefault="00A6483F">
            <w:pPr>
              <w:rPr>
                <w:sz w:val="24"/>
                <w:szCs w:val="24"/>
              </w:rPr>
            </w:pPr>
            <w:r w:rsidRPr="005354C4">
              <w:rPr>
                <w:sz w:val="24"/>
                <w:szCs w:val="24"/>
              </w:rPr>
              <w:t xml:space="preserve">Posisi </w:t>
            </w:r>
            <w:r w:rsidRPr="005354C4">
              <w:rPr>
                <w:sz w:val="24"/>
                <w:szCs w:val="24"/>
              </w:rPr>
              <w:t>Usulan dalam Roadmap</w:t>
            </w:r>
          </w:p>
        </w:tc>
        <w:tc>
          <w:tcPr>
            <w:tcW w:w="5544" w:type="dxa"/>
            <w:shd w:val="clear" w:color="auto" w:fill="F7FAFC"/>
            <w:tcMar>
              <w:top w:w="90" w:type="dxa"/>
              <w:left w:w="100" w:type="dxa"/>
              <w:bottom w:w="90" w:type="dxa"/>
              <w:right w:w="100" w:type="dxa"/>
            </w:tcMar>
            <w:vAlign w:val="center"/>
          </w:tcPr>
          <w:p w14:paraId="72C16A82" w14:textId="77777777" w:rsidR="002C5E36" w:rsidRPr="005354C4" w:rsidRDefault="00A6483F">
            <w:pPr>
              <w:rPr>
                <w:sz w:val="24"/>
                <w:szCs w:val="24"/>
              </w:rPr>
            </w:pPr>
            <w:r w:rsidRPr="005354C4">
              <w:rPr>
                <w:sz w:val="24"/>
                <w:szCs w:val="24"/>
              </w:rPr>
              <w:t>[Tahap/tahun ke-..., fokus kegiatan tahun berjalan, dan target lanjutan]</w:t>
            </w:r>
          </w:p>
        </w:tc>
      </w:tr>
      <w:tr w:rsidR="002C5E36" w:rsidRPr="005354C4" w14:paraId="36CB96D9" w14:textId="77777777" w:rsidTr="005354C4">
        <w:trPr>
          <w:jc w:val="center"/>
        </w:trPr>
        <w:tc>
          <w:tcPr>
            <w:tcW w:w="795" w:type="dxa"/>
            <w:tcMar>
              <w:top w:w="90" w:type="dxa"/>
              <w:left w:w="100" w:type="dxa"/>
              <w:bottom w:w="90" w:type="dxa"/>
              <w:right w:w="100" w:type="dxa"/>
            </w:tcMar>
            <w:vAlign w:val="center"/>
          </w:tcPr>
          <w:p w14:paraId="431958FB" w14:textId="287181F1" w:rsidR="002C5E36" w:rsidRPr="005354C4" w:rsidRDefault="00514AA9">
            <w:pPr>
              <w:jc w:val="center"/>
              <w:rPr>
                <w:sz w:val="24"/>
                <w:szCs w:val="24"/>
              </w:rPr>
            </w:pPr>
            <w:r>
              <w:rPr>
                <w:sz w:val="24"/>
                <w:szCs w:val="24"/>
              </w:rPr>
              <w:t>20</w:t>
            </w:r>
          </w:p>
        </w:tc>
        <w:tc>
          <w:tcPr>
            <w:tcW w:w="3528" w:type="dxa"/>
            <w:tcMar>
              <w:top w:w="90" w:type="dxa"/>
              <w:left w:w="100" w:type="dxa"/>
              <w:bottom w:w="90" w:type="dxa"/>
              <w:right w:w="100" w:type="dxa"/>
            </w:tcMar>
            <w:vAlign w:val="center"/>
          </w:tcPr>
          <w:p w14:paraId="3E7775D8" w14:textId="77777777" w:rsidR="002C5E36" w:rsidRPr="005354C4" w:rsidRDefault="00A6483F">
            <w:pPr>
              <w:rPr>
                <w:sz w:val="24"/>
                <w:szCs w:val="24"/>
              </w:rPr>
            </w:pPr>
            <w:r w:rsidRPr="005354C4">
              <w:rPr>
                <w:sz w:val="24"/>
                <w:szCs w:val="24"/>
              </w:rPr>
              <w:t>Rencana Keberlanjutan</w:t>
            </w:r>
          </w:p>
        </w:tc>
        <w:tc>
          <w:tcPr>
            <w:tcW w:w="5544" w:type="dxa"/>
            <w:tcMar>
              <w:top w:w="90" w:type="dxa"/>
              <w:left w:w="100" w:type="dxa"/>
              <w:bottom w:w="90" w:type="dxa"/>
              <w:right w:w="100" w:type="dxa"/>
            </w:tcMar>
            <w:vAlign w:val="center"/>
          </w:tcPr>
          <w:p w14:paraId="07F0AA8D" w14:textId="77777777" w:rsidR="002C5E36" w:rsidRPr="005354C4" w:rsidRDefault="00A6483F">
            <w:pPr>
              <w:rPr>
                <w:sz w:val="24"/>
                <w:szCs w:val="24"/>
              </w:rPr>
            </w:pPr>
            <w:r w:rsidRPr="005354C4">
              <w:rPr>
                <w:sz w:val="24"/>
                <w:szCs w:val="24"/>
              </w:rPr>
              <w:t>[Pendampingan lanjutan, replikasi, KKN/MBKM, kerja sama, atau hilirisasi]</w:t>
            </w:r>
          </w:p>
        </w:tc>
      </w:tr>
    </w:tbl>
    <w:p w14:paraId="3B66E271" w14:textId="77777777" w:rsidR="002C5E36" w:rsidRPr="005354C4" w:rsidRDefault="002C5E36">
      <w:pPr>
        <w:rPr>
          <w:sz w:val="24"/>
          <w:szCs w:val="24"/>
        </w:rPr>
      </w:pPr>
    </w:p>
    <w:p w14:paraId="7509DA32" w14:textId="77777777" w:rsidR="002C5E36" w:rsidRPr="005354C4" w:rsidRDefault="00A6483F" w:rsidP="005354C4">
      <w:pPr>
        <w:spacing w:after="40"/>
        <w:jc w:val="center"/>
        <w:rPr>
          <w:sz w:val="24"/>
          <w:szCs w:val="24"/>
        </w:rPr>
      </w:pPr>
      <w:r w:rsidRPr="005354C4">
        <w:rPr>
          <w:b/>
          <w:color w:val="155D8B"/>
          <w:sz w:val="24"/>
          <w:szCs w:val="24"/>
        </w:rPr>
        <w:t>Pengesahan</w:t>
      </w:r>
    </w:p>
    <w:tbl>
      <w:tblPr>
        <w:tblStyle w:val="TableGrid"/>
        <w:tblW w:w="9773"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4812"/>
        <w:gridCol w:w="4961"/>
      </w:tblGrid>
      <w:tr w:rsidR="00514AA9" w:rsidRPr="005354C4" w14:paraId="31DB83D1" w14:textId="77777777" w:rsidTr="00514AA9">
        <w:trPr>
          <w:tblHeader/>
          <w:jc w:val="center"/>
        </w:trPr>
        <w:tc>
          <w:tcPr>
            <w:tcW w:w="4812" w:type="dxa"/>
            <w:shd w:val="clear" w:color="auto" w:fill="155D8B"/>
            <w:tcMar>
              <w:top w:w="100" w:type="dxa"/>
              <w:left w:w="100" w:type="dxa"/>
              <w:bottom w:w="100" w:type="dxa"/>
              <w:right w:w="100" w:type="dxa"/>
            </w:tcMar>
            <w:vAlign w:val="center"/>
          </w:tcPr>
          <w:p w14:paraId="4B4E0AB9" w14:textId="77777777" w:rsidR="00514AA9" w:rsidRPr="005354C4" w:rsidRDefault="00514AA9">
            <w:pPr>
              <w:jc w:val="center"/>
              <w:rPr>
                <w:sz w:val="24"/>
                <w:szCs w:val="24"/>
              </w:rPr>
            </w:pPr>
            <w:r w:rsidRPr="005354C4">
              <w:rPr>
                <w:b/>
                <w:color w:val="FFFFFF"/>
                <w:sz w:val="24"/>
                <w:szCs w:val="24"/>
              </w:rPr>
              <w:t>Koordinator Program Studi</w:t>
            </w:r>
          </w:p>
        </w:tc>
        <w:tc>
          <w:tcPr>
            <w:tcW w:w="4961" w:type="dxa"/>
            <w:shd w:val="clear" w:color="auto" w:fill="155D8B"/>
            <w:tcMar>
              <w:top w:w="100" w:type="dxa"/>
              <w:left w:w="100" w:type="dxa"/>
              <w:bottom w:w="100" w:type="dxa"/>
              <w:right w:w="100" w:type="dxa"/>
            </w:tcMar>
            <w:vAlign w:val="center"/>
          </w:tcPr>
          <w:p w14:paraId="0BFE3247" w14:textId="71D3847C" w:rsidR="00514AA9" w:rsidRPr="005354C4" w:rsidRDefault="00991358">
            <w:pPr>
              <w:jc w:val="center"/>
              <w:rPr>
                <w:sz w:val="24"/>
                <w:szCs w:val="24"/>
              </w:rPr>
            </w:pPr>
            <w:r>
              <w:rPr>
                <w:b/>
                <w:color w:val="FFFFFF"/>
                <w:sz w:val="24"/>
                <w:szCs w:val="24"/>
              </w:rPr>
              <w:t>Kepala</w:t>
            </w:r>
            <w:r w:rsidR="00514AA9" w:rsidRPr="005354C4">
              <w:rPr>
                <w:b/>
                <w:color w:val="FFFFFF"/>
                <w:sz w:val="24"/>
                <w:szCs w:val="24"/>
              </w:rPr>
              <w:t xml:space="preserve"> LPPM</w:t>
            </w:r>
          </w:p>
        </w:tc>
      </w:tr>
      <w:tr w:rsidR="00514AA9" w:rsidRPr="005354C4" w14:paraId="4A0835BA" w14:textId="77777777" w:rsidTr="00514AA9">
        <w:trPr>
          <w:jc w:val="center"/>
        </w:trPr>
        <w:tc>
          <w:tcPr>
            <w:tcW w:w="4812" w:type="dxa"/>
            <w:shd w:val="clear" w:color="auto" w:fill="F7FAFC"/>
            <w:tcMar>
              <w:top w:w="90" w:type="dxa"/>
              <w:left w:w="100" w:type="dxa"/>
              <w:bottom w:w="90" w:type="dxa"/>
              <w:right w:w="100" w:type="dxa"/>
            </w:tcMar>
            <w:vAlign w:val="center"/>
          </w:tcPr>
          <w:p w14:paraId="01A9490B" w14:textId="77777777" w:rsidR="00514AA9" w:rsidRDefault="00514AA9">
            <w:pPr>
              <w:rPr>
                <w:sz w:val="24"/>
                <w:szCs w:val="24"/>
              </w:rPr>
            </w:pPr>
          </w:p>
          <w:p w14:paraId="059CC1E1" w14:textId="69C690AE" w:rsidR="00514AA9" w:rsidRDefault="00514AA9">
            <w:pPr>
              <w:rPr>
                <w:sz w:val="24"/>
                <w:szCs w:val="24"/>
              </w:rPr>
            </w:pPr>
            <w:r w:rsidRPr="005354C4">
              <w:rPr>
                <w:sz w:val="24"/>
                <w:szCs w:val="24"/>
              </w:rPr>
              <w:t>(Nama dan tanda tangan)</w:t>
            </w:r>
          </w:p>
          <w:p w14:paraId="7A720D54" w14:textId="1050C4DB" w:rsidR="00514AA9" w:rsidRPr="005354C4" w:rsidRDefault="00514AA9">
            <w:pPr>
              <w:rPr>
                <w:sz w:val="24"/>
                <w:szCs w:val="24"/>
              </w:rPr>
            </w:pPr>
            <w:r w:rsidRPr="005354C4">
              <w:rPr>
                <w:sz w:val="24"/>
                <w:szCs w:val="24"/>
              </w:rPr>
              <w:br/>
              <w:t>NIDN/NIP: ........................</w:t>
            </w:r>
            <w:r w:rsidRPr="005354C4">
              <w:rPr>
                <w:sz w:val="24"/>
                <w:szCs w:val="24"/>
              </w:rPr>
              <w:br/>
            </w:r>
            <w:r w:rsidRPr="005354C4">
              <w:rPr>
                <w:sz w:val="24"/>
                <w:szCs w:val="24"/>
              </w:rPr>
              <w:br/>
              <w:t>Tanggal: ........................</w:t>
            </w:r>
          </w:p>
        </w:tc>
        <w:tc>
          <w:tcPr>
            <w:tcW w:w="4961" w:type="dxa"/>
            <w:shd w:val="clear" w:color="auto" w:fill="F7FAFC"/>
            <w:tcMar>
              <w:top w:w="90" w:type="dxa"/>
              <w:left w:w="100" w:type="dxa"/>
              <w:bottom w:w="90" w:type="dxa"/>
              <w:right w:w="100" w:type="dxa"/>
            </w:tcMar>
            <w:vAlign w:val="center"/>
          </w:tcPr>
          <w:p w14:paraId="196DC891" w14:textId="77777777" w:rsidR="00514AA9" w:rsidRDefault="00514AA9">
            <w:pPr>
              <w:rPr>
                <w:sz w:val="24"/>
                <w:szCs w:val="24"/>
              </w:rPr>
            </w:pPr>
          </w:p>
          <w:p w14:paraId="4F7D4396" w14:textId="1396C0C4" w:rsidR="00514AA9" w:rsidRDefault="00514AA9">
            <w:pPr>
              <w:rPr>
                <w:sz w:val="24"/>
                <w:szCs w:val="24"/>
              </w:rPr>
            </w:pPr>
            <w:r w:rsidRPr="005354C4">
              <w:rPr>
                <w:sz w:val="24"/>
                <w:szCs w:val="24"/>
              </w:rPr>
              <w:t>(Nama dan tanda tangan)</w:t>
            </w:r>
          </w:p>
          <w:p w14:paraId="047650D9" w14:textId="5663D8B4" w:rsidR="00514AA9" w:rsidRPr="005354C4" w:rsidRDefault="00514AA9">
            <w:pPr>
              <w:rPr>
                <w:sz w:val="24"/>
                <w:szCs w:val="24"/>
              </w:rPr>
            </w:pPr>
            <w:r w:rsidRPr="005354C4">
              <w:rPr>
                <w:sz w:val="24"/>
                <w:szCs w:val="24"/>
              </w:rPr>
              <w:br/>
              <w:t>NIDN/NIP: ........................</w:t>
            </w:r>
            <w:r w:rsidRPr="005354C4">
              <w:rPr>
                <w:sz w:val="24"/>
                <w:szCs w:val="24"/>
              </w:rPr>
              <w:br/>
            </w:r>
            <w:r w:rsidRPr="005354C4">
              <w:rPr>
                <w:sz w:val="24"/>
                <w:szCs w:val="24"/>
              </w:rPr>
              <w:br/>
              <w:t>Tanggal: ........................</w:t>
            </w:r>
          </w:p>
        </w:tc>
      </w:tr>
    </w:tbl>
    <w:p w14:paraId="3801F072" w14:textId="77777777" w:rsidR="002C5E36" w:rsidRPr="005354C4" w:rsidRDefault="002C5E36">
      <w:pPr>
        <w:rPr>
          <w:sz w:val="24"/>
          <w:szCs w:val="24"/>
        </w:rPr>
      </w:pPr>
    </w:p>
    <w:p w14:paraId="0EE65B5E" w14:textId="77777777" w:rsidR="005354C4" w:rsidRDefault="005354C4">
      <w:pPr>
        <w:spacing w:before="160" w:after="120"/>
        <w:rPr>
          <w:b/>
          <w:color w:val="155D8B"/>
          <w:sz w:val="32"/>
        </w:rPr>
      </w:pPr>
    </w:p>
    <w:p w14:paraId="187A1003" w14:textId="77777777" w:rsidR="005354C4" w:rsidRDefault="005354C4">
      <w:pPr>
        <w:spacing w:before="160" w:after="120"/>
        <w:rPr>
          <w:b/>
          <w:color w:val="155D8B"/>
          <w:sz w:val="32"/>
        </w:rPr>
      </w:pPr>
    </w:p>
    <w:p w14:paraId="2B6165C0" w14:textId="77777777" w:rsidR="005354C4" w:rsidRDefault="005354C4">
      <w:pPr>
        <w:spacing w:before="160" w:after="120"/>
        <w:rPr>
          <w:b/>
          <w:color w:val="155D8B"/>
          <w:sz w:val="32"/>
        </w:rPr>
      </w:pPr>
    </w:p>
    <w:p w14:paraId="7686FDD0" w14:textId="77777777" w:rsidR="005354C4" w:rsidRDefault="005354C4">
      <w:pPr>
        <w:spacing w:before="160" w:after="120"/>
        <w:rPr>
          <w:b/>
          <w:color w:val="155D8B"/>
          <w:sz w:val="32"/>
        </w:rPr>
      </w:pPr>
    </w:p>
    <w:p w14:paraId="0260ABEB" w14:textId="77777777" w:rsidR="005354C4" w:rsidRDefault="005354C4">
      <w:pPr>
        <w:spacing w:before="160" w:after="120"/>
        <w:rPr>
          <w:b/>
          <w:color w:val="155D8B"/>
          <w:sz w:val="32"/>
        </w:rPr>
      </w:pPr>
    </w:p>
    <w:p w14:paraId="6B902352" w14:textId="77777777" w:rsidR="005354C4" w:rsidRDefault="005354C4">
      <w:pPr>
        <w:spacing w:before="160" w:after="120"/>
        <w:rPr>
          <w:b/>
          <w:color w:val="155D8B"/>
          <w:sz w:val="32"/>
        </w:rPr>
      </w:pPr>
    </w:p>
    <w:p w14:paraId="2C5B0321" w14:textId="77777777" w:rsidR="005354C4" w:rsidRDefault="005354C4">
      <w:pPr>
        <w:spacing w:before="160" w:after="120"/>
        <w:rPr>
          <w:b/>
          <w:color w:val="155D8B"/>
          <w:sz w:val="32"/>
        </w:rPr>
      </w:pPr>
    </w:p>
    <w:p w14:paraId="548BE68B" w14:textId="77777777" w:rsidR="005354C4" w:rsidRDefault="005354C4">
      <w:pPr>
        <w:spacing w:before="160" w:after="120"/>
        <w:rPr>
          <w:b/>
          <w:color w:val="155D8B"/>
          <w:sz w:val="32"/>
        </w:rPr>
      </w:pPr>
    </w:p>
    <w:p w14:paraId="3BA15779" w14:textId="77777777" w:rsidR="005354C4" w:rsidRDefault="005354C4">
      <w:pPr>
        <w:spacing w:before="160" w:after="120"/>
        <w:rPr>
          <w:b/>
          <w:color w:val="155D8B"/>
          <w:sz w:val="32"/>
        </w:rPr>
      </w:pPr>
    </w:p>
    <w:p w14:paraId="676E7814" w14:textId="77777777" w:rsidR="005354C4" w:rsidRDefault="005354C4">
      <w:pPr>
        <w:spacing w:before="160" w:after="120"/>
        <w:rPr>
          <w:b/>
          <w:color w:val="155D8B"/>
          <w:sz w:val="32"/>
        </w:rPr>
      </w:pPr>
    </w:p>
    <w:p w14:paraId="1BB80CCB" w14:textId="77777777" w:rsidR="005354C4" w:rsidRDefault="005354C4">
      <w:pPr>
        <w:spacing w:before="160" w:after="120"/>
        <w:rPr>
          <w:b/>
          <w:color w:val="155D8B"/>
          <w:sz w:val="32"/>
        </w:rPr>
      </w:pPr>
    </w:p>
    <w:p w14:paraId="50499640" w14:textId="77777777" w:rsidR="00514AA9" w:rsidRDefault="00514AA9">
      <w:pPr>
        <w:spacing w:before="160" w:after="120"/>
        <w:rPr>
          <w:b/>
          <w:color w:val="155D8B"/>
          <w:sz w:val="32"/>
        </w:rPr>
      </w:pPr>
    </w:p>
    <w:p w14:paraId="7D03F9D8" w14:textId="77777777" w:rsidR="005354C4" w:rsidRDefault="005354C4">
      <w:pPr>
        <w:spacing w:before="160" w:after="120"/>
        <w:rPr>
          <w:b/>
          <w:color w:val="155D8B"/>
          <w:sz w:val="32"/>
        </w:rPr>
      </w:pPr>
    </w:p>
    <w:p w14:paraId="3D721104" w14:textId="7ECF97EA" w:rsidR="002C5E36" w:rsidRDefault="00A6483F" w:rsidP="005354C4">
      <w:pPr>
        <w:spacing w:before="160" w:after="120"/>
        <w:jc w:val="center"/>
      </w:pPr>
      <w:r>
        <w:rPr>
          <w:b/>
          <w:color w:val="155D8B"/>
          <w:sz w:val="32"/>
        </w:rPr>
        <w:lastRenderedPageBreak/>
        <w:t>RINGKASAN PROGRAM</w:t>
      </w:r>
    </w:p>
    <w:tbl>
      <w:tblPr>
        <w:tblW w:w="0" w:type="auto"/>
        <w:jc w:val="center"/>
        <w:tblBorders>
          <w:top w:val="single" w:sz="6" w:space="0" w:color="1E9B8A"/>
          <w:left w:val="single" w:sz="6" w:space="0" w:color="1E9B8A"/>
          <w:bottom w:val="single" w:sz="6" w:space="0" w:color="1E9B8A"/>
          <w:right w:val="single" w:sz="6" w:space="0" w:color="1E9B8A"/>
          <w:insideH w:val="single" w:sz="6" w:space="0" w:color="1E9B8A"/>
          <w:insideV w:val="single" w:sz="6" w:space="0" w:color="1E9B8A"/>
        </w:tblBorders>
        <w:tblLayout w:type="fixed"/>
        <w:tblLook w:val="04A0" w:firstRow="1" w:lastRow="0" w:firstColumn="1" w:lastColumn="0" w:noHBand="0" w:noVBand="1"/>
      </w:tblPr>
      <w:tblGrid>
        <w:gridCol w:w="9978"/>
      </w:tblGrid>
      <w:tr w:rsidR="002C5E36" w14:paraId="0DC21959" w14:textId="77777777">
        <w:trPr>
          <w:jc w:val="center"/>
        </w:trPr>
        <w:tc>
          <w:tcPr>
            <w:tcW w:w="9978" w:type="dxa"/>
            <w:shd w:val="clear" w:color="auto" w:fill="DFF3F0"/>
            <w:tcMar>
              <w:top w:w="120" w:type="dxa"/>
              <w:left w:w="160" w:type="dxa"/>
              <w:bottom w:w="120" w:type="dxa"/>
              <w:right w:w="160" w:type="dxa"/>
            </w:tcMar>
          </w:tcPr>
          <w:p w14:paraId="5C03AADB" w14:textId="77777777" w:rsidR="002C5E36" w:rsidRDefault="00A6483F">
            <w:r>
              <w:rPr>
                <w:b/>
                <w:color w:val="1E9B8A"/>
                <w:sz w:val="20"/>
              </w:rPr>
              <w:t>Batasan ringkasan</w:t>
            </w:r>
          </w:p>
          <w:p w14:paraId="13BE7CB0" w14:textId="77777777" w:rsidR="002C5E36" w:rsidRDefault="00A6483F">
            <w:r>
              <w:rPr>
                <w:color w:val="222222"/>
                <w:sz w:val="20"/>
              </w:rPr>
              <w:t xml:space="preserve">Disarankan </w:t>
            </w:r>
            <w:r>
              <w:rPr>
                <w:color w:val="222222"/>
                <w:sz w:val="20"/>
              </w:rPr>
              <w:t>tidak lebih dari 500 kata. Ringkasan menjelaskan masalah utama mitra, solusi, metode pelaksanaan, luaran, indikator keberdayaan mitra, keterkaitan SDGs, posisi dalam roadmap, dan rencana keberlanjutan.</w:t>
            </w:r>
          </w:p>
        </w:tc>
      </w:tr>
    </w:tbl>
    <w:p w14:paraId="6A5321A7" w14:textId="77777777" w:rsidR="002C5E36" w:rsidRDefault="002C5E36"/>
    <w:p w14:paraId="123EF7F6" w14:textId="77777777" w:rsidR="002C5E36" w:rsidRDefault="00A6483F">
      <w:pPr>
        <w:spacing w:after="40"/>
      </w:pPr>
      <w:r>
        <w:rPr>
          <w:b/>
          <w:color w:val="155D8B"/>
        </w:rPr>
        <w:t>Tuliskan ringkasan program di bawah ini:</w:t>
      </w:r>
    </w:p>
    <w:p w14:paraId="14BB4840" w14:textId="77777777" w:rsidR="002C5E36" w:rsidRDefault="00A6483F">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p>
    <w:p w14:paraId="6FCF7558" w14:textId="77777777" w:rsidR="002C5E36" w:rsidRDefault="00A6483F">
      <w:pPr>
        <w:spacing w:before="160" w:after="120"/>
      </w:pPr>
      <w:r>
        <w:rPr>
          <w:b/>
          <w:color w:val="155D8B"/>
          <w:sz w:val="32"/>
        </w:rPr>
        <w:t>A. PENDAHULUAN</w:t>
      </w:r>
    </w:p>
    <w:tbl>
      <w:tblPr>
        <w:tblW w:w="0" w:type="auto"/>
        <w:jc w:val="center"/>
        <w:tblBorders>
          <w:top w:val="single" w:sz="6" w:space="0" w:color="1E9B8A"/>
          <w:left w:val="single" w:sz="6" w:space="0" w:color="1E9B8A"/>
          <w:bottom w:val="single" w:sz="6" w:space="0" w:color="1E9B8A"/>
          <w:right w:val="single" w:sz="6" w:space="0" w:color="1E9B8A"/>
          <w:insideH w:val="single" w:sz="6" w:space="0" w:color="1E9B8A"/>
          <w:insideV w:val="single" w:sz="6" w:space="0" w:color="1E9B8A"/>
        </w:tblBorders>
        <w:tblLayout w:type="fixed"/>
        <w:tblLook w:val="04A0" w:firstRow="1" w:lastRow="0" w:firstColumn="1" w:lastColumn="0" w:noHBand="0" w:noVBand="1"/>
      </w:tblPr>
      <w:tblGrid>
        <w:gridCol w:w="9978"/>
      </w:tblGrid>
      <w:tr w:rsidR="002C5E36" w14:paraId="519BA033" w14:textId="77777777">
        <w:trPr>
          <w:jc w:val="center"/>
        </w:trPr>
        <w:tc>
          <w:tcPr>
            <w:tcW w:w="9978" w:type="dxa"/>
            <w:shd w:val="clear" w:color="auto" w:fill="DFF3F0"/>
            <w:tcMar>
              <w:top w:w="120" w:type="dxa"/>
              <w:left w:w="160" w:type="dxa"/>
              <w:bottom w:w="120" w:type="dxa"/>
              <w:right w:w="160" w:type="dxa"/>
            </w:tcMar>
          </w:tcPr>
          <w:p w14:paraId="04D5B6B8" w14:textId="77777777" w:rsidR="002C5E36" w:rsidRDefault="00A6483F">
            <w:r>
              <w:rPr>
                <w:b/>
                <w:color w:val="1E9B8A"/>
                <w:sz w:val="20"/>
              </w:rPr>
              <w:t>Batasan A. Pendahuluan</w:t>
            </w:r>
          </w:p>
          <w:p w14:paraId="15CF6D2A" w14:textId="77777777" w:rsidR="002C5E36" w:rsidRDefault="00A6483F">
            <w:r>
              <w:rPr>
                <w:color w:val="222222"/>
                <w:sz w:val="20"/>
              </w:rPr>
              <w:t xml:space="preserve">Pendahuluan ditulis tidak lebih dari </w:t>
            </w:r>
            <w:r>
              <w:rPr>
                <w:color w:val="222222"/>
                <w:sz w:val="20"/>
              </w:rPr>
              <w:t>1000 kata, menggunakan Times New Roman 12, spasi 1, kertas A4. Bagian ini memuat analisis situasi dan permasalahan mitra secara komprehensif.</w:t>
            </w:r>
          </w:p>
        </w:tc>
      </w:tr>
    </w:tbl>
    <w:p w14:paraId="5A5DAA5B" w14:textId="77777777" w:rsidR="002C5E36" w:rsidRDefault="002C5E36"/>
    <w:p w14:paraId="565D3921" w14:textId="77777777" w:rsidR="002C5E36" w:rsidRDefault="00A6483F">
      <w:pPr>
        <w:spacing w:before="120"/>
      </w:pPr>
      <w:r>
        <w:rPr>
          <w:b/>
          <w:color w:val="1E9B8A"/>
          <w:sz w:val="26"/>
        </w:rPr>
        <w:t>A.1 Analisis situasi dan kondisi mitra</w:t>
      </w:r>
    </w:p>
    <w:p w14:paraId="5165792F" w14:textId="77777777" w:rsidR="002C5E36" w:rsidRDefault="00A6483F">
      <w:pPr>
        <w:pStyle w:val="ListBullet"/>
        <w:spacing w:after="40"/>
      </w:pPr>
      <w:r>
        <w:t xml:space="preserve">Uraikan kondisi eksisting mitra sasaran dari sisi potensi, </w:t>
      </w:r>
      <w:r>
        <w:t>permasalahan, dan kondisi kewilayahan.</w:t>
      </w:r>
    </w:p>
    <w:p w14:paraId="3CE6E3E1" w14:textId="77777777" w:rsidR="002C5E36" w:rsidRDefault="00A6483F">
      <w:pPr>
        <w:pStyle w:val="ListBullet"/>
        <w:spacing w:after="40"/>
      </w:pPr>
      <w:r>
        <w:t>Dukung uraian dengan profil mitra, data awal, foto/gambar kondisi lapangan, peta lokasi, atau tabel pendukung.</w:t>
      </w:r>
    </w:p>
    <w:p w14:paraId="00C1067C" w14:textId="77777777" w:rsidR="002C5E36" w:rsidRDefault="00A6483F">
      <w:pPr>
        <w:pStyle w:val="ListBullet"/>
        <w:spacing w:after="40"/>
      </w:pPr>
      <w:r>
        <w:t>Untuk mitra ekonomi produktif, jelaskan bahan, produksi, proses, produk/jasa, spesifikasi/mutu, distribusi</w:t>
      </w:r>
      <w:r>
        <w:t>, manajemen, pemasaran, harga jual, konsumen, dan sarana.</w:t>
      </w:r>
    </w:p>
    <w:p w14:paraId="08226B10" w14:textId="77777777" w:rsidR="002C5E36" w:rsidRDefault="00A6483F">
      <w:pPr>
        <w:pStyle w:val="ListBullet"/>
        <w:spacing w:after="40"/>
      </w:pPr>
      <w:r>
        <w:t>Untuk mitra nonproduktif, jelaskan aspek sosial ekonomi kemasyarakatan serta aksesibilitas layanan/fasilitas yang dimiliki.</w:t>
      </w:r>
    </w:p>
    <w:p w14:paraId="2B71F824" w14:textId="77777777" w:rsidR="002C5E36" w:rsidRDefault="00A6483F">
      <w:pPr>
        <w:spacing w:after="40"/>
      </w:pPr>
      <w:r>
        <w:rPr>
          <w:b/>
          <w:color w:val="155D8B"/>
        </w:rPr>
        <w:t>Ruang pengisian A.1:</w:t>
      </w:r>
    </w:p>
    <w:p w14:paraId="4E494C50" w14:textId="77777777" w:rsidR="002C5E36" w:rsidRDefault="00A6483F">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p>
    <w:p w14:paraId="6D018957" w14:textId="77777777" w:rsidR="002C5E36" w:rsidRDefault="00A6483F">
      <w:pPr>
        <w:spacing w:before="120"/>
      </w:pPr>
      <w:r>
        <w:rPr>
          <w:b/>
          <w:color w:val="1E9B8A"/>
          <w:sz w:val="26"/>
        </w:rPr>
        <w:t>A.2 Tujuan dan keterkaitan program</w:t>
      </w:r>
    </w:p>
    <w:p w14:paraId="6EFEC2E4" w14:textId="77777777" w:rsidR="002C5E36" w:rsidRDefault="00A6483F">
      <w:pPr>
        <w:pStyle w:val="ListBullet"/>
        <w:spacing w:after="40"/>
      </w:pPr>
      <w:r>
        <w:t>Jelaskan tujuan pelaksanaan PkM dan kaitannya dengan Renstra PkM UBT.</w:t>
      </w:r>
    </w:p>
    <w:p w14:paraId="3E87A16F" w14:textId="77777777" w:rsidR="002C5E36" w:rsidRDefault="00A6483F">
      <w:pPr>
        <w:pStyle w:val="ListBullet"/>
        <w:spacing w:after="40"/>
      </w:pPr>
      <w:r>
        <w:t>Jela</w:t>
      </w:r>
      <w:r>
        <w:t>skan hubungan program dengan SDGs, IKU, Asta Cita, bidang fokus RIRN, serta bidang fokus PkM Prodi UBT yang dipilih.</w:t>
      </w:r>
    </w:p>
    <w:p w14:paraId="7448FBDC" w14:textId="77777777" w:rsidR="002C5E36" w:rsidRDefault="00A6483F">
      <w:pPr>
        <w:pStyle w:val="ListBullet"/>
        <w:spacing w:after="40"/>
      </w:pPr>
      <w:r>
        <w:lastRenderedPageBreak/>
        <w:t>Jika menggunakan lokus bersama, jelaskan alasan mitra membutuhkan pendekatan lintas prodi atau lintas fakultas.</w:t>
      </w:r>
    </w:p>
    <w:p w14:paraId="2EF30D46" w14:textId="77777777" w:rsidR="002C5E36" w:rsidRDefault="00A6483F">
      <w:pPr>
        <w:pStyle w:val="ListBullet"/>
        <w:spacing w:after="40"/>
      </w:pPr>
      <w:r>
        <w:t>Jelaskan posisi usulan dala</w:t>
      </w:r>
      <w:r>
        <w:t>m roadmap PkM Prodi 3-5 tahun, termasuk apakah kegiatan ini merupakan tahap pemetaan/pilot, penguatan model, pengembangan luaran, replikasi, atau pelembagaan program unggulan prodi.</w:t>
      </w:r>
    </w:p>
    <w:p w14:paraId="3D511511" w14:textId="77777777" w:rsidR="002C5E36" w:rsidRDefault="00A6483F">
      <w:pPr>
        <w:spacing w:after="40"/>
      </w:pPr>
      <w:r>
        <w:rPr>
          <w:b/>
          <w:color w:val="155D8B"/>
        </w:rPr>
        <w:t>Ruang pengisian A.2:</w:t>
      </w:r>
    </w:p>
    <w:p w14:paraId="6AA1F076" w14:textId="77777777" w:rsidR="002C5E36" w:rsidRDefault="00A6483F">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p>
    <w:p w14:paraId="6192BD0D" w14:textId="77777777" w:rsidR="002C5E36" w:rsidRDefault="00A6483F">
      <w:pPr>
        <w:spacing w:before="160" w:after="120"/>
      </w:pPr>
      <w:r>
        <w:rPr>
          <w:b/>
          <w:color w:val="155D8B"/>
          <w:sz w:val="32"/>
        </w:rPr>
        <w:t>B. PERMASALAHAN DAN SOLUSI</w:t>
      </w:r>
    </w:p>
    <w:p w14:paraId="556B81ED" w14:textId="77777777" w:rsidR="002C5E36" w:rsidRDefault="00A6483F">
      <w:pPr>
        <w:spacing w:before="120"/>
      </w:pPr>
      <w:r>
        <w:rPr>
          <w:b/>
          <w:color w:val="1E9B8A"/>
          <w:sz w:val="26"/>
        </w:rPr>
        <w:t>B.1 Permasalahan Prioritas</w:t>
      </w:r>
    </w:p>
    <w:tbl>
      <w:tblPr>
        <w:tblW w:w="0" w:type="auto"/>
        <w:jc w:val="center"/>
        <w:tblBorders>
          <w:top w:val="single" w:sz="6" w:space="0" w:color="E8A05A"/>
          <w:left w:val="single" w:sz="6" w:space="0" w:color="E8A05A"/>
          <w:bottom w:val="single" w:sz="6" w:space="0" w:color="E8A05A"/>
          <w:right w:val="single" w:sz="6" w:space="0" w:color="E8A05A"/>
          <w:insideH w:val="single" w:sz="6" w:space="0" w:color="E8A05A"/>
          <w:insideV w:val="single" w:sz="6" w:space="0" w:color="E8A05A"/>
        </w:tblBorders>
        <w:tblLayout w:type="fixed"/>
        <w:tblLook w:val="04A0" w:firstRow="1" w:lastRow="0" w:firstColumn="1" w:lastColumn="0" w:noHBand="0" w:noVBand="1"/>
      </w:tblPr>
      <w:tblGrid>
        <w:gridCol w:w="9978"/>
      </w:tblGrid>
      <w:tr w:rsidR="002C5E36" w14:paraId="3AFEB8DF" w14:textId="77777777">
        <w:trPr>
          <w:jc w:val="center"/>
        </w:trPr>
        <w:tc>
          <w:tcPr>
            <w:tcW w:w="9978" w:type="dxa"/>
            <w:shd w:val="clear" w:color="auto" w:fill="FFF4E6"/>
            <w:tcMar>
              <w:top w:w="120" w:type="dxa"/>
              <w:left w:w="160" w:type="dxa"/>
              <w:bottom w:w="120" w:type="dxa"/>
              <w:right w:w="160" w:type="dxa"/>
            </w:tcMar>
          </w:tcPr>
          <w:p w14:paraId="186431A6" w14:textId="77777777" w:rsidR="002C5E36" w:rsidRDefault="00A6483F">
            <w:r>
              <w:rPr>
                <w:b/>
                <w:color w:val="E8A05A"/>
                <w:sz w:val="20"/>
              </w:rPr>
              <w:t>Batasan B.1</w:t>
            </w:r>
          </w:p>
          <w:p w14:paraId="56D16AE5" w14:textId="77777777" w:rsidR="002C5E36" w:rsidRDefault="00A6483F">
            <w:r>
              <w:rPr>
                <w:color w:val="222222"/>
                <w:sz w:val="20"/>
              </w:rPr>
              <w:t>Permasalahan prioritas dituli</w:t>
            </w:r>
            <w:r>
              <w:rPr>
                <w:color w:val="222222"/>
                <w:sz w:val="20"/>
              </w:rPr>
              <w:t>s tidak lebih dari 500 kata. Uraikan minimal 1 aspek kegiatan untuk setiap mitra sasaran, disepakati bersama mitra, dan dilengkapi sub-permasalahan yang akan diberi solusi.</w:t>
            </w:r>
          </w:p>
        </w:tc>
      </w:tr>
    </w:tbl>
    <w:p w14:paraId="59070925" w14:textId="77777777" w:rsidR="002C5E36" w:rsidRDefault="002C5E36"/>
    <w:p w14:paraId="7DF6AAE0" w14:textId="77777777" w:rsidR="002C5E36" w:rsidRDefault="00A6483F">
      <w:pPr>
        <w:pStyle w:val="ListBullet"/>
        <w:spacing w:after="40"/>
      </w:pPr>
      <w:r>
        <w:t xml:space="preserve">Untuk masyarakat produktif secara ekonomi: masalah dapat meliputi </w:t>
      </w:r>
      <w:r>
        <w:t>produksi, manajemen usaha, dan pemasaran.</w:t>
      </w:r>
    </w:p>
    <w:p w14:paraId="7B065CCA" w14:textId="77777777" w:rsidR="002C5E36" w:rsidRDefault="00A6483F">
      <w:pPr>
        <w:pStyle w:val="ListBullet"/>
        <w:spacing w:after="40"/>
      </w:pPr>
      <w:r>
        <w:t>Untuk kelompok masyarakat nonproduktif secara ekonomi/sosial: masalah dapat berupa peningkatan layanan, ketenteraman, fasilitas layanan, sosial, budaya, ekonomi, keamanan, kesehatan, pendidikan, hukum, konflik sosi</w:t>
      </w:r>
      <w:r>
        <w:t>al, akses air bersih, literasi, dan lain-lain.</w:t>
      </w:r>
    </w:p>
    <w:p w14:paraId="3E22B6AE" w14:textId="77777777" w:rsidR="002C5E36" w:rsidRDefault="00A6483F">
      <w:pPr>
        <w:pStyle w:val="ListBullet"/>
        <w:spacing w:after="40"/>
      </w:pPr>
      <w:r>
        <w:t>Jelaskan dampak sosial-ekonomi dan manfaat program bagi kebutuhan masyarakat luas.</w:t>
      </w:r>
    </w:p>
    <w:p w14:paraId="54C71072" w14:textId="77777777" w:rsidR="002C5E36" w:rsidRDefault="00A6483F">
      <w:pPr>
        <w:spacing w:after="40"/>
      </w:pPr>
      <w:r>
        <w:rPr>
          <w:b/>
          <w:color w:val="155D8B"/>
        </w:rPr>
        <w:t>Tabel pemetaan masalah prioritas</w:t>
      </w:r>
    </w:p>
    <w:tbl>
      <w:tblPr>
        <w:tblStyle w:val="TableGrid"/>
        <w:tblW w:w="10405"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633"/>
        <w:gridCol w:w="1996"/>
        <w:gridCol w:w="2592"/>
        <w:gridCol w:w="2448"/>
        <w:gridCol w:w="2736"/>
      </w:tblGrid>
      <w:tr w:rsidR="002C5E36" w14:paraId="672107D6" w14:textId="77777777" w:rsidTr="005354C4">
        <w:trPr>
          <w:tblHeader/>
          <w:jc w:val="center"/>
        </w:trPr>
        <w:tc>
          <w:tcPr>
            <w:tcW w:w="633" w:type="dxa"/>
            <w:shd w:val="clear" w:color="auto" w:fill="1E9B8A"/>
            <w:tcMar>
              <w:top w:w="100" w:type="dxa"/>
              <w:left w:w="100" w:type="dxa"/>
              <w:bottom w:w="100" w:type="dxa"/>
              <w:right w:w="100" w:type="dxa"/>
            </w:tcMar>
            <w:vAlign w:val="center"/>
          </w:tcPr>
          <w:p w14:paraId="73CEBA15" w14:textId="77777777" w:rsidR="002C5E36" w:rsidRDefault="00A6483F">
            <w:pPr>
              <w:jc w:val="center"/>
            </w:pPr>
            <w:r>
              <w:rPr>
                <w:b/>
                <w:color w:val="FFFFFF"/>
                <w:sz w:val="16"/>
              </w:rPr>
              <w:t>No</w:t>
            </w:r>
          </w:p>
        </w:tc>
        <w:tc>
          <w:tcPr>
            <w:tcW w:w="1996" w:type="dxa"/>
            <w:shd w:val="clear" w:color="auto" w:fill="1E9B8A"/>
            <w:tcMar>
              <w:top w:w="100" w:type="dxa"/>
              <w:left w:w="100" w:type="dxa"/>
              <w:bottom w:w="100" w:type="dxa"/>
              <w:right w:w="100" w:type="dxa"/>
            </w:tcMar>
            <w:vAlign w:val="center"/>
          </w:tcPr>
          <w:p w14:paraId="5CC59B35" w14:textId="77777777" w:rsidR="002C5E36" w:rsidRDefault="00A6483F">
            <w:pPr>
              <w:jc w:val="center"/>
            </w:pPr>
            <w:r>
              <w:rPr>
                <w:b/>
                <w:color w:val="FFFFFF"/>
                <w:sz w:val="16"/>
              </w:rPr>
              <w:t>Mitra/Aspek</w:t>
            </w:r>
          </w:p>
        </w:tc>
        <w:tc>
          <w:tcPr>
            <w:tcW w:w="2592" w:type="dxa"/>
            <w:shd w:val="clear" w:color="auto" w:fill="1E9B8A"/>
            <w:tcMar>
              <w:top w:w="100" w:type="dxa"/>
              <w:left w:w="100" w:type="dxa"/>
              <w:bottom w:w="100" w:type="dxa"/>
              <w:right w:w="100" w:type="dxa"/>
            </w:tcMar>
            <w:vAlign w:val="center"/>
          </w:tcPr>
          <w:p w14:paraId="23E02988" w14:textId="77777777" w:rsidR="002C5E36" w:rsidRDefault="00A6483F">
            <w:pPr>
              <w:jc w:val="center"/>
            </w:pPr>
            <w:r>
              <w:rPr>
                <w:b/>
                <w:color w:val="FFFFFF"/>
                <w:sz w:val="16"/>
              </w:rPr>
              <w:t>Masalah Prioritas</w:t>
            </w:r>
          </w:p>
        </w:tc>
        <w:tc>
          <w:tcPr>
            <w:tcW w:w="2448" w:type="dxa"/>
            <w:shd w:val="clear" w:color="auto" w:fill="1E9B8A"/>
            <w:tcMar>
              <w:top w:w="100" w:type="dxa"/>
              <w:left w:w="100" w:type="dxa"/>
              <w:bottom w:w="100" w:type="dxa"/>
              <w:right w:w="100" w:type="dxa"/>
            </w:tcMar>
            <w:vAlign w:val="center"/>
          </w:tcPr>
          <w:p w14:paraId="69A601BF" w14:textId="77777777" w:rsidR="002C5E36" w:rsidRDefault="00A6483F">
            <w:pPr>
              <w:jc w:val="center"/>
            </w:pPr>
            <w:r>
              <w:rPr>
                <w:b/>
                <w:color w:val="FFFFFF"/>
                <w:sz w:val="16"/>
              </w:rPr>
              <w:t>Data/Baseline</w:t>
            </w:r>
          </w:p>
        </w:tc>
        <w:tc>
          <w:tcPr>
            <w:tcW w:w="2736" w:type="dxa"/>
            <w:shd w:val="clear" w:color="auto" w:fill="1E9B8A"/>
            <w:tcMar>
              <w:top w:w="100" w:type="dxa"/>
              <w:left w:w="100" w:type="dxa"/>
              <w:bottom w:w="100" w:type="dxa"/>
              <w:right w:w="100" w:type="dxa"/>
            </w:tcMar>
            <w:vAlign w:val="center"/>
          </w:tcPr>
          <w:p w14:paraId="209DF732" w14:textId="77777777" w:rsidR="002C5E36" w:rsidRDefault="00A6483F">
            <w:pPr>
              <w:jc w:val="center"/>
            </w:pPr>
            <w:r>
              <w:rPr>
                <w:b/>
                <w:color w:val="FFFFFF"/>
                <w:sz w:val="16"/>
              </w:rPr>
              <w:t>Dampak Jika Tidak Ditangani</w:t>
            </w:r>
          </w:p>
        </w:tc>
      </w:tr>
      <w:tr w:rsidR="002C5E36" w14:paraId="25F59C13" w14:textId="77777777" w:rsidTr="005354C4">
        <w:trPr>
          <w:jc w:val="center"/>
        </w:trPr>
        <w:tc>
          <w:tcPr>
            <w:tcW w:w="633" w:type="dxa"/>
            <w:shd w:val="clear" w:color="auto" w:fill="F7FAFC"/>
            <w:tcMar>
              <w:top w:w="90" w:type="dxa"/>
              <w:left w:w="100" w:type="dxa"/>
              <w:bottom w:w="90" w:type="dxa"/>
              <w:right w:w="100" w:type="dxa"/>
            </w:tcMar>
            <w:vAlign w:val="center"/>
          </w:tcPr>
          <w:p w14:paraId="7936924D" w14:textId="77777777" w:rsidR="002C5E36" w:rsidRDefault="00A6483F">
            <w:pPr>
              <w:jc w:val="center"/>
            </w:pPr>
            <w:r>
              <w:rPr>
                <w:sz w:val="16"/>
              </w:rPr>
              <w:t>1</w:t>
            </w:r>
          </w:p>
        </w:tc>
        <w:tc>
          <w:tcPr>
            <w:tcW w:w="1996" w:type="dxa"/>
            <w:shd w:val="clear" w:color="auto" w:fill="F7FAFC"/>
            <w:tcMar>
              <w:top w:w="90" w:type="dxa"/>
              <w:left w:w="100" w:type="dxa"/>
              <w:bottom w:w="90" w:type="dxa"/>
              <w:right w:w="100" w:type="dxa"/>
            </w:tcMar>
            <w:vAlign w:val="center"/>
          </w:tcPr>
          <w:p w14:paraId="3D9793F3" w14:textId="77777777" w:rsidR="002C5E36" w:rsidRDefault="00A6483F">
            <w:pPr>
              <w:jc w:val="center"/>
            </w:pPr>
            <w:r>
              <w:rPr>
                <w:sz w:val="16"/>
              </w:rPr>
              <w:t>[Isi]</w:t>
            </w:r>
          </w:p>
        </w:tc>
        <w:tc>
          <w:tcPr>
            <w:tcW w:w="2592" w:type="dxa"/>
            <w:shd w:val="clear" w:color="auto" w:fill="F7FAFC"/>
            <w:tcMar>
              <w:top w:w="90" w:type="dxa"/>
              <w:left w:w="100" w:type="dxa"/>
              <w:bottom w:w="90" w:type="dxa"/>
              <w:right w:w="100" w:type="dxa"/>
            </w:tcMar>
            <w:vAlign w:val="center"/>
          </w:tcPr>
          <w:p w14:paraId="7B13B467" w14:textId="77777777" w:rsidR="002C5E36" w:rsidRDefault="00A6483F">
            <w:pPr>
              <w:jc w:val="center"/>
            </w:pPr>
            <w:r>
              <w:rPr>
                <w:sz w:val="16"/>
              </w:rPr>
              <w:t>[Isi]</w:t>
            </w:r>
          </w:p>
        </w:tc>
        <w:tc>
          <w:tcPr>
            <w:tcW w:w="2448" w:type="dxa"/>
            <w:shd w:val="clear" w:color="auto" w:fill="F7FAFC"/>
            <w:tcMar>
              <w:top w:w="90" w:type="dxa"/>
              <w:left w:w="100" w:type="dxa"/>
              <w:bottom w:w="90" w:type="dxa"/>
              <w:right w:w="100" w:type="dxa"/>
            </w:tcMar>
            <w:vAlign w:val="center"/>
          </w:tcPr>
          <w:p w14:paraId="3DFCDF89" w14:textId="77777777" w:rsidR="002C5E36" w:rsidRDefault="00A6483F">
            <w:pPr>
              <w:jc w:val="center"/>
            </w:pPr>
            <w:r>
              <w:rPr>
                <w:sz w:val="16"/>
              </w:rPr>
              <w:t>[Isi]</w:t>
            </w:r>
          </w:p>
        </w:tc>
        <w:tc>
          <w:tcPr>
            <w:tcW w:w="2736" w:type="dxa"/>
            <w:shd w:val="clear" w:color="auto" w:fill="F7FAFC"/>
            <w:tcMar>
              <w:top w:w="90" w:type="dxa"/>
              <w:left w:w="100" w:type="dxa"/>
              <w:bottom w:w="90" w:type="dxa"/>
              <w:right w:w="100" w:type="dxa"/>
            </w:tcMar>
            <w:vAlign w:val="center"/>
          </w:tcPr>
          <w:p w14:paraId="29185806" w14:textId="77777777" w:rsidR="002C5E36" w:rsidRDefault="00A6483F">
            <w:pPr>
              <w:jc w:val="center"/>
            </w:pPr>
            <w:r>
              <w:rPr>
                <w:sz w:val="16"/>
              </w:rPr>
              <w:t>[Isi]</w:t>
            </w:r>
          </w:p>
        </w:tc>
      </w:tr>
      <w:tr w:rsidR="002C5E36" w14:paraId="47B3171F" w14:textId="77777777" w:rsidTr="005354C4">
        <w:trPr>
          <w:jc w:val="center"/>
        </w:trPr>
        <w:tc>
          <w:tcPr>
            <w:tcW w:w="633" w:type="dxa"/>
            <w:tcMar>
              <w:top w:w="90" w:type="dxa"/>
              <w:left w:w="100" w:type="dxa"/>
              <w:bottom w:w="90" w:type="dxa"/>
              <w:right w:w="100" w:type="dxa"/>
            </w:tcMar>
            <w:vAlign w:val="center"/>
          </w:tcPr>
          <w:p w14:paraId="5A7139BA" w14:textId="77777777" w:rsidR="002C5E36" w:rsidRDefault="00A6483F">
            <w:pPr>
              <w:jc w:val="center"/>
            </w:pPr>
            <w:r>
              <w:rPr>
                <w:sz w:val="16"/>
              </w:rPr>
              <w:t>2</w:t>
            </w:r>
          </w:p>
        </w:tc>
        <w:tc>
          <w:tcPr>
            <w:tcW w:w="1996" w:type="dxa"/>
            <w:tcMar>
              <w:top w:w="90" w:type="dxa"/>
              <w:left w:w="100" w:type="dxa"/>
              <w:bottom w:w="90" w:type="dxa"/>
              <w:right w:w="100" w:type="dxa"/>
            </w:tcMar>
            <w:vAlign w:val="center"/>
          </w:tcPr>
          <w:p w14:paraId="44C07095" w14:textId="77777777" w:rsidR="002C5E36" w:rsidRDefault="00A6483F">
            <w:pPr>
              <w:jc w:val="center"/>
            </w:pPr>
            <w:r>
              <w:rPr>
                <w:sz w:val="16"/>
              </w:rPr>
              <w:t>[Isi]</w:t>
            </w:r>
          </w:p>
        </w:tc>
        <w:tc>
          <w:tcPr>
            <w:tcW w:w="2592" w:type="dxa"/>
            <w:tcMar>
              <w:top w:w="90" w:type="dxa"/>
              <w:left w:w="100" w:type="dxa"/>
              <w:bottom w:w="90" w:type="dxa"/>
              <w:right w:w="100" w:type="dxa"/>
            </w:tcMar>
            <w:vAlign w:val="center"/>
          </w:tcPr>
          <w:p w14:paraId="25ABE011" w14:textId="77777777" w:rsidR="002C5E36" w:rsidRDefault="00A6483F">
            <w:pPr>
              <w:jc w:val="center"/>
            </w:pPr>
            <w:r>
              <w:rPr>
                <w:sz w:val="16"/>
              </w:rPr>
              <w:t>[Isi]</w:t>
            </w:r>
          </w:p>
        </w:tc>
        <w:tc>
          <w:tcPr>
            <w:tcW w:w="2448" w:type="dxa"/>
            <w:tcMar>
              <w:top w:w="90" w:type="dxa"/>
              <w:left w:w="100" w:type="dxa"/>
              <w:bottom w:w="90" w:type="dxa"/>
              <w:right w:w="100" w:type="dxa"/>
            </w:tcMar>
            <w:vAlign w:val="center"/>
          </w:tcPr>
          <w:p w14:paraId="4DBFC125" w14:textId="77777777" w:rsidR="002C5E36" w:rsidRDefault="00A6483F">
            <w:pPr>
              <w:jc w:val="center"/>
            </w:pPr>
            <w:r>
              <w:rPr>
                <w:sz w:val="16"/>
              </w:rPr>
              <w:t>[Isi]</w:t>
            </w:r>
          </w:p>
        </w:tc>
        <w:tc>
          <w:tcPr>
            <w:tcW w:w="2736" w:type="dxa"/>
            <w:tcMar>
              <w:top w:w="90" w:type="dxa"/>
              <w:left w:w="100" w:type="dxa"/>
              <w:bottom w:w="90" w:type="dxa"/>
              <w:right w:w="100" w:type="dxa"/>
            </w:tcMar>
            <w:vAlign w:val="center"/>
          </w:tcPr>
          <w:p w14:paraId="50618188" w14:textId="77777777" w:rsidR="002C5E36" w:rsidRDefault="00A6483F">
            <w:pPr>
              <w:jc w:val="center"/>
            </w:pPr>
            <w:r>
              <w:rPr>
                <w:sz w:val="16"/>
              </w:rPr>
              <w:t>[Isi]</w:t>
            </w:r>
          </w:p>
        </w:tc>
      </w:tr>
      <w:tr w:rsidR="002C5E36" w14:paraId="46875415" w14:textId="77777777" w:rsidTr="005354C4">
        <w:trPr>
          <w:jc w:val="center"/>
        </w:trPr>
        <w:tc>
          <w:tcPr>
            <w:tcW w:w="633" w:type="dxa"/>
            <w:shd w:val="clear" w:color="auto" w:fill="F7FAFC"/>
            <w:tcMar>
              <w:top w:w="90" w:type="dxa"/>
              <w:left w:w="100" w:type="dxa"/>
              <w:bottom w:w="90" w:type="dxa"/>
              <w:right w:w="100" w:type="dxa"/>
            </w:tcMar>
            <w:vAlign w:val="center"/>
          </w:tcPr>
          <w:p w14:paraId="3C8ADC80" w14:textId="77777777" w:rsidR="002C5E36" w:rsidRDefault="00A6483F">
            <w:pPr>
              <w:jc w:val="center"/>
            </w:pPr>
            <w:r>
              <w:rPr>
                <w:sz w:val="16"/>
              </w:rPr>
              <w:t>3</w:t>
            </w:r>
          </w:p>
        </w:tc>
        <w:tc>
          <w:tcPr>
            <w:tcW w:w="1996" w:type="dxa"/>
            <w:shd w:val="clear" w:color="auto" w:fill="F7FAFC"/>
            <w:tcMar>
              <w:top w:w="90" w:type="dxa"/>
              <w:left w:w="100" w:type="dxa"/>
              <w:bottom w:w="90" w:type="dxa"/>
              <w:right w:w="100" w:type="dxa"/>
            </w:tcMar>
            <w:vAlign w:val="center"/>
          </w:tcPr>
          <w:p w14:paraId="3639E4FB" w14:textId="77777777" w:rsidR="002C5E36" w:rsidRDefault="00A6483F">
            <w:pPr>
              <w:jc w:val="center"/>
            </w:pPr>
            <w:r>
              <w:rPr>
                <w:sz w:val="16"/>
              </w:rPr>
              <w:t>[Isi]</w:t>
            </w:r>
          </w:p>
        </w:tc>
        <w:tc>
          <w:tcPr>
            <w:tcW w:w="2592" w:type="dxa"/>
            <w:shd w:val="clear" w:color="auto" w:fill="F7FAFC"/>
            <w:tcMar>
              <w:top w:w="90" w:type="dxa"/>
              <w:left w:w="100" w:type="dxa"/>
              <w:bottom w:w="90" w:type="dxa"/>
              <w:right w:w="100" w:type="dxa"/>
            </w:tcMar>
            <w:vAlign w:val="center"/>
          </w:tcPr>
          <w:p w14:paraId="661239CA" w14:textId="77777777" w:rsidR="002C5E36" w:rsidRDefault="00A6483F">
            <w:pPr>
              <w:jc w:val="center"/>
            </w:pPr>
            <w:r>
              <w:rPr>
                <w:sz w:val="16"/>
              </w:rPr>
              <w:t>[Isi]</w:t>
            </w:r>
          </w:p>
        </w:tc>
        <w:tc>
          <w:tcPr>
            <w:tcW w:w="2448" w:type="dxa"/>
            <w:shd w:val="clear" w:color="auto" w:fill="F7FAFC"/>
            <w:tcMar>
              <w:top w:w="90" w:type="dxa"/>
              <w:left w:w="100" w:type="dxa"/>
              <w:bottom w:w="90" w:type="dxa"/>
              <w:right w:w="100" w:type="dxa"/>
            </w:tcMar>
            <w:vAlign w:val="center"/>
          </w:tcPr>
          <w:p w14:paraId="643FD498" w14:textId="77777777" w:rsidR="002C5E36" w:rsidRDefault="00A6483F">
            <w:pPr>
              <w:jc w:val="center"/>
            </w:pPr>
            <w:r>
              <w:rPr>
                <w:sz w:val="16"/>
              </w:rPr>
              <w:t>[Isi]</w:t>
            </w:r>
          </w:p>
        </w:tc>
        <w:tc>
          <w:tcPr>
            <w:tcW w:w="2736" w:type="dxa"/>
            <w:shd w:val="clear" w:color="auto" w:fill="F7FAFC"/>
            <w:tcMar>
              <w:top w:w="90" w:type="dxa"/>
              <w:left w:w="100" w:type="dxa"/>
              <w:bottom w:w="90" w:type="dxa"/>
              <w:right w:w="100" w:type="dxa"/>
            </w:tcMar>
            <w:vAlign w:val="center"/>
          </w:tcPr>
          <w:p w14:paraId="7FCBBFBB" w14:textId="77777777" w:rsidR="002C5E36" w:rsidRDefault="00A6483F">
            <w:pPr>
              <w:jc w:val="center"/>
            </w:pPr>
            <w:r>
              <w:rPr>
                <w:sz w:val="16"/>
              </w:rPr>
              <w:t>[Isi]</w:t>
            </w:r>
          </w:p>
        </w:tc>
      </w:tr>
      <w:tr w:rsidR="002C5E36" w14:paraId="0EAD5727" w14:textId="77777777" w:rsidTr="005354C4">
        <w:trPr>
          <w:jc w:val="center"/>
        </w:trPr>
        <w:tc>
          <w:tcPr>
            <w:tcW w:w="633" w:type="dxa"/>
            <w:tcMar>
              <w:top w:w="90" w:type="dxa"/>
              <w:left w:w="100" w:type="dxa"/>
              <w:bottom w:w="90" w:type="dxa"/>
              <w:right w:w="100" w:type="dxa"/>
            </w:tcMar>
            <w:vAlign w:val="center"/>
          </w:tcPr>
          <w:p w14:paraId="50B179E0" w14:textId="77777777" w:rsidR="002C5E36" w:rsidRDefault="00A6483F">
            <w:pPr>
              <w:jc w:val="center"/>
            </w:pPr>
            <w:r>
              <w:rPr>
                <w:sz w:val="16"/>
              </w:rPr>
              <w:t>4</w:t>
            </w:r>
          </w:p>
        </w:tc>
        <w:tc>
          <w:tcPr>
            <w:tcW w:w="1996" w:type="dxa"/>
            <w:tcMar>
              <w:top w:w="90" w:type="dxa"/>
              <w:left w:w="100" w:type="dxa"/>
              <w:bottom w:w="90" w:type="dxa"/>
              <w:right w:w="100" w:type="dxa"/>
            </w:tcMar>
            <w:vAlign w:val="center"/>
          </w:tcPr>
          <w:p w14:paraId="439D74D2" w14:textId="77777777" w:rsidR="002C5E36" w:rsidRDefault="00A6483F">
            <w:pPr>
              <w:jc w:val="center"/>
            </w:pPr>
            <w:r>
              <w:rPr>
                <w:sz w:val="16"/>
              </w:rPr>
              <w:t>[Isi]</w:t>
            </w:r>
          </w:p>
        </w:tc>
        <w:tc>
          <w:tcPr>
            <w:tcW w:w="2592" w:type="dxa"/>
            <w:tcMar>
              <w:top w:w="90" w:type="dxa"/>
              <w:left w:w="100" w:type="dxa"/>
              <w:bottom w:w="90" w:type="dxa"/>
              <w:right w:w="100" w:type="dxa"/>
            </w:tcMar>
            <w:vAlign w:val="center"/>
          </w:tcPr>
          <w:p w14:paraId="0A976C17" w14:textId="77777777" w:rsidR="002C5E36" w:rsidRDefault="00A6483F">
            <w:pPr>
              <w:jc w:val="center"/>
            </w:pPr>
            <w:r>
              <w:rPr>
                <w:sz w:val="16"/>
              </w:rPr>
              <w:t>[Isi]</w:t>
            </w:r>
          </w:p>
        </w:tc>
        <w:tc>
          <w:tcPr>
            <w:tcW w:w="2448" w:type="dxa"/>
            <w:tcMar>
              <w:top w:w="90" w:type="dxa"/>
              <w:left w:w="100" w:type="dxa"/>
              <w:bottom w:w="90" w:type="dxa"/>
              <w:right w:w="100" w:type="dxa"/>
            </w:tcMar>
            <w:vAlign w:val="center"/>
          </w:tcPr>
          <w:p w14:paraId="6E1A72FD" w14:textId="77777777" w:rsidR="002C5E36" w:rsidRDefault="00A6483F">
            <w:pPr>
              <w:jc w:val="center"/>
            </w:pPr>
            <w:r>
              <w:rPr>
                <w:sz w:val="16"/>
              </w:rPr>
              <w:t>[Isi]</w:t>
            </w:r>
          </w:p>
        </w:tc>
        <w:tc>
          <w:tcPr>
            <w:tcW w:w="2736" w:type="dxa"/>
            <w:tcMar>
              <w:top w:w="90" w:type="dxa"/>
              <w:left w:w="100" w:type="dxa"/>
              <w:bottom w:w="90" w:type="dxa"/>
              <w:right w:w="100" w:type="dxa"/>
            </w:tcMar>
            <w:vAlign w:val="center"/>
          </w:tcPr>
          <w:p w14:paraId="07BA3C70" w14:textId="77777777" w:rsidR="002C5E36" w:rsidRDefault="00A6483F">
            <w:pPr>
              <w:jc w:val="center"/>
            </w:pPr>
            <w:r>
              <w:rPr>
                <w:sz w:val="16"/>
              </w:rPr>
              <w:t>[Isi]</w:t>
            </w:r>
          </w:p>
        </w:tc>
      </w:tr>
    </w:tbl>
    <w:p w14:paraId="2AF52B11" w14:textId="77777777" w:rsidR="002C5E36" w:rsidRDefault="002C5E36"/>
    <w:p w14:paraId="1A81F1FC" w14:textId="77777777" w:rsidR="002C5E36" w:rsidRDefault="00A6483F">
      <w:pPr>
        <w:spacing w:after="40"/>
      </w:pPr>
      <w:r>
        <w:rPr>
          <w:b/>
          <w:color w:val="155D8B"/>
        </w:rPr>
        <w:t>Uraian naratif masalah prioritas:</w:t>
      </w:r>
    </w:p>
    <w:p w14:paraId="062D1CFA" w14:textId="77777777" w:rsidR="002C5E36" w:rsidRDefault="00A6483F">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p>
    <w:p w14:paraId="5DBDF96D" w14:textId="77777777" w:rsidR="00D66FE1" w:rsidRDefault="00D66FE1">
      <w:pPr>
        <w:spacing w:before="120"/>
        <w:rPr>
          <w:b/>
          <w:color w:val="1E9B8A"/>
          <w:sz w:val="26"/>
        </w:rPr>
      </w:pPr>
    </w:p>
    <w:p w14:paraId="70131BCA" w14:textId="77777777" w:rsidR="00D66FE1" w:rsidRDefault="00D66FE1">
      <w:pPr>
        <w:spacing w:before="120"/>
        <w:rPr>
          <w:b/>
          <w:color w:val="1E9B8A"/>
          <w:sz w:val="26"/>
        </w:rPr>
      </w:pPr>
    </w:p>
    <w:p w14:paraId="24F47112" w14:textId="77777777" w:rsidR="00D66FE1" w:rsidRDefault="00D66FE1">
      <w:pPr>
        <w:spacing w:before="120"/>
        <w:rPr>
          <w:b/>
          <w:color w:val="1E9B8A"/>
          <w:sz w:val="26"/>
        </w:rPr>
      </w:pPr>
    </w:p>
    <w:p w14:paraId="0BBD60CA" w14:textId="281E1410" w:rsidR="002C5E36" w:rsidRDefault="00A6483F">
      <w:pPr>
        <w:spacing w:before="120"/>
      </w:pPr>
      <w:r>
        <w:rPr>
          <w:b/>
          <w:color w:val="1E9B8A"/>
          <w:sz w:val="26"/>
        </w:rPr>
        <w:lastRenderedPageBreak/>
        <w:t>B.2 Solusi yang Ditawarkan</w:t>
      </w:r>
    </w:p>
    <w:tbl>
      <w:tblPr>
        <w:tblW w:w="0" w:type="auto"/>
        <w:jc w:val="center"/>
        <w:tblBorders>
          <w:top w:val="single" w:sz="6" w:space="0" w:color="1E9B8A"/>
          <w:left w:val="single" w:sz="6" w:space="0" w:color="1E9B8A"/>
          <w:bottom w:val="single" w:sz="6" w:space="0" w:color="1E9B8A"/>
          <w:right w:val="single" w:sz="6" w:space="0" w:color="1E9B8A"/>
          <w:insideH w:val="single" w:sz="6" w:space="0" w:color="1E9B8A"/>
          <w:insideV w:val="single" w:sz="6" w:space="0" w:color="1E9B8A"/>
        </w:tblBorders>
        <w:tblLayout w:type="fixed"/>
        <w:tblLook w:val="04A0" w:firstRow="1" w:lastRow="0" w:firstColumn="1" w:lastColumn="0" w:noHBand="0" w:noVBand="1"/>
      </w:tblPr>
      <w:tblGrid>
        <w:gridCol w:w="9978"/>
      </w:tblGrid>
      <w:tr w:rsidR="002C5E36" w14:paraId="7AAB278B" w14:textId="77777777">
        <w:trPr>
          <w:jc w:val="center"/>
        </w:trPr>
        <w:tc>
          <w:tcPr>
            <w:tcW w:w="9978" w:type="dxa"/>
            <w:shd w:val="clear" w:color="auto" w:fill="DFF3F0"/>
            <w:tcMar>
              <w:top w:w="120" w:type="dxa"/>
              <w:left w:w="160" w:type="dxa"/>
              <w:bottom w:w="120" w:type="dxa"/>
              <w:right w:w="160" w:type="dxa"/>
            </w:tcMar>
          </w:tcPr>
          <w:p w14:paraId="7B36E12C" w14:textId="77777777" w:rsidR="002C5E36" w:rsidRDefault="00A6483F">
            <w:r>
              <w:rPr>
                <w:b/>
                <w:color w:val="1E9B8A"/>
                <w:sz w:val="20"/>
              </w:rPr>
              <w:t>Batasan B.2</w:t>
            </w:r>
          </w:p>
          <w:p w14:paraId="0369533E" w14:textId="77777777" w:rsidR="002C5E36" w:rsidRDefault="00A6483F">
            <w:r>
              <w:rPr>
                <w:color w:val="222222"/>
                <w:sz w:val="20"/>
              </w:rPr>
              <w:t>Solusi permasalahan ditulis tidak lebih dari 1500 kata. Solusi harus sistematis, terkait langsung dengan masalah priorita</w:t>
            </w:r>
            <w:r>
              <w:rPr>
                <w:color w:val="222222"/>
                <w:sz w:val="20"/>
              </w:rPr>
              <w:t>s, memuat target luaran, indikator capaian, dan bila ada menjelaskan hasil riset tim pengusul yang mendasarinya.</w:t>
            </w:r>
          </w:p>
        </w:tc>
      </w:tr>
    </w:tbl>
    <w:p w14:paraId="1318FE47" w14:textId="77777777" w:rsidR="002C5E36" w:rsidRDefault="002C5E36"/>
    <w:p w14:paraId="40DFAA28" w14:textId="77777777" w:rsidR="002C5E36" w:rsidRDefault="00A6483F">
      <w:pPr>
        <w:pStyle w:val="ListBullet"/>
        <w:spacing w:after="40"/>
      </w:pPr>
      <w:r>
        <w:t>Tuliskan semua solusi yang ditawarkan untuk menyelesaikan masalah mitra secara sistematis.</w:t>
      </w:r>
    </w:p>
    <w:p w14:paraId="5F8F9B7E" w14:textId="77777777" w:rsidR="002C5E36" w:rsidRDefault="00A6483F">
      <w:pPr>
        <w:pStyle w:val="ListBullet"/>
        <w:spacing w:after="40"/>
      </w:pPr>
      <w:r>
        <w:t>Tuliskan target</w:t>
      </w:r>
      <w:r>
        <w:t xml:space="preserve"> luaran dari masing-masing solusi, baik untuk aspek produksi, manajemen, pemasaran, sosial, kesehatan, pendidikan, hukum, teknologi, maupun lingkungan.</w:t>
      </w:r>
    </w:p>
    <w:p w14:paraId="234D1E3F" w14:textId="77777777" w:rsidR="002C5E36" w:rsidRDefault="00A6483F">
      <w:pPr>
        <w:pStyle w:val="ListBullet"/>
        <w:spacing w:after="40"/>
      </w:pPr>
      <w:r>
        <w:t>Setiap solusi perlu memiliki target penyelesaian, indikator capaian, dan bukti yang dapat diukur atau di</w:t>
      </w:r>
      <w:r>
        <w:t>kuantifikasi.</w:t>
      </w:r>
    </w:p>
    <w:p w14:paraId="608E18D2" w14:textId="77777777" w:rsidR="002C5E36" w:rsidRDefault="00A6483F">
      <w:pPr>
        <w:pStyle w:val="ListBullet"/>
        <w:spacing w:after="40"/>
      </w:pPr>
      <w:r>
        <w:t>Uraikan hasil riset, teknologi, model, produk, modul, atau pengalaman pengabdian tim yang relevan dengan kegiatan.</w:t>
      </w:r>
    </w:p>
    <w:p w14:paraId="465B2A7F" w14:textId="77777777" w:rsidR="002C5E36" w:rsidRDefault="00A6483F">
      <w:pPr>
        <w:spacing w:after="40"/>
      </w:pPr>
      <w:r>
        <w:rPr>
          <w:b/>
          <w:color w:val="155D8B"/>
        </w:rPr>
        <w:t>Tabel hubungan masalah, solusi, luaran, dan indikator</w:t>
      </w:r>
    </w:p>
    <w:tbl>
      <w:tblPr>
        <w:tblStyle w:val="TableGrid"/>
        <w:tblW w:w="9977"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682"/>
        <w:gridCol w:w="1944"/>
        <w:gridCol w:w="1944"/>
        <w:gridCol w:w="1944"/>
        <w:gridCol w:w="1800"/>
        <w:gridCol w:w="1663"/>
      </w:tblGrid>
      <w:tr w:rsidR="002C5E36" w14:paraId="3B7BFFE5" w14:textId="77777777" w:rsidTr="00D66FE1">
        <w:trPr>
          <w:tblHeader/>
          <w:jc w:val="center"/>
        </w:trPr>
        <w:tc>
          <w:tcPr>
            <w:tcW w:w="682" w:type="dxa"/>
            <w:shd w:val="clear" w:color="auto" w:fill="155D8B"/>
            <w:tcMar>
              <w:top w:w="100" w:type="dxa"/>
              <w:left w:w="100" w:type="dxa"/>
              <w:bottom w:w="100" w:type="dxa"/>
              <w:right w:w="100" w:type="dxa"/>
            </w:tcMar>
            <w:vAlign w:val="center"/>
          </w:tcPr>
          <w:p w14:paraId="327A2DCB" w14:textId="77777777" w:rsidR="002C5E36" w:rsidRDefault="00A6483F">
            <w:pPr>
              <w:jc w:val="center"/>
            </w:pPr>
            <w:r>
              <w:rPr>
                <w:b/>
                <w:color w:val="FFFFFF"/>
                <w:sz w:val="15"/>
              </w:rPr>
              <w:t>No</w:t>
            </w:r>
          </w:p>
        </w:tc>
        <w:tc>
          <w:tcPr>
            <w:tcW w:w="1944" w:type="dxa"/>
            <w:shd w:val="clear" w:color="auto" w:fill="155D8B"/>
            <w:tcMar>
              <w:top w:w="100" w:type="dxa"/>
              <w:left w:w="100" w:type="dxa"/>
              <w:bottom w:w="100" w:type="dxa"/>
              <w:right w:w="100" w:type="dxa"/>
            </w:tcMar>
            <w:vAlign w:val="center"/>
          </w:tcPr>
          <w:p w14:paraId="143B8E8E" w14:textId="77777777" w:rsidR="002C5E36" w:rsidRDefault="00A6483F">
            <w:pPr>
              <w:jc w:val="center"/>
            </w:pPr>
            <w:r>
              <w:rPr>
                <w:b/>
                <w:color w:val="FFFFFF"/>
                <w:sz w:val="15"/>
              </w:rPr>
              <w:t>Masalah Prioritas</w:t>
            </w:r>
          </w:p>
        </w:tc>
        <w:tc>
          <w:tcPr>
            <w:tcW w:w="1944" w:type="dxa"/>
            <w:shd w:val="clear" w:color="auto" w:fill="155D8B"/>
            <w:tcMar>
              <w:top w:w="100" w:type="dxa"/>
              <w:left w:w="100" w:type="dxa"/>
              <w:bottom w:w="100" w:type="dxa"/>
              <w:right w:w="100" w:type="dxa"/>
            </w:tcMar>
            <w:vAlign w:val="center"/>
          </w:tcPr>
          <w:p w14:paraId="4BD88DD7" w14:textId="77777777" w:rsidR="002C5E36" w:rsidRDefault="00A6483F">
            <w:pPr>
              <w:jc w:val="center"/>
            </w:pPr>
            <w:r>
              <w:rPr>
                <w:b/>
                <w:color w:val="FFFFFF"/>
                <w:sz w:val="15"/>
              </w:rPr>
              <w:t>Solusi</w:t>
            </w:r>
          </w:p>
        </w:tc>
        <w:tc>
          <w:tcPr>
            <w:tcW w:w="1944" w:type="dxa"/>
            <w:shd w:val="clear" w:color="auto" w:fill="155D8B"/>
            <w:tcMar>
              <w:top w:w="100" w:type="dxa"/>
              <w:left w:w="100" w:type="dxa"/>
              <w:bottom w:w="100" w:type="dxa"/>
              <w:right w:w="100" w:type="dxa"/>
            </w:tcMar>
            <w:vAlign w:val="center"/>
          </w:tcPr>
          <w:p w14:paraId="4DC64A0B" w14:textId="77777777" w:rsidR="002C5E36" w:rsidRDefault="00A6483F">
            <w:pPr>
              <w:jc w:val="center"/>
            </w:pPr>
            <w:r>
              <w:rPr>
                <w:b/>
                <w:color w:val="FFFFFF"/>
                <w:sz w:val="15"/>
              </w:rPr>
              <w:t>Target Luaran</w:t>
            </w:r>
          </w:p>
        </w:tc>
        <w:tc>
          <w:tcPr>
            <w:tcW w:w="1800" w:type="dxa"/>
            <w:shd w:val="clear" w:color="auto" w:fill="155D8B"/>
            <w:tcMar>
              <w:top w:w="100" w:type="dxa"/>
              <w:left w:w="100" w:type="dxa"/>
              <w:bottom w:w="100" w:type="dxa"/>
              <w:right w:w="100" w:type="dxa"/>
            </w:tcMar>
            <w:vAlign w:val="center"/>
          </w:tcPr>
          <w:p w14:paraId="4B137923" w14:textId="77777777" w:rsidR="002C5E36" w:rsidRDefault="00A6483F">
            <w:pPr>
              <w:jc w:val="center"/>
            </w:pPr>
            <w:r>
              <w:rPr>
                <w:b/>
                <w:color w:val="FFFFFF"/>
                <w:sz w:val="15"/>
              </w:rPr>
              <w:t>Indikator Terukur</w:t>
            </w:r>
          </w:p>
        </w:tc>
        <w:tc>
          <w:tcPr>
            <w:tcW w:w="1663" w:type="dxa"/>
            <w:shd w:val="clear" w:color="auto" w:fill="155D8B"/>
            <w:tcMar>
              <w:top w:w="100" w:type="dxa"/>
              <w:left w:w="100" w:type="dxa"/>
              <w:bottom w:w="100" w:type="dxa"/>
              <w:right w:w="100" w:type="dxa"/>
            </w:tcMar>
            <w:vAlign w:val="center"/>
          </w:tcPr>
          <w:p w14:paraId="451B1832" w14:textId="77777777" w:rsidR="002C5E36" w:rsidRDefault="00A6483F">
            <w:pPr>
              <w:jc w:val="center"/>
            </w:pPr>
            <w:r>
              <w:rPr>
                <w:b/>
                <w:color w:val="FFFFFF"/>
                <w:sz w:val="15"/>
              </w:rPr>
              <w:t>Bukti</w:t>
            </w:r>
          </w:p>
        </w:tc>
      </w:tr>
      <w:tr w:rsidR="002C5E36" w14:paraId="26AFE23A" w14:textId="77777777" w:rsidTr="00D66FE1">
        <w:trPr>
          <w:jc w:val="center"/>
        </w:trPr>
        <w:tc>
          <w:tcPr>
            <w:tcW w:w="682" w:type="dxa"/>
            <w:shd w:val="clear" w:color="auto" w:fill="F7FAFC"/>
            <w:tcMar>
              <w:top w:w="90" w:type="dxa"/>
              <w:left w:w="100" w:type="dxa"/>
              <w:bottom w:w="90" w:type="dxa"/>
              <w:right w:w="100" w:type="dxa"/>
            </w:tcMar>
            <w:vAlign w:val="center"/>
          </w:tcPr>
          <w:p w14:paraId="1F14C3D8" w14:textId="77777777" w:rsidR="002C5E36" w:rsidRDefault="00A6483F">
            <w:pPr>
              <w:jc w:val="center"/>
            </w:pPr>
            <w:r>
              <w:rPr>
                <w:sz w:val="15"/>
              </w:rPr>
              <w:t>1</w:t>
            </w:r>
          </w:p>
        </w:tc>
        <w:tc>
          <w:tcPr>
            <w:tcW w:w="1944" w:type="dxa"/>
            <w:shd w:val="clear" w:color="auto" w:fill="F7FAFC"/>
            <w:tcMar>
              <w:top w:w="90" w:type="dxa"/>
              <w:left w:w="100" w:type="dxa"/>
              <w:bottom w:w="90" w:type="dxa"/>
              <w:right w:w="100" w:type="dxa"/>
            </w:tcMar>
            <w:vAlign w:val="center"/>
          </w:tcPr>
          <w:p w14:paraId="7AA9EC2A" w14:textId="77777777" w:rsidR="002C5E36" w:rsidRDefault="00A6483F">
            <w:pPr>
              <w:jc w:val="center"/>
            </w:pPr>
            <w:r>
              <w:rPr>
                <w:sz w:val="15"/>
              </w:rPr>
              <w:t>[Isi]</w:t>
            </w:r>
          </w:p>
        </w:tc>
        <w:tc>
          <w:tcPr>
            <w:tcW w:w="1944" w:type="dxa"/>
            <w:shd w:val="clear" w:color="auto" w:fill="F7FAFC"/>
            <w:tcMar>
              <w:top w:w="90" w:type="dxa"/>
              <w:left w:w="100" w:type="dxa"/>
              <w:bottom w:w="90" w:type="dxa"/>
              <w:right w:w="100" w:type="dxa"/>
            </w:tcMar>
            <w:vAlign w:val="center"/>
          </w:tcPr>
          <w:p w14:paraId="63D5F806" w14:textId="77777777" w:rsidR="002C5E36" w:rsidRDefault="00A6483F">
            <w:pPr>
              <w:jc w:val="center"/>
            </w:pPr>
            <w:r>
              <w:rPr>
                <w:sz w:val="15"/>
              </w:rPr>
              <w:t>[Isi]</w:t>
            </w:r>
          </w:p>
        </w:tc>
        <w:tc>
          <w:tcPr>
            <w:tcW w:w="1944" w:type="dxa"/>
            <w:shd w:val="clear" w:color="auto" w:fill="F7FAFC"/>
            <w:tcMar>
              <w:top w:w="90" w:type="dxa"/>
              <w:left w:w="100" w:type="dxa"/>
              <w:bottom w:w="90" w:type="dxa"/>
              <w:right w:w="100" w:type="dxa"/>
            </w:tcMar>
            <w:vAlign w:val="center"/>
          </w:tcPr>
          <w:p w14:paraId="2298E642" w14:textId="77777777" w:rsidR="002C5E36" w:rsidRDefault="00A6483F">
            <w:pPr>
              <w:jc w:val="center"/>
            </w:pPr>
            <w:r>
              <w:rPr>
                <w:sz w:val="15"/>
              </w:rPr>
              <w:t>[Isi]</w:t>
            </w:r>
          </w:p>
        </w:tc>
        <w:tc>
          <w:tcPr>
            <w:tcW w:w="1800" w:type="dxa"/>
            <w:shd w:val="clear" w:color="auto" w:fill="F7FAFC"/>
            <w:tcMar>
              <w:top w:w="90" w:type="dxa"/>
              <w:left w:w="100" w:type="dxa"/>
              <w:bottom w:w="90" w:type="dxa"/>
              <w:right w:w="100" w:type="dxa"/>
            </w:tcMar>
            <w:vAlign w:val="center"/>
          </w:tcPr>
          <w:p w14:paraId="5EC630EA" w14:textId="77777777" w:rsidR="002C5E36" w:rsidRDefault="00A6483F">
            <w:pPr>
              <w:jc w:val="center"/>
            </w:pPr>
            <w:r>
              <w:rPr>
                <w:sz w:val="15"/>
              </w:rPr>
              <w:t>[Isi]</w:t>
            </w:r>
          </w:p>
        </w:tc>
        <w:tc>
          <w:tcPr>
            <w:tcW w:w="1663" w:type="dxa"/>
            <w:shd w:val="clear" w:color="auto" w:fill="F7FAFC"/>
            <w:tcMar>
              <w:top w:w="90" w:type="dxa"/>
              <w:left w:w="100" w:type="dxa"/>
              <w:bottom w:w="90" w:type="dxa"/>
              <w:right w:w="100" w:type="dxa"/>
            </w:tcMar>
            <w:vAlign w:val="center"/>
          </w:tcPr>
          <w:p w14:paraId="744F7106" w14:textId="77777777" w:rsidR="002C5E36" w:rsidRDefault="00A6483F">
            <w:pPr>
              <w:jc w:val="center"/>
            </w:pPr>
            <w:r>
              <w:rPr>
                <w:sz w:val="15"/>
              </w:rPr>
              <w:t>[Isi]</w:t>
            </w:r>
          </w:p>
        </w:tc>
      </w:tr>
      <w:tr w:rsidR="002C5E36" w14:paraId="09EA83A5" w14:textId="77777777" w:rsidTr="00D66FE1">
        <w:trPr>
          <w:jc w:val="center"/>
        </w:trPr>
        <w:tc>
          <w:tcPr>
            <w:tcW w:w="682" w:type="dxa"/>
            <w:tcMar>
              <w:top w:w="90" w:type="dxa"/>
              <w:left w:w="100" w:type="dxa"/>
              <w:bottom w:w="90" w:type="dxa"/>
              <w:right w:w="100" w:type="dxa"/>
            </w:tcMar>
            <w:vAlign w:val="center"/>
          </w:tcPr>
          <w:p w14:paraId="4486860A" w14:textId="77777777" w:rsidR="002C5E36" w:rsidRDefault="00A6483F">
            <w:pPr>
              <w:jc w:val="center"/>
            </w:pPr>
            <w:r>
              <w:rPr>
                <w:sz w:val="15"/>
              </w:rPr>
              <w:t>2</w:t>
            </w:r>
          </w:p>
        </w:tc>
        <w:tc>
          <w:tcPr>
            <w:tcW w:w="1944" w:type="dxa"/>
            <w:tcMar>
              <w:top w:w="90" w:type="dxa"/>
              <w:left w:w="100" w:type="dxa"/>
              <w:bottom w:w="90" w:type="dxa"/>
              <w:right w:w="100" w:type="dxa"/>
            </w:tcMar>
            <w:vAlign w:val="center"/>
          </w:tcPr>
          <w:p w14:paraId="77D10598" w14:textId="77777777" w:rsidR="002C5E36" w:rsidRDefault="00A6483F">
            <w:pPr>
              <w:jc w:val="center"/>
            </w:pPr>
            <w:r>
              <w:rPr>
                <w:sz w:val="15"/>
              </w:rPr>
              <w:t>[Isi]</w:t>
            </w:r>
          </w:p>
        </w:tc>
        <w:tc>
          <w:tcPr>
            <w:tcW w:w="1944" w:type="dxa"/>
            <w:tcMar>
              <w:top w:w="90" w:type="dxa"/>
              <w:left w:w="100" w:type="dxa"/>
              <w:bottom w:w="90" w:type="dxa"/>
              <w:right w:w="100" w:type="dxa"/>
            </w:tcMar>
            <w:vAlign w:val="center"/>
          </w:tcPr>
          <w:p w14:paraId="28D0A1DD" w14:textId="77777777" w:rsidR="002C5E36" w:rsidRDefault="00A6483F">
            <w:pPr>
              <w:jc w:val="center"/>
            </w:pPr>
            <w:r>
              <w:rPr>
                <w:sz w:val="15"/>
              </w:rPr>
              <w:t>[Isi]</w:t>
            </w:r>
          </w:p>
        </w:tc>
        <w:tc>
          <w:tcPr>
            <w:tcW w:w="1944" w:type="dxa"/>
            <w:tcMar>
              <w:top w:w="90" w:type="dxa"/>
              <w:left w:w="100" w:type="dxa"/>
              <w:bottom w:w="90" w:type="dxa"/>
              <w:right w:w="100" w:type="dxa"/>
            </w:tcMar>
            <w:vAlign w:val="center"/>
          </w:tcPr>
          <w:p w14:paraId="66DE68AF" w14:textId="77777777" w:rsidR="002C5E36" w:rsidRDefault="00A6483F">
            <w:pPr>
              <w:jc w:val="center"/>
            </w:pPr>
            <w:r>
              <w:rPr>
                <w:sz w:val="15"/>
              </w:rPr>
              <w:t>[Isi]</w:t>
            </w:r>
          </w:p>
        </w:tc>
        <w:tc>
          <w:tcPr>
            <w:tcW w:w="1800" w:type="dxa"/>
            <w:tcMar>
              <w:top w:w="90" w:type="dxa"/>
              <w:left w:w="100" w:type="dxa"/>
              <w:bottom w:w="90" w:type="dxa"/>
              <w:right w:w="100" w:type="dxa"/>
            </w:tcMar>
            <w:vAlign w:val="center"/>
          </w:tcPr>
          <w:p w14:paraId="7D62F3C3" w14:textId="77777777" w:rsidR="002C5E36" w:rsidRDefault="00A6483F">
            <w:pPr>
              <w:jc w:val="center"/>
            </w:pPr>
            <w:r>
              <w:rPr>
                <w:sz w:val="15"/>
              </w:rPr>
              <w:t>[Isi]</w:t>
            </w:r>
          </w:p>
        </w:tc>
        <w:tc>
          <w:tcPr>
            <w:tcW w:w="1663" w:type="dxa"/>
            <w:tcMar>
              <w:top w:w="90" w:type="dxa"/>
              <w:left w:w="100" w:type="dxa"/>
              <w:bottom w:w="90" w:type="dxa"/>
              <w:right w:w="100" w:type="dxa"/>
            </w:tcMar>
            <w:vAlign w:val="center"/>
          </w:tcPr>
          <w:p w14:paraId="582E7926" w14:textId="77777777" w:rsidR="002C5E36" w:rsidRDefault="00A6483F">
            <w:pPr>
              <w:jc w:val="center"/>
            </w:pPr>
            <w:r>
              <w:rPr>
                <w:sz w:val="15"/>
              </w:rPr>
              <w:t>[Isi]</w:t>
            </w:r>
          </w:p>
        </w:tc>
      </w:tr>
      <w:tr w:rsidR="002C5E36" w14:paraId="01D86A9C" w14:textId="77777777" w:rsidTr="00D66FE1">
        <w:trPr>
          <w:jc w:val="center"/>
        </w:trPr>
        <w:tc>
          <w:tcPr>
            <w:tcW w:w="682" w:type="dxa"/>
            <w:shd w:val="clear" w:color="auto" w:fill="F7FAFC"/>
            <w:tcMar>
              <w:top w:w="90" w:type="dxa"/>
              <w:left w:w="100" w:type="dxa"/>
              <w:bottom w:w="90" w:type="dxa"/>
              <w:right w:w="100" w:type="dxa"/>
            </w:tcMar>
            <w:vAlign w:val="center"/>
          </w:tcPr>
          <w:p w14:paraId="04C90672" w14:textId="77777777" w:rsidR="002C5E36" w:rsidRDefault="00A6483F">
            <w:pPr>
              <w:jc w:val="center"/>
            </w:pPr>
            <w:r>
              <w:rPr>
                <w:sz w:val="15"/>
              </w:rPr>
              <w:t>3</w:t>
            </w:r>
          </w:p>
        </w:tc>
        <w:tc>
          <w:tcPr>
            <w:tcW w:w="1944" w:type="dxa"/>
            <w:shd w:val="clear" w:color="auto" w:fill="F7FAFC"/>
            <w:tcMar>
              <w:top w:w="90" w:type="dxa"/>
              <w:left w:w="100" w:type="dxa"/>
              <w:bottom w:w="90" w:type="dxa"/>
              <w:right w:w="100" w:type="dxa"/>
            </w:tcMar>
            <w:vAlign w:val="center"/>
          </w:tcPr>
          <w:p w14:paraId="2F08EB0D" w14:textId="77777777" w:rsidR="002C5E36" w:rsidRDefault="00A6483F">
            <w:pPr>
              <w:jc w:val="center"/>
            </w:pPr>
            <w:r>
              <w:rPr>
                <w:sz w:val="15"/>
              </w:rPr>
              <w:t>[Isi]</w:t>
            </w:r>
          </w:p>
        </w:tc>
        <w:tc>
          <w:tcPr>
            <w:tcW w:w="1944" w:type="dxa"/>
            <w:shd w:val="clear" w:color="auto" w:fill="F7FAFC"/>
            <w:tcMar>
              <w:top w:w="90" w:type="dxa"/>
              <w:left w:w="100" w:type="dxa"/>
              <w:bottom w:w="90" w:type="dxa"/>
              <w:right w:w="100" w:type="dxa"/>
            </w:tcMar>
            <w:vAlign w:val="center"/>
          </w:tcPr>
          <w:p w14:paraId="042E2EF0" w14:textId="77777777" w:rsidR="002C5E36" w:rsidRDefault="00A6483F">
            <w:pPr>
              <w:jc w:val="center"/>
            </w:pPr>
            <w:r>
              <w:rPr>
                <w:sz w:val="15"/>
              </w:rPr>
              <w:t>[Isi]</w:t>
            </w:r>
          </w:p>
        </w:tc>
        <w:tc>
          <w:tcPr>
            <w:tcW w:w="1944" w:type="dxa"/>
            <w:shd w:val="clear" w:color="auto" w:fill="F7FAFC"/>
            <w:tcMar>
              <w:top w:w="90" w:type="dxa"/>
              <w:left w:w="100" w:type="dxa"/>
              <w:bottom w:w="90" w:type="dxa"/>
              <w:right w:w="100" w:type="dxa"/>
            </w:tcMar>
            <w:vAlign w:val="center"/>
          </w:tcPr>
          <w:p w14:paraId="7ACB5F29" w14:textId="77777777" w:rsidR="002C5E36" w:rsidRDefault="00A6483F">
            <w:pPr>
              <w:jc w:val="center"/>
            </w:pPr>
            <w:r>
              <w:rPr>
                <w:sz w:val="15"/>
              </w:rPr>
              <w:t>[Isi]</w:t>
            </w:r>
          </w:p>
        </w:tc>
        <w:tc>
          <w:tcPr>
            <w:tcW w:w="1800" w:type="dxa"/>
            <w:shd w:val="clear" w:color="auto" w:fill="F7FAFC"/>
            <w:tcMar>
              <w:top w:w="90" w:type="dxa"/>
              <w:left w:w="100" w:type="dxa"/>
              <w:bottom w:w="90" w:type="dxa"/>
              <w:right w:w="100" w:type="dxa"/>
            </w:tcMar>
            <w:vAlign w:val="center"/>
          </w:tcPr>
          <w:p w14:paraId="670EAE04" w14:textId="77777777" w:rsidR="002C5E36" w:rsidRDefault="00A6483F">
            <w:pPr>
              <w:jc w:val="center"/>
            </w:pPr>
            <w:r>
              <w:rPr>
                <w:sz w:val="15"/>
              </w:rPr>
              <w:t>[Isi]</w:t>
            </w:r>
          </w:p>
        </w:tc>
        <w:tc>
          <w:tcPr>
            <w:tcW w:w="1663" w:type="dxa"/>
            <w:shd w:val="clear" w:color="auto" w:fill="F7FAFC"/>
            <w:tcMar>
              <w:top w:w="90" w:type="dxa"/>
              <w:left w:w="100" w:type="dxa"/>
              <w:bottom w:w="90" w:type="dxa"/>
              <w:right w:w="100" w:type="dxa"/>
            </w:tcMar>
            <w:vAlign w:val="center"/>
          </w:tcPr>
          <w:p w14:paraId="3936AEB0" w14:textId="77777777" w:rsidR="002C5E36" w:rsidRDefault="00A6483F">
            <w:pPr>
              <w:jc w:val="center"/>
            </w:pPr>
            <w:r>
              <w:rPr>
                <w:sz w:val="15"/>
              </w:rPr>
              <w:t>[Isi]</w:t>
            </w:r>
          </w:p>
        </w:tc>
      </w:tr>
      <w:tr w:rsidR="002C5E36" w14:paraId="45586C51" w14:textId="77777777" w:rsidTr="00D66FE1">
        <w:trPr>
          <w:jc w:val="center"/>
        </w:trPr>
        <w:tc>
          <w:tcPr>
            <w:tcW w:w="682" w:type="dxa"/>
            <w:tcMar>
              <w:top w:w="90" w:type="dxa"/>
              <w:left w:w="100" w:type="dxa"/>
              <w:bottom w:w="90" w:type="dxa"/>
              <w:right w:w="100" w:type="dxa"/>
            </w:tcMar>
            <w:vAlign w:val="center"/>
          </w:tcPr>
          <w:p w14:paraId="667E9FE3" w14:textId="77777777" w:rsidR="002C5E36" w:rsidRDefault="00A6483F">
            <w:pPr>
              <w:jc w:val="center"/>
            </w:pPr>
            <w:r>
              <w:rPr>
                <w:sz w:val="15"/>
              </w:rPr>
              <w:t>4</w:t>
            </w:r>
          </w:p>
        </w:tc>
        <w:tc>
          <w:tcPr>
            <w:tcW w:w="1944" w:type="dxa"/>
            <w:tcMar>
              <w:top w:w="90" w:type="dxa"/>
              <w:left w:w="100" w:type="dxa"/>
              <w:bottom w:w="90" w:type="dxa"/>
              <w:right w:w="100" w:type="dxa"/>
            </w:tcMar>
            <w:vAlign w:val="center"/>
          </w:tcPr>
          <w:p w14:paraId="22C8B0AB" w14:textId="77777777" w:rsidR="002C5E36" w:rsidRDefault="00A6483F">
            <w:pPr>
              <w:jc w:val="center"/>
            </w:pPr>
            <w:r>
              <w:rPr>
                <w:sz w:val="15"/>
              </w:rPr>
              <w:t>[Isi]</w:t>
            </w:r>
          </w:p>
        </w:tc>
        <w:tc>
          <w:tcPr>
            <w:tcW w:w="1944" w:type="dxa"/>
            <w:tcMar>
              <w:top w:w="90" w:type="dxa"/>
              <w:left w:w="100" w:type="dxa"/>
              <w:bottom w:w="90" w:type="dxa"/>
              <w:right w:w="100" w:type="dxa"/>
            </w:tcMar>
            <w:vAlign w:val="center"/>
          </w:tcPr>
          <w:p w14:paraId="082E5B81" w14:textId="77777777" w:rsidR="002C5E36" w:rsidRDefault="00A6483F">
            <w:pPr>
              <w:jc w:val="center"/>
            </w:pPr>
            <w:r>
              <w:rPr>
                <w:sz w:val="15"/>
              </w:rPr>
              <w:t>[Isi]</w:t>
            </w:r>
          </w:p>
        </w:tc>
        <w:tc>
          <w:tcPr>
            <w:tcW w:w="1944" w:type="dxa"/>
            <w:tcMar>
              <w:top w:w="90" w:type="dxa"/>
              <w:left w:w="100" w:type="dxa"/>
              <w:bottom w:w="90" w:type="dxa"/>
              <w:right w:w="100" w:type="dxa"/>
            </w:tcMar>
            <w:vAlign w:val="center"/>
          </w:tcPr>
          <w:p w14:paraId="75790CFF" w14:textId="77777777" w:rsidR="002C5E36" w:rsidRDefault="00A6483F">
            <w:pPr>
              <w:jc w:val="center"/>
            </w:pPr>
            <w:r>
              <w:rPr>
                <w:sz w:val="15"/>
              </w:rPr>
              <w:t>[Isi]</w:t>
            </w:r>
          </w:p>
        </w:tc>
        <w:tc>
          <w:tcPr>
            <w:tcW w:w="1800" w:type="dxa"/>
            <w:tcMar>
              <w:top w:w="90" w:type="dxa"/>
              <w:left w:w="100" w:type="dxa"/>
              <w:bottom w:w="90" w:type="dxa"/>
              <w:right w:w="100" w:type="dxa"/>
            </w:tcMar>
            <w:vAlign w:val="center"/>
          </w:tcPr>
          <w:p w14:paraId="3FF48820" w14:textId="77777777" w:rsidR="002C5E36" w:rsidRDefault="00A6483F">
            <w:pPr>
              <w:jc w:val="center"/>
            </w:pPr>
            <w:r>
              <w:rPr>
                <w:sz w:val="15"/>
              </w:rPr>
              <w:t>[Isi]</w:t>
            </w:r>
          </w:p>
        </w:tc>
        <w:tc>
          <w:tcPr>
            <w:tcW w:w="1663" w:type="dxa"/>
            <w:tcMar>
              <w:top w:w="90" w:type="dxa"/>
              <w:left w:w="100" w:type="dxa"/>
              <w:bottom w:w="90" w:type="dxa"/>
              <w:right w:w="100" w:type="dxa"/>
            </w:tcMar>
            <w:vAlign w:val="center"/>
          </w:tcPr>
          <w:p w14:paraId="23170646" w14:textId="77777777" w:rsidR="002C5E36" w:rsidRDefault="00A6483F">
            <w:pPr>
              <w:jc w:val="center"/>
            </w:pPr>
            <w:r>
              <w:rPr>
                <w:sz w:val="15"/>
              </w:rPr>
              <w:t>[Isi]</w:t>
            </w:r>
          </w:p>
        </w:tc>
      </w:tr>
      <w:tr w:rsidR="002C5E36" w14:paraId="6AC187B0" w14:textId="77777777" w:rsidTr="00D66FE1">
        <w:trPr>
          <w:jc w:val="center"/>
        </w:trPr>
        <w:tc>
          <w:tcPr>
            <w:tcW w:w="682" w:type="dxa"/>
            <w:shd w:val="clear" w:color="auto" w:fill="F7FAFC"/>
            <w:tcMar>
              <w:top w:w="90" w:type="dxa"/>
              <w:left w:w="100" w:type="dxa"/>
              <w:bottom w:w="90" w:type="dxa"/>
              <w:right w:w="100" w:type="dxa"/>
            </w:tcMar>
            <w:vAlign w:val="center"/>
          </w:tcPr>
          <w:p w14:paraId="6C4044CD" w14:textId="77777777" w:rsidR="002C5E36" w:rsidRDefault="00A6483F">
            <w:pPr>
              <w:jc w:val="center"/>
            </w:pPr>
            <w:r>
              <w:rPr>
                <w:sz w:val="15"/>
              </w:rPr>
              <w:t>5</w:t>
            </w:r>
          </w:p>
        </w:tc>
        <w:tc>
          <w:tcPr>
            <w:tcW w:w="1944" w:type="dxa"/>
            <w:shd w:val="clear" w:color="auto" w:fill="F7FAFC"/>
            <w:tcMar>
              <w:top w:w="90" w:type="dxa"/>
              <w:left w:w="100" w:type="dxa"/>
              <w:bottom w:w="90" w:type="dxa"/>
              <w:right w:w="100" w:type="dxa"/>
            </w:tcMar>
            <w:vAlign w:val="center"/>
          </w:tcPr>
          <w:p w14:paraId="789C6375" w14:textId="77777777" w:rsidR="002C5E36" w:rsidRDefault="00A6483F">
            <w:pPr>
              <w:jc w:val="center"/>
            </w:pPr>
            <w:r>
              <w:rPr>
                <w:sz w:val="15"/>
              </w:rPr>
              <w:t>[Isi]</w:t>
            </w:r>
          </w:p>
        </w:tc>
        <w:tc>
          <w:tcPr>
            <w:tcW w:w="1944" w:type="dxa"/>
            <w:shd w:val="clear" w:color="auto" w:fill="F7FAFC"/>
            <w:tcMar>
              <w:top w:w="90" w:type="dxa"/>
              <w:left w:w="100" w:type="dxa"/>
              <w:bottom w:w="90" w:type="dxa"/>
              <w:right w:w="100" w:type="dxa"/>
            </w:tcMar>
            <w:vAlign w:val="center"/>
          </w:tcPr>
          <w:p w14:paraId="22A06A6E" w14:textId="77777777" w:rsidR="002C5E36" w:rsidRDefault="00A6483F">
            <w:pPr>
              <w:jc w:val="center"/>
            </w:pPr>
            <w:r>
              <w:rPr>
                <w:sz w:val="15"/>
              </w:rPr>
              <w:t>[Isi]</w:t>
            </w:r>
          </w:p>
        </w:tc>
        <w:tc>
          <w:tcPr>
            <w:tcW w:w="1944" w:type="dxa"/>
            <w:shd w:val="clear" w:color="auto" w:fill="F7FAFC"/>
            <w:tcMar>
              <w:top w:w="90" w:type="dxa"/>
              <w:left w:w="100" w:type="dxa"/>
              <w:bottom w:w="90" w:type="dxa"/>
              <w:right w:w="100" w:type="dxa"/>
            </w:tcMar>
            <w:vAlign w:val="center"/>
          </w:tcPr>
          <w:p w14:paraId="7F1FB93A" w14:textId="77777777" w:rsidR="002C5E36" w:rsidRDefault="00A6483F">
            <w:pPr>
              <w:jc w:val="center"/>
            </w:pPr>
            <w:r>
              <w:rPr>
                <w:sz w:val="15"/>
              </w:rPr>
              <w:t>[Isi]</w:t>
            </w:r>
          </w:p>
        </w:tc>
        <w:tc>
          <w:tcPr>
            <w:tcW w:w="1800" w:type="dxa"/>
            <w:shd w:val="clear" w:color="auto" w:fill="F7FAFC"/>
            <w:tcMar>
              <w:top w:w="90" w:type="dxa"/>
              <w:left w:w="100" w:type="dxa"/>
              <w:bottom w:w="90" w:type="dxa"/>
              <w:right w:w="100" w:type="dxa"/>
            </w:tcMar>
            <w:vAlign w:val="center"/>
          </w:tcPr>
          <w:p w14:paraId="7F11D9E8" w14:textId="77777777" w:rsidR="002C5E36" w:rsidRDefault="00A6483F">
            <w:pPr>
              <w:jc w:val="center"/>
            </w:pPr>
            <w:r>
              <w:rPr>
                <w:sz w:val="15"/>
              </w:rPr>
              <w:t>[Isi]</w:t>
            </w:r>
          </w:p>
        </w:tc>
        <w:tc>
          <w:tcPr>
            <w:tcW w:w="1663" w:type="dxa"/>
            <w:shd w:val="clear" w:color="auto" w:fill="F7FAFC"/>
            <w:tcMar>
              <w:top w:w="90" w:type="dxa"/>
              <w:left w:w="100" w:type="dxa"/>
              <w:bottom w:w="90" w:type="dxa"/>
              <w:right w:w="100" w:type="dxa"/>
            </w:tcMar>
            <w:vAlign w:val="center"/>
          </w:tcPr>
          <w:p w14:paraId="6AE19296" w14:textId="77777777" w:rsidR="002C5E36" w:rsidRDefault="00A6483F">
            <w:pPr>
              <w:jc w:val="center"/>
            </w:pPr>
            <w:r>
              <w:rPr>
                <w:sz w:val="15"/>
              </w:rPr>
              <w:t>[Isi]</w:t>
            </w:r>
          </w:p>
        </w:tc>
      </w:tr>
    </w:tbl>
    <w:p w14:paraId="1D7F6D3D" w14:textId="77777777" w:rsidR="002C5E36" w:rsidRDefault="002C5E36"/>
    <w:p w14:paraId="3C8E9221" w14:textId="77777777" w:rsidR="002C5E36" w:rsidRDefault="00A6483F">
      <w:pPr>
        <w:spacing w:after="40"/>
      </w:pPr>
      <w:r>
        <w:rPr>
          <w:b/>
          <w:color w:val="155D8B"/>
        </w:rPr>
        <w:t>Uraian naratif solusi:</w:t>
      </w:r>
    </w:p>
    <w:p w14:paraId="4488D514" w14:textId="77777777" w:rsidR="002C5E36" w:rsidRDefault="00A6483F">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p>
    <w:p w14:paraId="506338FB" w14:textId="77777777" w:rsidR="002C5E36" w:rsidRDefault="00A6483F">
      <w:pPr>
        <w:spacing w:before="160" w:after="120"/>
      </w:pPr>
      <w:r>
        <w:rPr>
          <w:b/>
          <w:color w:val="155D8B"/>
          <w:sz w:val="32"/>
        </w:rPr>
        <w:t>C. METODE PELAKSANAAN</w:t>
      </w:r>
    </w:p>
    <w:tbl>
      <w:tblPr>
        <w:tblW w:w="0" w:type="auto"/>
        <w:jc w:val="center"/>
        <w:tblBorders>
          <w:top w:val="single" w:sz="6" w:space="0" w:color="1E9B8A"/>
          <w:left w:val="single" w:sz="6" w:space="0" w:color="1E9B8A"/>
          <w:bottom w:val="single" w:sz="6" w:space="0" w:color="1E9B8A"/>
          <w:right w:val="single" w:sz="6" w:space="0" w:color="1E9B8A"/>
          <w:insideH w:val="single" w:sz="6" w:space="0" w:color="1E9B8A"/>
          <w:insideV w:val="single" w:sz="6" w:space="0" w:color="1E9B8A"/>
        </w:tblBorders>
        <w:tblLayout w:type="fixed"/>
        <w:tblLook w:val="04A0" w:firstRow="1" w:lastRow="0" w:firstColumn="1" w:lastColumn="0" w:noHBand="0" w:noVBand="1"/>
      </w:tblPr>
      <w:tblGrid>
        <w:gridCol w:w="9978"/>
      </w:tblGrid>
      <w:tr w:rsidR="002C5E36" w14:paraId="644AC316" w14:textId="77777777">
        <w:trPr>
          <w:jc w:val="center"/>
        </w:trPr>
        <w:tc>
          <w:tcPr>
            <w:tcW w:w="9978" w:type="dxa"/>
            <w:shd w:val="clear" w:color="auto" w:fill="DFF3F0"/>
            <w:tcMar>
              <w:top w:w="120" w:type="dxa"/>
              <w:left w:w="160" w:type="dxa"/>
              <w:bottom w:w="120" w:type="dxa"/>
              <w:right w:w="160" w:type="dxa"/>
            </w:tcMar>
          </w:tcPr>
          <w:p w14:paraId="098DD16D" w14:textId="77777777" w:rsidR="002C5E36" w:rsidRDefault="00A6483F">
            <w:r>
              <w:rPr>
                <w:b/>
                <w:color w:val="1E9B8A"/>
                <w:sz w:val="20"/>
              </w:rPr>
              <w:t>Batasan C. Metode Pelaksanaan</w:t>
            </w:r>
          </w:p>
          <w:p w14:paraId="20A7E6B7" w14:textId="77777777" w:rsidR="002C5E36" w:rsidRDefault="00A6483F">
            <w:r>
              <w:rPr>
                <w:color w:val="222222"/>
                <w:sz w:val="20"/>
              </w:rPr>
              <w:t>Metode pelaksanaan ditulis tidak lebih dari 1500 kata. Jelaskan tahapan/langkah pel</w:t>
            </w:r>
            <w:r>
              <w:rPr>
                <w:color w:val="222222"/>
                <w:sz w:val="20"/>
              </w:rPr>
              <w:t>aksanaan solusi, pendekatan pemberdayaan, peran mitra, evaluasi, keberlanjutan, dan tugas masing-masing anggota tim sesuai kompetensi.</w:t>
            </w:r>
          </w:p>
        </w:tc>
      </w:tr>
    </w:tbl>
    <w:p w14:paraId="232AFD35" w14:textId="77777777" w:rsidR="002C5E36" w:rsidRDefault="002C5E36"/>
    <w:p w14:paraId="4340A867" w14:textId="77777777" w:rsidR="002C5E36" w:rsidRDefault="00A6483F">
      <w:pPr>
        <w:spacing w:before="120"/>
      </w:pPr>
      <w:r>
        <w:rPr>
          <w:b/>
          <w:color w:val="1E9B8A"/>
          <w:sz w:val="26"/>
        </w:rPr>
        <w:t>C.1 Tahapan pelaksanaan kegiatan</w:t>
      </w:r>
    </w:p>
    <w:tbl>
      <w:tblPr>
        <w:tblStyle w:val="TableGrid"/>
        <w:tblW w:w="10158"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570"/>
        <w:gridCol w:w="1996"/>
        <w:gridCol w:w="3600"/>
        <w:gridCol w:w="1996"/>
        <w:gridCol w:w="1996"/>
      </w:tblGrid>
      <w:tr w:rsidR="002C5E36" w:rsidRPr="00D66FE1" w14:paraId="7F4B067E" w14:textId="77777777" w:rsidTr="00D66FE1">
        <w:trPr>
          <w:tblHeader/>
          <w:jc w:val="center"/>
        </w:trPr>
        <w:tc>
          <w:tcPr>
            <w:tcW w:w="570" w:type="dxa"/>
            <w:shd w:val="clear" w:color="auto" w:fill="1E9B8A"/>
            <w:tcMar>
              <w:top w:w="100" w:type="dxa"/>
              <w:left w:w="100" w:type="dxa"/>
              <w:bottom w:w="100" w:type="dxa"/>
              <w:right w:w="100" w:type="dxa"/>
            </w:tcMar>
            <w:vAlign w:val="center"/>
          </w:tcPr>
          <w:p w14:paraId="22896291" w14:textId="77777777" w:rsidR="002C5E36" w:rsidRPr="00D66FE1" w:rsidRDefault="00A6483F">
            <w:pPr>
              <w:jc w:val="center"/>
              <w:rPr>
                <w:sz w:val="20"/>
                <w:szCs w:val="28"/>
              </w:rPr>
            </w:pPr>
            <w:r w:rsidRPr="00D66FE1">
              <w:rPr>
                <w:b/>
                <w:color w:val="FFFFFF"/>
                <w:sz w:val="20"/>
                <w:szCs w:val="28"/>
              </w:rPr>
              <w:t>No</w:t>
            </w:r>
          </w:p>
        </w:tc>
        <w:tc>
          <w:tcPr>
            <w:tcW w:w="1996" w:type="dxa"/>
            <w:shd w:val="clear" w:color="auto" w:fill="1E9B8A"/>
            <w:tcMar>
              <w:top w:w="100" w:type="dxa"/>
              <w:left w:w="100" w:type="dxa"/>
              <w:bottom w:w="100" w:type="dxa"/>
              <w:right w:w="100" w:type="dxa"/>
            </w:tcMar>
            <w:vAlign w:val="center"/>
          </w:tcPr>
          <w:p w14:paraId="0B9724C7" w14:textId="77777777" w:rsidR="002C5E36" w:rsidRPr="00D66FE1" w:rsidRDefault="00A6483F">
            <w:pPr>
              <w:jc w:val="center"/>
              <w:rPr>
                <w:sz w:val="20"/>
                <w:szCs w:val="28"/>
              </w:rPr>
            </w:pPr>
            <w:r w:rsidRPr="00D66FE1">
              <w:rPr>
                <w:b/>
                <w:color w:val="FFFFFF"/>
                <w:sz w:val="20"/>
                <w:szCs w:val="28"/>
              </w:rPr>
              <w:t>Tahapan</w:t>
            </w:r>
          </w:p>
        </w:tc>
        <w:tc>
          <w:tcPr>
            <w:tcW w:w="3600" w:type="dxa"/>
            <w:shd w:val="clear" w:color="auto" w:fill="1E9B8A"/>
            <w:tcMar>
              <w:top w:w="100" w:type="dxa"/>
              <w:left w:w="100" w:type="dxa"/>
              <w:bottom w:w="100" w:type="dxa"/>
              <w:right w:w="100" w:type="dxa"/>
            </w:tcMar>
            <w:vAlign w:val="center"/>
          </w:tcPr>
          <w:p w14:paraId="406AA070" w14:textId="77777777" w:rsidR="002C5E36" w:rsidRPr="00D66FE1" w:rsidRDefault="00A6483F">
            <w:pPr>
              <w:jc w:val="center"/>
              <w:rPr>
                <w:sz w:val="20"/>
                <w:szCs w:val="28"/>
              </w:rPr>
            </w:pPr>
            <w:r w:rsidRPr="00D66FE1">
              <w:rPr>
                <w:b/>
                <w:color w:val="FFFFFF"/>
                <w:sz w:val="20"/>
                <w:szCs w:val="28"/>
              </w:rPr>
              <w:t>Kegiatan Utama</w:t>
            </w:r>
          </w:p>
        </w:tc>
        <w:tc>
          <w:tcPr>
            <w:tcW w:w="1996" w:type="dxa"/>
            <w:shd w:val="clear" w:color="auto" w:fill="1E9B8A"/>
            <w:tcMar>
              <w:top w:w="100" w:type="dxa"/>
              <w:left w:w="100" w:type="dxa"/>
              <w:bottom w:w="100" w:type="dxa"/>
              <w:right w:w="100" w:type="dxa"/>
            </w:tcMar>
            <w:vAlign w:val="center"/>
          </w:tcPr>
          <w:p w14:paraId="5599C0BA" w14:textId="77777777" w:rsidR="002C5E36" w:rsidRPr="00D66FE1" w:rsidRDefault="00A6483F">
            <w:pPr>
              <w:jc w:val="center"/>
              <w:rPr>
                <w:sz w:val="20"/>
                <w:szCs w:val="28"/>
              </w:rPr>
            </w:pPr>
            <w:r w:rsidRPr="00D66FE1">
              <w:rPr>
                <w:b/>
                <w:color w:val="FFFFFF"/>
                <w:sz w:val="20"/>
                <w:szCs w:val="28"/>
              </w:rPr>
              <w:t>Output</w:t>
            </w:r>
          </w:p>
        </w:tc>
        <w:tc>
          <w:tcPr>
            <w:tcW w:w="1996" w:type="dxa"/>
            <w:shd w:val="clear" w:color="auto" w:fill="1E9B8A"/>
            <w:tcMar>
              <w:top w:w="100" w:type="dxa"/>
              <w:left w:w="100" w:type="dxa"/>
              <w:bottom w:w="100" w:type="dxa"/>
              <w:right w:w="100" w:type="dxa"/>
            </w:tcMar>
            <w:vAlign w:val="center"/>
          </w:tcPr>
          <w:p w14:paraId="068389D3" w14:textId="77777777" w:rsidR="002C5E36" w:rsidRPr="00D66FE1" w:rsidRDefault="00A6483F">
            <w:pPr>
              <w:jc w:val="center"/>
              <w:rPr>
                <w:sz w:val="20"/>
                <w:szCs w:val="28"/>
              </w:rPr>
            </w:pPr>
            <w:r w:rsidRPr="00D66FE1">
              <w:rPr>
                <w:b/>
                <w:color w:val="FFFFFF"/>
                <w:sz w:val="20"/>
                <w:szCs w:val="28"/>
              </w:rPr>
              <w:t>Penanggung Jawab</w:t>
            </w:r>
          </w:p>
        </w:tc>
      </w:tr>
      <w:tr w:rsidR="002C5E36" w:rsidRPr="00D66FE1" w14:paraId="22AC3246" w14:textId="77777777" w:rsidTr="00D66FE1">
        <w:trPr>
          <w:jc w:val="center"/>
        </w:trPr>
        <w:tc>
          <w:tcPr>
            <w:tcW w:w="570" w:type="dxa"/>
            <w:shd w:val="clear" w:color="auto" w:fill="F7FAFC"/>
            <w:tcMar>
              <w:top w:w="90" w:type="dxa"/>
              <w:left w:w="100" w:type="dxa"/>
              <w:bottom w:w="90" w:type="dxa"/>
              <w:right w:w="100" w:type="dxa"/>
            </w:tcMar>
            <w:vAlign w:val="center"/>
          </w:tcPr>
          <w:p w14:paraId="7C44FB5E" w14:textId="77777777" w:rsidR="002C5E36" w:rsidRPr="00D66FE1" w:rsidRDefault="00A6483F">
            <w:pPr>
              <w:jc w:val="center"/>
              <w:rPr>
                <w:sz w:val="20"/>
                <w:szCs w:val="28"/>
              </w:rPr>
            </w:pPr>
            <w:r w:rsidRPr="00D66FE1">
              <w:rPr>
                <w:sz w:val="20"/>
                <w:szCs w:val="28"/>
              </w:rPr>
              <w:t>1</w:t>
            </w:r>
          </w:p>
        </w:tc>
        <w:tc>
          <w:tcPr>
            <w:tcW w:w="1996" w:type="dxa"/>
            <w:shd w:val="clear" w:color="auto" w:fill="F7FAFC"/>
            <w:tcMar>
              <w:top w:w="90" w:type="dxa"/>
              <w:left w:w="100" w:type="dxa"/>
              <w:bottom w:w="90" w:type="dxa"/>
              <w:right w:w="100" w:type="dxa"/>
            </w:tcMar>
            <w:vAlign w:val="center"/>
          </w:tcPr>
          <w:p w14:paraId="7D6C3F0E" w14:textId="77777777" w:rsidR="002C5E36" w:rsidRPr="00D66FE1" w:rsidRDefault="00A6483F" w:rsidP="00D66FE1">
            <w:pPr>
              <w:rPr>
                <w:sz w:val="20"/>
                <w:szCs w:val="28"/>
              </w:rPr>
            </w:pPr>
            <w:r w:rsidRPr="00D66FE1">
              <w:rPr>
                <w:sz w:val="20"/>
                <w:szCs w:val="28"/>
              </w:rPr>
              <w:t>Sosialisasi</w:t>
            </w:r>
          </w:p>
        </w:tc>
        <w:tc>
          <w:tcPr>
            <w:tcW w:w="3600" w:type="dxa"/>
            <w:shd w:val="clear" w:color="auto" w:fill="F7FAFC"/>
            <w:tcMar>
              <w:top w:w="90" w:type="dxa"/>
              <w:left w:w="100" w:type="dxa"/>
              <w:bottom w:w="90" w:type="dxa"/>
              <w:right w:w="100" w:type="dxa"/>
            </w:tcMar>
            <w:vAlign w:val="center"/>
          </w:tcPr>
          <w:p w14:paraId="3CBBEA4E" w14:textId="77777777" w:rsidR="002C5E36" w:rsidRPr="00D66FE1" w:rsidRDefault="00A6483F">
            <w:pPr>
              <w:rPr>
                <w:sz w:val="20"/>
                <w:szCs w:val="28"/>
              </w:rPr>
            </w:pPr>
            <w:r w:rsidRPr="00D66FE1">
              <w:rPr>
                <w:sz w:val="20"/>
                <w:szCs w:val="28"/>
              </w:rPr>
              <w:t xml:space="preserve">Penyamaan </w:t>
            </w:r>
            <w:r w:rsidRPr="00D66FE1">
              <w:rPr>
                <w:sz w:val="20"/>
                <w:szCs w:val="28"/>
              </w:rPr>
              <w:t>persepsi, penjelasan tujuan, peran mitra, dan rencana kegiatan.</w:t>
            </w:r>
          </w:p>
        </w:tc>
        <w:tc>
          <w:tcPr>
            <w:tcW w:w="1996" w:type="dxa"/>
            <w:shd w:val="clear" w:color="auto" w:fill="F7FAFC"/>
            <w:tcMar>
              <w:top w:w="90" w:type="dxa"/>
              <w:left w:w="100" w:type="dxa"/>
              <w:bottom w:w="90" w:type="dxa"/>
              <w:right w:w="100" w:type="dxa"/>
            </w:tcMar>
            <w:vAlign w:val="center"/>
          </w:tcPr>
          <w:p w14:paraId="101893AC" w14:textId="77777777" w:rsidR="002C5E36" w:rsidRPr="00D66FE1" w:rsidRDefault="00A6483F">
            <w:pPr>
              <w:rPr>
                <w:sz w:val="20"/>
                <w:szCs w:val="28"/>
              </w:rPr>
            </w:pPr>
            <w:r w:rsidRPr="00D66FE1">
              <w:rPr>
                <w:sz w:val="20"/>
                <w:szCs w:val="28"/>
              </w:rPr>
              <w:t>BA/daftar hadir</w:t>
            </w:r>
          </w:p>
        </w:tc>
        <w:tc>
          <w:tcPr>
            <w:tcW w:w="1996" w:type="dxa"/>
            <w:shd w:val="clear" w:color="auto" w:fill="F7FAFC"/>
            <w:tcMar>
              <w:top w:w="90" w:type="dxa"/>
              <w:left w:w="100" w:type="dxa"/>
              <w:bottom w:w="90" w:type="dxa"/>
              <w:right w:w="100" w:type="dxa"/>
            </w:tcMar>
            <w:vAlign w:val="center"/>
          </w:tcPr>
          <w:p w14:paraId="19E5DF17" w14:textId="77777777" w:rsidR="002C5E36" w:rsidRPr="00D66FE1" w:rsidRDefault="00A6483F">
            <w:pPr>
              <w:jc w:val="center"/>
              <w:rPr>
                <w:sz w:val="20"/>
                <w:szCs w:val="28"/>
              </w:rPr>
            </w:pPr>
            <w:r w:rsidRPr="00D66FE1">
              <w:rPr>
                <w:sz w:val="20"/>
                <w:szCs w:val="28"/>
              </w:rPr>
              <w:t>[Tim/Mitra]</w:t>
            </w:r>
          </w:p>
        </w:tc>
      </w:tr>
      <w:tr w:rsidR="002C5E36" w:rsidRPr="00D66FE1" w14:paraId="76AFA881" w14:textId="77777777" w:rsidTr="00D66FE1">
        <w:trPr>
          <w:jc w:val="center"/>
        </w:trPr>
        <w:tc>
          <w:tcPr>
            <w:tcW w:w="570" w:type="dxa"/>
            <w:tcMar>
              <w:top w:w="90" w:type="dxa"/>
              <w:left w:w="100" w:type="dxa"/>
              <w:bottom w:w="90" w:type="dxa"/>
              <w:right w:w="100" w:type="dxa"/>
            </w:tcMar>
            <w:vAlign w:val="center"/>
          </w:tcPr>
          <w:p w14:paraId="431174C1" w14:textId="77777777" w:rsidR="002C5E36" w:rsidRPr="00D66FE1" w:rsidRDefault="00A6483F">
            <w:pPr>
              <w:jc w:val="center"/>
              <w:rPr>
                <w:sz w:val="20"/>
                <w:szCs w:val="28"/>
              </w:rPr>
            </w:pPr>
            <w:r w:rsidRPr="00D66FE1">
              <w:rPr>
                <w:sz w:val="20"/>
                <w:szCs w:val="28"/>
              </w:rPr>
              <w:lastRenderedPageBreak/>
              <w:t>2</w:t>
            </w:r>
          </w:p>
        </w:tc>
        <w:tc>
          <w:tcPr>
            <w:tcW w:w="1996" w:type="dxa"/>
            <w:tcMar>
              <w:top w:w="90" w:type="dxa"/>
              <w:left w:w="100" w:type="dxa"/>
              <w:bottom w:w="90" w:type="dxa"/>
              <w:right w:w="100" w:type="dxa"/>
            </w:tcMar>
            <w:vAlign w:val="center"/>
          </w:tcPr>
          <w:p w14:paraId="0FB8FB57" w14:textId="77777777" w:rsidR="002C5E36" w:rsidRPr="00D66FE1" w:rsidRDefault="00A6483F" w:rsidP="00D66FE1">
            <w:pPr>
              <w:rPr>
                <w:sz w:val="20"/>
                <w:szCs w:val="28"/>
              </w:rPr>
            </w:pPr>
            <w:r w:rsidRPr="00D66FE1">
              <w:rPr>
                <w:sz w:val="20"/>
                <w:szCs w:val="28"/>
              </w:rPr>
              <w:t>Pelatihan</w:t>
            </w:r>
          </w:p>
        </w:tc>
        <w:tc>
          <w:tcPr>
            <w:tcW w:w="3600" w:type="dxa"/>
            <w:tcMar>
              <w:top w:w="90" w:type="dxa"/>
              <w:left w:w="100" w:type="dxa"/>
              <w:bottom w:w="90" w:type="dxa"/>
              <w:right w:w="100" w:type="dxa"/>
            </w:tcMar>
            <w:vAlign w:val="center"/>
          </w:tcPr>
          <w:p w14:paraId="468EE94F" w14:textId="77777777" w:rsidR="002C5E36" w:rsidRPr="00D66FE1" w:rsidRDefault="00A6483F">
            <w:pPr>
              <w:rPr>
                <w:sz w:val="20"/>
                <w:szCs w:val="28"/>
              </w:rPr>
            </w:pPr>
            <w:r w:rsidRPr="00D66FE1">
              <w:rPr>
                <w:sz w:val="20"/>
                <w:szCs w:val="28"/>
              </w:rPr>
              <w:t>Peningkatan pengetahuan dan keterampilan sesuai solusi prioritas.</w:t>
            </w:r>
          </w:p>
        </w:tc>
        <w:tc>
          <w:tcPr>
            <w:tcW w:w="1996" w:type="dxa"/>
            <w:tcMar>
              <w:top w:w="90" w:type="dxa"/>
              <w:left w:w="100" w:type="dxa"/>
              <w:bottom w:w="90" w:type="dxa"/>
              <w:right w:w="100" w:type="dxa"/>
            </w:tcMar>
            <w:vAlign w:val="center"/>
          </w:tcPr>
          <w:p w14:paraId="73995815" w14:textId="77777777" w:rsidR="002C5E36" w:rsidRPr="00D66FE1" w:rsidRDefault="00A6483F">
            <w:pPr>
              <w:rPr>
                <w:sz w:val="20"/>
                <w:szCs w:val="28"/>
              </w:rPr>
            </w:pPr>
            <w:r w:rsidRPr="00D66FE1">
              <w:rPr>
                <w:sz w:val="20"/>
                <w:szCs w:val="28"/>
              </w:rPr>
              <w:t>Modul/pre-post test</w:t>
            </w:r>
          </w:p>
        </w:tc>
        <w:tc>
          <w:tcPr>
            <w:tcW w:w="1996" w:type="dxa"/>
            <w:tcMar>
              <w:top w:w="90" w:type="dxa"/>
              <w:left w:w="100" w:type="dxa"/>
              <w:bottom w:w="90" w:type="dxa"/>
              <w:right w:w="100" w:type="dxa"/>
            </w:tcMar>
            <w:vAlign w:val="center"/>
          </w:tcPr>
          <w:p w14:paraId="5CD51C68" w14:textId="77777777" w:rsidR="002C5E36" w:rsidRPr="00D66FE1" w:rsidRDefault="00A6483F">
            <w:pPr>
              <w:jc w:val="center"/>
              <w:rPr>
                <w:sz w:val="20"/>
                <w:szCs w:val="28"/>
              </w:rPr>
            </w:pPr>
            <w:r w:rsidRPr="00D66FE1">
              <w:rPr>
                <w:sz w:val="20"/>
                <w:szCs w:val="28"/>
              </w:rPr>
              <w:t>[Tim]</w:t>
            </w:r>
          </w:p>
        </w:tc>
      </w:tr>
      <w:tr w:rsidR="002C5E36" w:rsidRPr="00D66FE1" w14:paraId="1AC507DD" w14:textId="77777777" w:rsidTr="00D66FE1">
        <w:trPr>
          <w:jc w:val="center"/>
        </w:trPr>
        <w:tc>
          <w:tcPr>
            <w:tcW w:w="570" w:type="dxa"/>
            <w:shd w:val="clear" w:color="auto" w:fill="F7FAFC"/>
            <w:tcMar>
              <w:top w:w="90" w:type="dxa"/>
              <w:left w:w="100" w:type="dxa"/>
              <w:bottom w:w="90" w:type="dxa"/>
              <w:right w:w="100" w:type="dxa"/>
            </w:tcMar>
            <w:vAlign w:val="center"/>
          </w:tcPr>
          <w:p w14:paraId="4BE05E30" w14:textId="77777777" w:rsidR="002C5E36" w:rsidRPr="00D66FE1" w:rsidRDefault="00A6483F">
            <w:pPr>
              <w:jc w:val="center"/>
              <w:rPr>
                <w:sz w:val="20"/>
                <w:szCs w:val="28"/>
              </w:rPr>
            </w:pPr>
            <w:r w:rsidRPr="00D66FE1">
              <w:rPr>
                <w:sz w:val="20"/>
                <w:szCs w:val="28"/>
              </w:rPr>
              <w:t>3</w:t>
            </w:r>
          </w:p>
        </w:tc>
        <w:tc>
          <w:tcPr>
            <w:tcW w:w="1996" w:type="dxa"/>
            <w:shd w:val="clear" w:color="auto" w:fill="F7FAFC"/>
            <w:tcMar>
              <w:top w:w="90" w:type="dxa"/>
              <w:left w:w="100" w:type="dxa"/>
              <w:bottom w:w="90" w:type="dxa"/>
              <w:right w:w="100" w:type="dxa"/>
            </w:tcMar>
            <w:vAlign w:val="center"/>
          </w:tcPr>
          <w:p w14:paraId="798A450E" w14:textId="77777777" w:rsidR="002C5E36" w:rsidRPr="00D66FE1" w:rsidRDefault="00A6483F">
            <w:pPr>
              <w:rPr>
                <w:sz w:val="20"/>
                <w:szCs w:val="28"/>
              </w:rPr>
            </w:pPr>
            <w:r w:rsidRPr="00D66FE1">
              <w:rPr>
                <w:sz w:val="20"/>
                <w:szCs w:val="28"/>
              </w:rPr>
              <w:t>Penerapan teknologi/inovasi</w:t>
            </w:r>
          </w:p>
        </w:tc>
        <w:tc>
          <w:tcPr>
            <w:tcW w:w="3600" w:type="dxa"/>
            <w:shd w:val="clear" w:color="auto" w:fill="F7FAFC"/>
            <w:tcMar>
              <w:top w:w="90" w:type="dxa"/>
              <w:left w:w="100" w:type="dxa"/>
              <w:bottom w:w="90" w:type="dxa"/>
              <w:right w:w="100" w:type="dxa"/>
            </w:tcMar>
            <w:vAlign w:val="center"/>
          </w:tcPr>
          <w:p w14:paraId="48882053" w14:textId="77777777" w:rsidR="002C5E36" w:rsidRPr="00D66FE1" w:rsidRDefault="00A6483F">
            <w:pPr>
              <w:rPr>
                <w:sz w:val="20"/>
                <w:szCs w:val="28"/>
              </w:rPr>
            </w:pPr>
            <w:r w:rsidRPr="00D66FE1">
              <w:rPr>
                <w:sz w:val="20"/>
                <w:szCs w:val="28"/>
              </w:rPr>
              <w:t xml:space="preserve">Implementasi alat, </w:t>
            </w:r>
            <w:r w:rsidRPr="00D66FE1">
              <w:rPr>
                <w:sz w:val="20"/>
                <w:szCs w:val="28"/>
              </w:rPr>
              <w:t>model, SOP, produk, aplikasi, atau metode pemberdayaan.</w:t>
            </w:r>
          </w:p>
        </w:tc>
        <w:tc>
          <w:tcPr>
            <w:tcW w:w="1996" w:type="dxa"/>
            <w:shd w:val="clear" w:color="auto" w:fill="F7FAFC"/>
            <w:tcMar>
              <w:top w:w="90" w:type="dxa"/>
              <w:left w:w="100" w:type="dxa"/>
              <w:bottom w:w="90" w:type="dxa"/>
              <w:right w:w="100" w:type="dxa"/>
            </w:tcMar>
            <w:vAlign w:val="center"/>
          </w:tcPr>
          <w:p w14:paraId="294CDBE8" w14:textId="77777777" w:rsidR="002C5E36" w:rsidRPr="00D66FE1" w:rsidRDefault="00A6483F">
            <w:pPr>
              <w:rPr>
                <w:sz w:val="20"/>
                <w:szCs w:val="28"/>
              </w:rPr>
            </w:pPr>
            <w:r w:rsidRPr="00D66FE1">
              <w:rPr>
                <w:sz w:val="20"/>
                <w:szCs w:val="28"/>
              </w:rPr>
              <w:t>Produk/TTG/SOP</w:t>
            </w:r>
          </w:p>
        </w:tc>
        <w:tc>
          <w:tcPr>
            <w:tcW w:w="1996" w:type="dxa"/>
            <w:shd w:val="clear" w:color="auto" w:fill="F7FAFC"/>
            <w:tcMar>
              <w:top w:w="90" w:type="dxa"/>
              <w:left w:w="100" w:type="dxa"/>
              <w:bottom w:w="90" w:type="dxa"/>
              <w:right w:w="100" w:type="dxa"/>
            </w:tcMar>
            <w:vAlign w:val="center"/>
          </w:tcPr>
          <w:p w14:paraId="049D1F43" w14:textId="77777777" w:rsidR="002C5E36" w:rsidRPr="00D66FE1" w:rsidRDefault="00A6483F">
            <w:pPr>
              <w:jc w:val="center"/>
              <w:rPr>
                <w:sz w:val="20"/>
                <w:szCs w:val="28"/>
              </w:rPr>
            </w:pPr>
            <w:r w:rsidRPr="00D66FE1">
              <w:rPr>
                <w:sz w:val="20"/>
                <w:szCs w:val="28"/>
              </w:rPr>
              <w:t>[Tim/Mitra]</w:t>
            </w:r>
          </w:p>
        </w:tc>
      </w:tr>
      <w:tr w:rsidR="002C5E36" w:rsidRPr="00D66FE1" w14:paraId="607D2ED3" w14:textId="77777777" w:rsidTr="00D66FE1">
        <w:trPr>
          <w:jc w:val="center"/>
        </w:trPr>
        <w:tc>
          <w:tcPr>
            <w:tcW w:w="570" w:type="dxa"/>
            <w:tcMar>
              <w:top w:w="90" w:type="dxa"/>
              <w:left w:w="100" w:type="dxa"/>
              <w:bottom w:w="90" w:type="dxa"/>
              <w:right w:w="100" w:type="dxa"/>
            </w:tcMar>
            <w:vAlign w:val="center"/>
          </w:tcPr>
          <w:p w14:paraId="13CB5772" w14:textId="77777777" w:rsidR="002C5E36" w:rsidRPr="00D66FE1" w:rsidRDefault="00A6483F">
            <w:pPr>
              <w:jc w:val="center"/>
              <w:rPr>
                <w:sz w:val="20"/>
                <w:szCs w:val="28"/>
              </w:rPr>
            </w:pPr>
            <w:r w:rsidRPr="00D66FE1">
              <w:rPr>
                <w:sz w:val="20"/>
                <w:szCs w:val="28"/>
              </w:rPr>
              <w:t>4</w:t>
            </w:r>
          </w:p>
        </w:tc>
        <w:tc>
          <w:tcPr>
            <w:tcW w:w="1996" w:type="dxa"/>
            <w:tcMar>
              <w:top w:w="90" w:type="dxa"/>
              <w:left w:w="100" w:type="dxa"/>
              <w:bottom w:w="90" w:type="dxa"/>
              <w:right w:w="100" w:type="dxa"/>
            </w:tcMar>
            <w:vAlign w:val="center"/>
          </w:tcPr>
          <w:p w14:paraId="7AE65FB1" w14:textId="77777777" w:rsidR="002C5E36" w:rsidRPr="00D66FE1" w:rsidRDefault="00A6483F">
            <w:pPr>
              <w:rPr>
                <w:sz w:val="20"/>
                <w:szCs w:val="28"/>
              </w:rPr>
            </w:pPr>
            <w:r w:rsidRPr="00D66FE1">
              <w:rPr>
                <w:sz w:val="20"/>
                <w:szCs w:val="28"/>
              </w:rPr>
              <w:t>Pendampingan dan evaluasi</w:t>
            </w:r>
          </w:p>
        </w:tc>
        <w:tc>
          <w:tcPr>
            <w:tcW w:w="3600" w:type="dxa"/>
            <w:tcMar>
              <w:top w:w="90" w:type="dxa"/>
              <w:left w:w="100" w:type="dxa"/>
              <w:bottom w:w="90" w:type="dxa"/>
              <w:right w:w="100" w:type="dxa"/>
            </w:tcMar>
            <w:vAlign w:val="center"/>
          </w:tcPr>
          <w:p w14:paraId="72F1FABD" w14:textId="77777777" w:rsidR="002C5E36" w:rsidRPr="00D66FE1" w:rsidRDefault="00A6483F">
            <w:pPr>
              <w:rPr>
                <w:sz w:val="20"/>
                <w:szCs w:val="28"/>
              </w:rPr>
            </w:pPr>
            <w:r w:rsidRPr="00D66FE1">
              <w:rPr>
                <w:sz w:val="20"/>
                <w:szCs w:val="28"/>
              </w:rPr>
              <w:t>Pendampingan praktik, pemantauan capaian, evaluasi perubahan, dan perbaikan.</w:t>
            </w:r>
          </w:p>
        </w:tc>
        <w:tc>
          <w:tcPr>
            <w:tcW w:w="1996" w:type="dxa"/>
            <w:tcMar>
              <w:top w:w="90" w:type="dxa"/>
              <w:left w:w="100" w:type="dxa"/>
              <w:bottom w:w="90" w:type="dxa"/>
              <w:right w:w="100" w:type="dxa"/>
            </w:tcMar>
            <w:vAlign w:val="center"/>
          </w:tcPr>
          <w:p w14:paraId="482D2529" w14:textId="77777777" w:rsidR="002C5E36" w:rsidRPr="00D66FE1" w:rsidRDefault="00A6483F">
            <w:pPr>
              <w:rPr>
                <w:sz w:val="20"/>
                <w:szCs w:val="28"/>
              </w:rPr>
            </w:pPr>
            <w:r w:rsidRPr="00D66FE1">
              <w:rPr>
                <w:sz w:val="20"/>
                <w:szCs w:val="28"/>
              </w:rPr>
              <w:t>Catatan pendampingan</w:t>
            </w:r>
          </w:p>
        </w:tc>
        <w:tc>
          <w:tcPr>
            <w:tcW w:w="1996" w:type="dxa"/>
            <w:tcMar>
              <w:top w:w="90" w:type="dxa"/>
              <w:left w:w="100" w:type="dxa"/>
              <w:bottom w:w="90" w:type="dxa"/>
              <w:right w:w="100" w:type="dxa"/>
            </w:tcMar>
            <w:vAlign w:val="center"/>
          </w:tcPr>
          <w:p w14:paraId="06F78385" w14:textId="77777777" w:rsidR="002C5E36" w:rsidRPr="00D66FE1" w:rsidRDefault="00A6483F">
            <w:pPr>
              <w:jc w:val="center"/>
              <w:rPr>
                <w:sz w:val="20"/>
                <w:szCs w:val="28"/>
              </w:rPr>
            </w:pPr>
            <w:r w:rsidRPr="00D66FE1">
              <w:rPr>
                <w:sz w:val="20"/>
                <w:szCs w:val="28"/>
              </w:rPr>
              <w:t>[Tim/Mitra]</w:t>
            </w:r>
          </w:p>
        </w:tc>
      </w:tr>
      <w:tr w:rsidR="002C5E36" w:rsidRPr="00D66FE1" w14:paraId="29E1AF87" w14:textId="77777777" w:rsidTr="00D66FE1">
        <w:trPr>
          <w:jc w:val="center"/>
        </w:trPr>
        <w:tc>
          <w:tcPr>
            <w:tcW w:w="570" w:type="dxa"/>
            <w:shd w:val="clear" w:color="auto" w:fill="F7FAFC"/>
            <w:tcMar>
              <w:top w:w="90" w:type="dxa"/>
              <w:left w:w="100" w:type="dxa"/>
              <w:bottom w:w="90" w:type="dxa"/>
              <w:right w:w="100" w:type="dxa"/>
            </w:tcMar>
            <w:vAlign w:val="center"/>
          </w:tcPr>
          <w:p w14:paraId="3D7A469E" w14:textId="77777777" w:rsidR="002C5E36" w:rsidRPr="00D66FE1" w:rsidRDefault="00A6483F">
            <w:pPr>
              <w:jc w:val="center"/>
              <w:rPr>
                <w:sz w:val="20"/>
                <w:szCs w:val="28"/>
              </w:rPr>
            </w:pPr>
            <w:r w:rsidRPr="00D66FE1">
              <w:rPr>
                <w:sz w:val="20"/>
                <w:szCs w:val="28"/>
              </w:rPr>
              <w:t>5</w:t>
            </w:r>
          </w:p>
        </w:tc>
        <w:tc>
          <w:tcPr>
            <w:tcW w:w="1996" w:type="dxa"/>
            <w:shd w:val="clear" w:color="auto" w:fill="F7FAFC"/>
            <w:tcMar>
              <w:top w:w="90" w:type="dxa"/>
              <w:left w:w="100" w:type="dxa"/>
              <w:bottom w:w="90" w:type="dxa"/>
              <w:right w:w="100" w:type="dxa"/>
            </w:tcMar>
            <w:vAlign w:val="center"/>
          </w:tcPr>
          <w:p w14:paraId="16F3FFCE" w14:textId="77777777" w:rsidR="002C5E36" w:rsidRPr="00D66FE1" w:rsidRDefault="00A6483F">
            <w:pPr>
              <w:rPr>
                <w:sz w:val="20"/>
                <w:szCs w:val="28"/>
              </w:rPr>
            </w:pPr>
            <w:r w:rsidRPr="00D66FE1">
              <w:rPr>
                <w:sz w:val="20"/>
                <w:szCs w:val="28"/>
              </w:rPr>
              <w:t>Keberlanjutan program</w:t>
            </w:r>
          </w:p>
        </w:tc>
        <w:tc>
          <w:tcPr>
            <w:tcW w:w="3600" w:type="dxa"/>
            <w:shd w:val="clear" w:color="auto" w:fill="F7FAFC"/>
            <w:tcMar>
              <w:top w:w="90" w:type="dxa"/>
              <w:left w:w="100" w:type="dxa"/>
              <w:bottom w:w="90" w:type="dxa"/>
              <w:right w:w="100" w:type="dxa"/>
            </w:tcMar>
            <w:vAlign w:val="center"/>
          </w:tcPr>
          <w:p w14:paraId="29A94499" w14:textId="77777777" w:rsidR="002C5E36" w:rsidRPr="00D66FE1" w:rsidRDefault="00A6483F">
            <w:pPr>
              <w:rPr>
                <w:sz w:val="20"/>
                <w:szCs w:val="28"/>
              </w:rPr>
            </w:pPr>
            <w:r w:rsidRPr="00D66FE1">
              <w:rPr>
                <w:sz w:val="20"/>
                <w:szCs w:val="28"/>
              </w:rPr>
              <w:t>Penguatan kelembagaan, rencana tindak lanjut, replikasi, hilirisasi, atau integrasi KKN/MBKM.</w:t>
            </w:r>
          </w:p>
        </w:tc>
        <w:tc>
          <w:tcPr>
            <w:tcW w:w="1996" w:type="dxa"/>
            <w:shd w:val="clear" w:color="auto" w:fill="F7FAFC"/>
            <w:tcMar>
              <w:top w:w="90" w:type="dxa"/>
              <w:left w:w="100" w:type="dxa"/>
              <w:bottom w:w="90" w:type="dxa"/>
              <w:right w:w="100" w:type="dxa"/>
            </w:tcMar>
            <w:vAlign w:val="center"/>
          </w:tcPr>
          <w:p w14:paraId="5DB9755A" w14:textId="77777777" w:rsidR="002C5E36" w:rsidRPr="00D66FE1" w:rsidRDefault="00A6483F" w:rsidP="00D66FE1">
            <w:pPr>
              <w:rPr>
                <w:sz w:val="20"/>
                <w:szCs w:val="28"/>
              </w:rPr>
            </w:pPr>
            <w:r w:rsidRPr="00D66FE1">
              <w:rPr>
                <w:sz w:val="20"/>
                <w:szCs w:val="28"/>
              </w:rPr>
              <w:t>RTL/MoA/IA</w:t>
            </w:r>
          </w:p>
        </w:tc>
        <w:tc>
          <w:tcPr>
            <w:tcW w:w="1996" w:type="dxa"/>
            <w:shd w:val="clear" w:color="auto" w:fill="F7FAFC"/>
            <w:tcMar>
              <w:top w:w="90" w:type="dxa"/>
              <w:left w:w="100" w:type="dxa"/>
              <w:bottom w:w="90" w:type="dxa"/>
              <w:right w:w="100" w:type="dxa"/>
            </w:tcMar>
            <w:vAlign w:val="center"/>
          </w:tcPr>
          <w:p w14:paraId="2ED7DA62" w14:textId="77777777" w:rsidR="002C5E36" w:rsidRPr="00D66FE1" w:rsidRDefault="00A6483F" w:rsidP="00D66FE1">
            <w:pPr>
              <w:jc w:val="center"/>
              <w:rPr>
                <w:sz w:val="20"/>
                <w:szCs w:val="28"/>
              </w:rPr>
            </w:pPr>
            <w:r w:rsidRPr="00D66FE1">
              <w:rPr>
                <w:sz w:val="20"/>
                <w:szCs w:val="28"/>
              </w:rPr>
              <w:t>[Prodi/Mitra]</w:t>
            </w:r>
          </w:p>
        </w:tc>
      </w:tr>
    </w:tbl>
    <w:p w14:paraId="5217A449" w14:textId="77777777" w:rsidR="002C5E36" w:rsidRDefault="002C5E36"/>
    <w:p w14:paraId="700660FA" w14:textId="77777777" w:rsidR="002C5E36" w:rsidRDefault="00A6483F">
      <w:pPr>
        <w:spacing w:after="40"/>
      </w:pPr>
      <w:r>
        <w:rPr>
          <w:b/>
          <w:color w:val="155D8B"/>
        </w:rPr>
        <w:t>Uraian naratif metode pelaksanaan:</w:t>
      </w:r>
    </w:p>
    <w:p w14:paraId="3FC35C91" w14:textId="77777777" w:rsidR="002C5E36" w:rsidRDefault="00A6483F">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p>
    <w:p w14:paraId="44C3095B" w14:textId="77777777" w:rsidR="002C5E36" w:rsidRDefault="00A6483F">
      <w:pPr>
        <w:spacing w:before="120"/>
      </w:pPr>
      <w:r>
        <w:rPr>
          <w:b/>
          <w:color w:val="1E9B8A"/>
          <w:sz w:val="26"/>
        </w:rPr>
        <w:t>C.2 Partisipasi mitra dan keberlanjutan lapangan</w:t>
      </w:r>
    </w:p>
    <w:p w14:paraId="094ACA5E" w14:textId="77777777" w:rsidR="002C5E36" w:rsidRDefault="00A6483F">
      <w:pPr>
        <w:pStyle w:val="ListBullet"/>
        <w:spacing w:after="40"/>
      </w:pPr>
      <w:r>
        <w:t>Uraikan bentuk partisipasi mitra dalam persiapan, pelaksanaan, penyediaan fasilitas, uji coba, evaluasi, dan keberlanjutan progr</w:t>
      </w:r>
      <w:r>
        <w:t>am.</w:t>
      </w:r>
    </w:p>
    <w:p w14:paraId="1542379E" w14:textId="77777777" w:rsidR="002C5E36" w:rsidRDefault="00A6483F">
      <w:pPr>
        <w:pStyle w:val="ListBullet"/>
        <w:spacing w:after="40"/>
      </w:pPr>
      <w:r>
        <w:t>Uraikan mekanisme evaluasi pelaksanaan dan keberlanjutan program setelah kegiatan selesai.</w:t>
      </w:r>
    </w:p>
    <w:p w14:paraId="285C561B" w14:textId="77777777" w:rsidR="002C5E36" w:rsidRDefault="00A6483F">
      <w:pPr>
        <w:pStyle w:val="ListBullet"/>
        <w:spacing w:after="40"/>
      </w:pPr>
      <w:r>
        <w:t>Jika proposal kolaboratif, jelaskan koordinasi antarprodi agar kegiatan tidak tumpang tindih dan tidak membebani mitra.</w:t>
      </w:r>
    </w:p>
    <w:p w14:paraId="79601C00" w14:textId="77777777" w:rsidR="002C5E36" w:rsidRDefault="00A6483F">
      <w:pPr>
        <w:spacing w:after="40"/>
      </w:pPr>
      <w:r>
        <w:rPr>
          <w:b/>
          <w:color w:val="155D8B"/>
        </w:rPr>
        <w:t>Ruang pengisian C.2:</w:t>
      </w:r>
    </w:p>
    <w:p w14:paraId="771F362A" w14:textId="77777777" w:rsidR="002C5E36" w:rsidRDefault="00A6483F">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p>
    <w:p w14:paraId="036DE75E" w14:textId="77777777" w:rsidR="002C5E36" w:rsidRDefault="00A6483F">
      <w:pPr>
        <w:spacing w:before="120"/>
      </w:pPr>
      <w:r>
        <w:rPr>
          <w:b/>
          <w:color w:val="1E9B8A"/>
          <w:sz w:val="26"/>
        </w:rPr>
        <w:t>C.3 Peran tim pelaksana dan mahasiswa</w:t>
      </w:r>
    </w:p>
    <w:tbl>
      <w:tblPr>
        <w:tblStyle w:val="TableGrid"/>
        <w:tblW w:w="10036"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624"/>
        <w:gridCol w:w="2088"/>
        <w:gridCol w:w="1996"/>
        <w:gridCol w:w="2880"/>
        <w:gridCol w:w="2448"/>
      </w:tblGrid>
      <w:tr w:rsidR="002C5E36" w14:paraId="73ADF359" w14:textId="77777777" w:rsidTr="00D66FE1">
        <w:trPr>
          <w:tblHeader/>
          <w:jc w:val="center"/>
        </w:trPr>
        <w:tc>
          <w:tcPr>
            <w:tcW w:w="624" w:type="dxa"/>
            <w:shd w:val="clear" w:color="auto" w:fill="155D8B"/>
            <w:tcMar>
              <w:top w:w="100" w:type="dxa"/>
              <w:left w:w="100" w:type="dxa"/>
              <w:bottom w:w="100" w:type="dxa"/>
              <w:right w:w="100" w:type="dxa"/>
            </w:tcMar>
            <w:vAlign w:val="center"/>
          </w:tcPr>
          <w:p w14:paraId="2A51A93D" w14:textId="77777777" w:rsidR="002C5E36" w:rsidRDefault="00A6483F">
            <w:pPr>
              <w:jc w:val="center"/>
            </w:pPr>
            <w:r>
              <w:rPr>
                <w:b/>
                <w:color w:val="FFFFFF"/>
                <w:sz w:val="16"/>
              </w:rPr>
              <w:t>No</w:t>
            </w:r>
          </w:p>
        </w:tc>
        <w:tc>
          <w:tcPr>
            <w:tcW w:w="2088" w:type="dxa"/>
            <w:shd w:val="clear" w:color="auto" w:fill="155D8B"/>
            <w:tcMar>
              <w:top w:w="100" w:type="dxa"/>
              <w:left w:w="100" w:type="dxa"/>
              <w:bottom w:w="100" w:type="dxa"/>
              <w:right w:w="100" w:type="dxa"/>
            </w:tcMar>
            <w:vAlign w:val="center"/>
          </w:tcPr>
          <w:p w14:paraId="19D64375" w14:textId="77777777" w:rsidR="002C5E36" w:rsidRDefault="00A6483F">
            <w:pPr>
              <w:jc w:val="center"/>
            </w:pPr>
            <w:r>
              <w:rPr>
                <w:b/>
                <w:color w:val="FFFFFF"/>
                <w:sz w:val="16"/>
              </w:rPr>
              <w:t>Nama</w:t>
            </w:r>
          </w:p>
        </w:tc>
        <w:tc>
          <w:tcPr>
            <w:tcW w:w="1996" w:type="dxa"/>
            <w:shd w:val="clear" w:color="auto" w:fill="155D8B"/>
            <w:tcMar>
              <w:top w:w="100" w:type="dxa"/>
              <w:left w:w="100" w:type="dxa"/>
              <w:bottom w:w="100" w:type="dxa"/>
              <w:right w:w="100" w:type="dxa"/>
            </w:tcMar>
            <w:vAlign w:val="center"/>
          </w:tcPr>
          <w:p w14:paraId="4BE69F1E" w14:textId="77777777" w:rsidR="002C5E36" w:rsidRDefault="00A6483F">
            <w:pPr>
              <w:jc w:val="center"/>
            </w:pPr>
            <w:r>
              <w:rPr>
                <w:b/>
                <w:color w:val="FFFFFF"/>
                <w:sz w:val="16"/>
              </w:rPr>
              <w:t>Prodi/Fakultas</w:t>
            </w:r>
          </w:p>
        </w:tc>
        <w:tc>
          <w:tcPr>
            <w:tcW w:w="2880" w:type="dxa"/>
            <w:shd w:val="clear" w:color="auto" w:fill="155D8B"/>
            <w:tcMar>
              <w:top w:w="100" w:type="dxa"/>
              <w:left w:w="100" w:type="dxa"/>
              <w:bottom w:w="100" w:type="dxa"/>
              <w:right w:w="100" w:type="dxa"/>
            </w:tcMar>
            <w:vAlign w:val="center"/>
          </w:tcPr>
          <w:p w14:paraId="697323E7" w14:textId="77777777" w:rsidR="002C5E36" w:rsidRDefault="00A6483F">
            <w:pPr>
              <w:jc w:val="center"/>
            </w:pPr>
            <w:r>
              <w:rPr>
                <w:b/>
                <w:color w:val="FFFFFF"/>
                <w:sz w:val="16"/>
              </w:rPr>
              <w:t>Kompetensi/Keahlian</w:t>
            </w:r>
          </w:p>
        </w:tc>
        <w:tc>
          <w:tcPr>
            <w:tcW w:w="2448" w:type="dxa"/>
            <w:shd w:val="clear" w:color="auto" w:fill="155D8B"/>
            <w:tcMar>
              <w:top w:w="100" w:type="dxa"/>
              <w:left w:w="100" w:type="dxa"/>
              <w:bottom w:w="100" w:type="dxa"/>
              <w:right w:w="100" w:type="dxa"/>
            </w:tcMar>
            <w:vAlign w:val="center"/>
          </w:tcPr>
          <w:p w14:paraId="0135453D" w14:textId="77777777" w:rsidR="002C5E36" w:rsidRDefault="00A6483F">
            <w:pPr>
              <w:jc w:val="center"/>
            </w:pPr>
            <w:r>
              <w:rPr>
                <w:b/>
                <w:color w:val="FFFFFF"/>
                <w:sz w:val="16"/>
              </w:rPr>
              <w:t>Tugas dalam PkM</w:t>
            </w:r>
          </w:p>
        </w:tc>
      </w:tr>
      <w:tr w:rsidR="002C5E36" w14:paraId="4CC83CA6" w14:textId="77777777" w:rsidTr="00D66FE1">
        <w:trPr>
          <w:jc w:val="center"/>
        </w:trPr>
        <w:tc>
          <w:tcPr>
            <w:tcW w:w="624" w:type="dxa"/>
            <w:shd w:val="clear" w:color="auto" w:fill="F7FAFC"/>
            <w:tcMar>
              <w:top w:w="90" w:type="dxa"/>
              <w:left w:w="100" w:type="dxa"/>
              <w:bottom w:w="90" w:type="dxa"/>
              <w:right w:w="100" w:type="dxa"/>
            </w:tcMar>
            <w:vAlign w:val="center"/>
          </w:tcPr>
          <w:p w14:paraId="735D9464" w14:textId="77777777" w:rsidR="002C5E36" w:rsidRDefault="00A6483F">
            <w:pPr>
              <w:jc w:val="center"/>
            </w:pPr>
            <w:r>
              <w:rPr>
                <w:sz w:val="16"/>
              </w:rPr>
              <w:t>1</w:t>
            </w:r>
          </w:p>
        </w:tc>
        <w:tc>
          <w:tcPr>
            <w:tcW w:w="2088" w:type="dxa"/>
            <w:shd w:val="clear" w:color="auto" w:fill="F7FAFC"/>
            <w:tcMar>
              <w:top w:w="90" w:type="dxa"/>
              <w:left w:w="100" w:type="dxa"/>
              <w:bottom w:w="90" w:type="dxa"/>
              <w:right w:w="100" w:type="dxa"/>
            </w:tcMar>
            <w:vAlign w:val="center"/>
          </w:tcPr>
          <w:p w14:paraId="6812BDD5" w14:textId="77777777" w:rsidR="002C5E36" w:rsidRDefault="00A6483F">
            <w:pPr>
              <w:jc w:val="center"/>
            </w:pPr>
            <w:r>
              <w:rPr>
                <w:sz w:val="16"/>
              </w:rPr>
              <w:t>[Isi]</w:t>
            </w:r>
          </w:p>
        </w:tc>
        <w:tc>
          <w:tcPr>
            <w:tcW w:w="1996" w:type="dxa"/>
            <w:shd w:val="clear" w:color="auto" w:fill="F7FAFC"/>
            <w:tcMar>
              <w:top w:w="90" w:type="dxa"/>
              <w:left w:w="100" w:type="dxa"/>
              <w:bottom w:w="90" w:type="dxa"/>
              <w:right w:w="100" w:type="dxa"/>
            </w:tcMar>
            <w:vAlign w:val="center"/>
          </w:tcPr>
          <w:p w14:paraId="320977CF" w14:textId="77777777" w:rsidR="002C5E36" w:rsidRDefault="00A6483F">
            <w:pPr>
              <w:jc w:val="center"/>
            </w:pPr>
            <w:r>
              <w:rPr>
                <w:sz w:val="16"/>
              </w:rPr>
              <w:t>[Isi]</w:t>
            </w:r>
          </w:p>
        </w:tc>
        <w:tc>
          <w:tcPr>
            <w:tcW w:w="2880" w:type="dxa"/>
            <w:shd w:val="clear" w:color="auto" w:fill="F7FAFC"/>
            <w:tcMar>
              <w:top w:w="90" w:type="dxa"/>
              <w:left w:w="100" w:type="dxa"/>
              <w:bottom w:w="90" w:type="dxa"/>
              <w:right w:w="100" w:type="dxa"/>
            </w:tcMar>
            <w:vAlign w:val="center"/>
          </w:tcPr>
          <w:p w14:paraId="30461B77" w14:textId="77777777" w:rsidR="002C5E36" w:rsidRDefault="00A6483F">
            <w:pPr>
              <w:jc w:val="center"/>
            </w:pPr>
            <w:r>
              <w:rPr>
                <w:sz w:val="16"/>
              </w:rPr>
              <w:t>[Isi]</w:t>
            </w:r>
          </w:p>
        </w:tc>
        <w:tc>
          <w:tcPr>
            <w:tcW w:w="2448" w:type="dxa"/>
            <w:shd w:val="clear" w:color="auto" w:fill="F7FAFC"/>
            <w:tcMar>
              <w:top w:w="90" w:type="dxa"/>
              <w:left w:w="100" w:type="dxa"/>
              <w:bottom w:w="90" w:type="dxa"/>
              <w:right w:w="100" w:type="dxa"/>
            </w:tcMar>
            <w:vAlign w:val="center"/>
          </w:tcPr>
          <w:p w14:paraId="0C9860DA" w14:textId="77777777" w:rsidR="002C5E36" w:rsidRDefault="00A6483F">
            <w:pPr>
              <w:jc w:val="center"/>
            </w:pPr>
            <w:r>
              <w:rPr>
                <w:sz w:val="16"/>
              </w:rPr>
              <w:t>[Isi]</w:t>
            </w:r>
          </w:p>
        </w:tc>
      </w:tr>
      <w:tr w:rsidR="002C5E36" w14:paraId="70BF0CC3" w14:textId="77777777" w:rsidTr="00D66FE1">
        <w:trPr>
          <w:jc w:val="center"/>
        </w:trPr>
        <w:tc>
          <w:tcPr>
            <w:tcW w:w="624" w:type="dxa"/>
            <w:tcMar>
              <w:top w:w="90" w:type="dxa"/>
              <w:left w:w="100" w:type="dxa"/>
              <w:bottom w:w="90" w:type="dxa"/>
              <w:right w:w="100" w:type="dxa"/>
            </w:tcMar>
            <w:vAlign w:val="center"/>
          </w:tcPr>
          <w:p w14:paraId="38CB81A6" w14:textId="77777777" w:rsidR="002C5E36" w:rsidRDefault="00A6483F">
            <w:pPr>
              <w:jc w:val="center"/>
            </w:pPr>
            <w:r>
              <w:rPr>
                <w:sz w:val="16"/>
              </w:rPr>
              <w:t>2</w:t>
            </w:r>
          </w:p>
        </w:tc>
        <w:tc>
          <w:tcPr>
            <w:tcW w:w="2088" w:type="dxa"/>
            <w:tcMar>
              <w:top w:w="90" w:type="dxa"/>
              <w:left w:w="100" w:type="dxa"/>
              <w:bottom w:w="90" w:type="dxa"/>
              <w:right w:w="100" w:type="dxa"/>
            </w:tcMar>
            <w:vAlign w:val="center"/>
          </w:tcPr>
          <w:p w14:paraId="723992DF" w14:textId="77777777" w:rsidR="002C5E36" w:rsidRDefault="00A6483F">
            <w:pPr>
              <w:jc w:val="center"/>
            </w:pPr>
            <w:r>
              <w:rPr>
                <w:sz w:val="16"/>
              </w:rPr>
              <w:t>[Isi]</w:t>
            </w:r>
          </w:p>
        </w:tc>
        <w:tc>
          <w:tcPr>
            <w:tcW w:w="1996" w:type="dxa"/>
            <w:tcMar>
              <w:top w:w="90" w:type="dxa"/>
              <w:left w:w="100" w:type="dxa"/>
              <w:bottom w:w="90" w:type="dxa"/>
              <w:right w:w="100" w:type="dxa"/>
            </w:tcMar>
            <w:vAlign w:val="center"/>
          </w:tcPr>
          <w:p w14:paraId="25C45F7D" w14:textId="77777777" w:rsidR="002C5E36" w:rsidRDefault="00A6483F">
            <w:pPr>
              <w:jc w:val="center"/>
            </w:pPr>
            <w:r>
              <w:rPr>
                <w:sz w:val="16"/>
              </w:rPr>
              <w:t>[Isi]</w:t>
            </w:r>
          </w:p>
        </w:tc>
        <w:tc>
          <w:tcPr>
            <w:tcW w:w="2880" w:type="dxa"/>
            <w:tcMar>
              <w:top w:w="90" w:type="dxa"/>
              <w:left w:w="100" w:type="dxa"/>
              <w:bottom w:w="90" w:type="dxa"/>
              <w:right w:w="100" w:type="dxa"/>
            </w:tcMar>
            <w:vAlign w:val="center"/>
          </w:tcPr>
          <w:p w14:paraId="798FF63B" w14:textId="77777777" w:rsidR="002C5E36" w:rsidRDefault="00A6483F">
            <w:pPr>
              <w:jc w:val="center"/>
            </w:pPr>
            <w:r>
              <w:rPr>
                <w:sz w:val="16"/>
              </w:rPr>
              <w:t>[Isi]</w:t>
            </w:r>
          </w:p>
        </w:tc>
        <w:tc>
          <w:tcPr>
            <w:tcW w:w="2448" w:type="dxa"/>
            <w:tcMar>
              <w:top w:w="90" w:type="dxa"/>
              <w:left w:w="100" w:type="dxa"/>
              <w:bottom w:w="90" w:type="dxa"/>
              <w:right w:w="100" w:type="dxa"/>
            </w:tcMar>
            <w:vAlign w:val="center"/>
          </w:tcPr>
          <w:p w14:paraId="22E61BA3" w14:textId="77777777" w:rsidR="002C5E36" w:rsidRDefault="00A6483F">
            <w:pPr>
              <w:jc w:val="center"/>
            </w:pPr>
            <w:r>
              <w:rPr>
                <w:sz w:val="16"/>
              </w:rPr>
              <w:t>[Isi]</w:t>
            </w:r>
          </w:p>
        </w:tc>
      </w:tr>
      <w:tr w:rsidR="002C5E36" w14:paraId="002E7B68" w14:textId="77777777" w:rsidTr="00D66FE1">
        <w:trPr>
          <w:jc w:val="center"/>
        </w:trPr>
        <w:tc>
          <w:tcPr>
            <w:tcW w:w="624" w:type="dxa"/>
            <w:shd w:val="clear" w:color="auto" w:fill="F7FAFC"/>
            <w:tcMar>
              <w:top w:w="90" w:type="dxa"/>
              <w:left w:w="100" w:type="dxa"/>
              <w:bottom w:w="90" w:type="dxa"/>
              <w:right w:w="100" w:type="dxa"/>
            </w:tcMar>
            <w:vAlign w:val="center"/>
          </w:tcPr>
          <w:p w14:paraId="6C5978CB" w14:textId="77777777" w:rsidR="002C5E36" w:rsidRDefault="00A6483F">
            <w:pPr>
              <w:jc w:val="center"/>
            </w:pPr>
            <w:r>
              <w:rPr>
                <w:sz w:val="16"/>
              </w:rPr>
              <w:t>3</w:t>
            </w:r>
          </w:p>
        </w:tc>
        <w:tc>
          <w:tcPr>
            <w:tcW w:w="2088" w:type="dxa"/>
            <w:shd w:val="clear" w:color="auto" w:fill="F7FAFC"/>
            <w:tcMar>
              <w:top w:w="90" w:type="dxa"/>
              <w:left w:w="100" w:type="dxa"/>
              <w:bottom w:w="90" w:type="dxa"/>
              <w:right w:w="100" w:type="dxa"/>
            </w:tcMar>
            <w:vAlign w:val="center"/>
          </w:tcPr>
          <w:p w14:paraId="3F7BE993" w14:textId="77777777" w:rsidR="002C5E36" w:rsidRDefault="00A6483F">
            <w:pPr>
              <w:jc w:val="center"/>
            </w:pPr>
            <w:r>
              <w:rPr>
                <w:sz w:val="16"/>
              </w:rPr>
              <w:t>[Isi]</w:t>
            </w:r>
          </w:p>
        </w:tc>
        <w:tc>
          <w:tcPr>
            <w:tcW w:w="1996" w:type="dxa"/>
            <w:shd w:val="clear" w:color="auto" w:fill="F7FAFC"/>
            <w:tcMar>
              <w:top w:w="90" w:type="dxa"/>
              <w:left w:w="100" w:type="dxa"/>
              <w:bottom w:w="90" w:type="dxa"/>
              <w:right w:w="100" w:type="dxa"/>
            </w:tcMar>
            <w:vAlign w:val="center"/>
          </w:tcPr>
          <w:p w14:paraId="0FBC808D" w14:textId="77777777" w:rsidR="002C5E36" w:rsidRDefault="00A6483F">
            <w:pPr>
              <w:jc w:val="center"/>
            </w:pPr>
            <w:r>
              <w:rPr>
                <w:sz w:val="16"/>
              </w:rPr>
              <w:t>[Isi]</w:t>
            </w:r>
          </w:p>
        </w:tc>
        <w:tc>
          <w:tcPr>
            <w:tcW w:w="2880" w:type="dxa"/>
            <w:shd w:val="clear" w:color="auto" w:fill="F7FAFC"/>
            <w:tcMar>
              <w:top w:w="90" w:type="dxa"/>
              <w:left w:w="100" w:type="dxa"/>
              <w:bottom w:w="90" w:type="dxa"/>
              <w:right w:w="100" w:type="dxa"/>
            </w:tcMar>
            <w:vAlign w:val="center"/>
          </w:tcPr>
          <w:p w14:paraId="4D9C5406" w14:textId="77777777" w:rsidR="002C5E36" w:rsidRDefault="00A6483F">
            <w:pPr>
              <w:jc w:val="center"/>
            </w:pPr>
            <w:r>
              <w:rPr>
                <w:sz w:val="16"/>
              </w:rPr>
              <w:t>[Isi]</w:t>
            </w:r>
          </w:p>
        </w:tc>
        <w:tc>
          <w:tcPr>
            <w:tcW w:w="2448" w:type="dxa"/>
            <w:shd w:val="clear" w:color="auto" w:fill="F7FAFC"/>
            <w:tcMar>
              <w:top w:w="90" w:type="dxa"/>
              <w:left w:w="100" w:type="dxa"/>
              <w:bottom w:w="90" w:type="dxa"/>
              <w:right w:w="100" w:type="dxa"/>
            </w:tcMar>
            <w:vAlign w:val="center"/>
          </w:tcPr>
          <w:p w14:paraId="015049DE" w14:textId="77777777" w:rsidR="002C5E36" w:rsidRDefault="00A6483F">
            <w:pPr>
              <w:jc w:val="center"/>
            </w:pPr>
            <w:r>
              <w:rPr>
                <w:sz w:val="16"/>
              </w:rPr>
              <w:t>[Isi]</w:t>
            </w:r>
          </w:p>
        </w:tc>
      </w:tr>
      <w:tr w:rsidR="002C5E36" w14:paraId="2CB10F28" w14:textId="77777777" w:rsidTr="00D66FE1">
        <w:trPr>
          <w:jc w:val="center"/>
        </w:trPr>
        <w:tc>
          <w:tcPr>
            <w:tcW w:w="624" w:type="dxa"/>
            <w:tcMar>
              <w:top w:w="90" w:type="dxa"/>
              <w:left w:w="100" w:type="dxa"/>
              <w:bottom w:w="90" w:type="dxa"/>
              <w:right w:w="100" w:type="dxa"/>
            </w:tcMar>
            <w:vAlign w:val="center"/>
          </w:tcPr>
          <w:p w14:paraId="1240E947" w14:textId="77777777" w:rsidR="002C5E36" w:rsidRDefault="00A6483F">
            <w:pPr>
              <w:jc w:val="center"/>
            </w:pPr>
            <w:r>
              <w:rPr>
                <w:sz w:val="16"/>
              </w:rPr>
              <w:t>4</w:t>
            </w:r>
          </w:p>
        </w:tc>
        <w:tc>
          <w:tcPr>
            <w:tcW w:w="2088" w:type="dxa"/>
            <w:tcMar>
              <w:top w:w="90" w:type="dxa"/>
              <w:left w:w="100" w:type="dxa"/>
              <w:bottom w:w="90" w:type="dxa"/>
              <w:right w:w="100" w:type="dxa"/>
            </w:tcMar>
            <w:vAlign w:val="center"/>
          </w:tcPr>
          <w:p w14:paraId="5F41F303" w14:textId="77777777" w:rsidR="002C5E36" w:rsidRDefault="00A6483F">
            <w:pPr>
              <w:jc w:val="center"/>
            </w:pPr>
            <w:r>
              <w:rPr>
                <w:sz w:val="16"/>
              </w:rPr>
              <w:t>[Isi]</w:t>
            </w:r>
          </w:p>
        </w:tc>
        <w:tc>
          <w:tcPr>
            <w:tcW w:w="1996" w:type="dxa"/>
            <w:tcMar>
              <w:top w:w="90" w:type="dxa"/>
              <w:left w:w="100" w:type="dxa"/>
              <w:bottom w:w="90" w:type="dxa"/>
              <w:right w:w="100" w:type="dxa"/>
            </w:tcMar>
            <w:vAlign w:val="center"/>
          </w:tcPr>
          <w:p w14:paraId="0014A099" w14:textId="77777777" w:rsidR="002C5E36" w:rsidRDefault="00A6483F">
            <w:pPr>
              <w:jc w:val="center"/>
            </w:pPr>
            <w:r>
              <w:rPr>
                <w:sz w:val="16"/>
              </w:rPr>
              <w:t>[Isi]</w:t>
            </w:r>
          </w:p>
        </w:tc>
        <w:tc>
          <w:tcPr>
            <w:tcW w:w="2880" w:type="dxa"/>
            <w:tcMar>
              <w:top w:w="90" w:type="dxa"/>
              <w:left w:w="100" w:type="dxa"/>
              <w:bottom w:w="90" w:type="dxa"/>
              <w:right w:w="100" w:type="dxa"/>
            </w:tcMar>
            <w:vAlign w:val="center"/>
          </w:tcPr>
          <w:p w14:paraId="3261AD47" w14:textId="77777777" w:rsidR="002C5E36" w:rsidRDefault="00A6483F">
            <w:pPr>
              <w:jc w:val="center"/>
            </w:pPr>
            <w:r>
              <w:rPr>
                <w:sz w:val="16"/>
              </w:rPr>
              <w:t>[Isi]</w:t>
            </w:r>
          </w:p>
        </w:tc>
        <w:tc>
          <w:tcPr>
            <w:tcW w:w="2448" w:type="dxa"/>
            <w:tcMar>
              <w:top w:w="90" w:type="dxa"/>
              <w:left w:w="100" w:type="dxa"/>
              <w:bottom w:w="90" w:type="dxa"/>
              <w:right w:w="100" w:type="dxa"/>
            </w:tcMar>
            <w:vAlign w:val="center"/>
          </w:tcPr>
          <w:p w14:paraId="68415043" w14:textId="77777777" w:rsidR="002C5E36" w:rsidRDefault="00A6483F">
            <w:pPr>
              <w:jc w:val="center"/>
            </w:pPr>
            <w:r>
              <w:rPr>
                <w:sz w:val="16"/>
              </w:rPr>
              <w:t>[Isi]</w:t>
            </w:r>
          </w:p>
        </w:tc>
      </w:tr>
      <w:tr w:rsidR="002C5E36" w14:paraId="689483D7" w14:textId="77777777" w:rsidTr="00D66FE1">
        <w:trPr>
          <w:jc w:val="center"/>
        </w:trPr>
        <w:tc>
          <w:tcPr>
            <w:tcW w:w="624" w:type="dxa"/>
            <w:shd w:val="clear" w:color="auto" w:fill="F7FAFC"/>
            <w:tcMar>
              <w:top w:w="90" w:type="dxa"/>
              <w:left w:w="100" w:type="dxa"/>
              <w:bottom w:w="90" w:type="dxa"/>
              <w:right w:w="100" w:type="dxa"/>
            </w:tcMar>
            <w:vAlign w:val="center"/>
          </w:tcPr>
          <w:p w14:paraId="1F9F2BD4" w14:textId="77777777" w:rsidR="002C5E36" w:rsidRDefault="00A6483F">
            <w:pPr>
              <w:jc w:val="center"/>
            </w:pPr>
            <w:r>
              <w:rPr>
                <w:sz w:val="16"/>
              </w:rPr>
              <w:t>5</w:t>
            </w:r>
          </w:p>
        </w:tc>
        <w:tc>
          <w:tcPr>
            <w:tcW w:w="2088" w:type="dxa"/>
            <w:shd w:val="clear" w:color="auto" w:fill="F7FAFC"/>
            <w:tcMar>
              <w:top w:w="90" w:type="dxa"/>
              <w:left w:w="100" w:type="dxa"/>
              <w:bottom w:w="90" w:type="dxa"/>
              <w:right w:w="100" w:type="dxa"/>
            </w:tcMar>
            <w:vAlign w:val="center"/>
          </w:tcPr>
          <w:p w14:paraId="386123A1" w14:textId="77777777" w:rsidR="002C5E36" w:rsidRDefault="00A6483F">
            <w:pPr>
              <w:jc w:val="center"/>
            </w:pPr>
            <w:r>
              <w:rPr>
                <w:sz w:val="16"/>
              </w:rPr>
              <w:t>[Isi]</w:t>
            </w:r>
          </w:p>
        </w:tc>
        <w:tc>
          <w:tcPr>
            <w:tcW w:w="1996" w:type="dxa"/>
            <w:shd w:val="clear" w:color="auto" w:fill="F7FAFC"/>
            <w:tcMar>
              <w:top w:w="90" w:type="dxa"/>
              <w:left w:w="100" w:type="dxa"/>
              <w:bottom w:w="90" w:type="dxa"/>
              <w:right w:w="100" w:type="dxa"/>
            </w:tcMar>
            <w:vAlign w:val="center"/>
          </w:tcPr>
          <w:p w14:paraId="01A0B980" w14:textId="77777777" w:rsidR="002C5E36" w:rsidRDefault="00A6483F">
            <w:pPr>
              <w:jc w:val="center"/>
            </w:pPr>
            <w:r>
              <w:rPr>
                <w:sz w:val="16"/>
              </w:rPr>
              <w:t>[Isi]</w:t>
            </w:r>
          </w:p>
        </w:tc>
        <w:tc>
          <w:tcPr>
            <w:tcW w:w="2880" w:type="dxa"/>
            <w:shd w:val="clear" w:color="auto" w:fill="F7FAFC"/>
            <w:tcMar>
              <w:top w:w="90" w:type="dxa"/>
              <w:left w:w="100" w:type="dxa"/>
              <w:bottom w:w="90" w:type="dxa"/>
              <w:right w:w="100" w:type="dxa"/>
            </w:tcMar>
            <w:vAlign w:val="center"/>
          </w:tcPr>
          <w:p w14:paraId="0DF90718" w14:textId="77777777" w:rsidR="002C5E36" w:rsidRDefault="00A6483F">
            <w:pPr>
              <w:jc w:val="center"/>
            </w:pPr>
            <w:r>
              <w:rPr>
                <w:sz w:val="16"/>
              </w:rPr>
              <w:t>[Isi]</w:t>
            </w:r>
          </w:p>
        </w:tc>
        <w:tc>
          <w:tcPr>
            <w:tcW w:w="2448" w:type="dxa"/>
            <w:shd w:val="clear" w:color="auto" w:fill="F7FAFC"/>
            <w:tcMar>
              <w:top w:w="90" w:type="dxa"/>
              <w:left w:w="100" w:type="dxa"/>
              <w:bottom w:w="90" w:type="dxa"/>
              <w:right w:w="100" w:type="dxa"/>
            </w:tcMar>
            <w:vAlign w:val="center"/>
          </w:tcPr>
          <w:p w14:paraId="2591E1EA" w14:textId="77777777" w:rsidR="002C5E36" w:rsidRDefault="00A6483F">
            <w:pPr>
              <w:jc w:val="center"/>
            </w:pPr>
            <w:r>
              <w:rPr>
                <w:sz w:val="16"/>
              </w:rPr>
              <w:t>[Isi]</w:t>
            </w:r>
          </w:p>
        </w:tc>
      </w:tr>
    </w:tbl>
    <w:p w14:paraId="2492CFA6" w14:textId="77777777" w:rsidR="002C5E36" w:rsidRDefault="002C5E36"/>
    <w:p w14:paraId="2F34CAC1" w14:textId="77777777" w:rsidR="002C5E36" w:rsidRDefault="00A6483F">
      <w:pPr>
        <w:spacing w:before="160" w:after="120"/>
      </w:pPr>
      <w:r>
        <w:rPr>
          <w:b/>
          <w:color w:val="155D8B"/>
          <w:sz w:val="32"/>
        </w:rPr>
        <w:lastRenderedPageBreak/>
        <w:t>D. GAMBARAN TEKNOLOGI DAN INOVASI</w:t>
      </w:r>
    </w:p>
    <w:tbl>
      <w:tblPr>
        <w:tblW w:w="0" w:type="auto"/>
        <w:jc w:val="center"/>
        <w:tblBorders>
          <w:top w:val="single" w:sz="6" w:space="0" w:color="E8A05A"/>
          <w:left w:val="single" w:sz="6" w:space="0" w:color="E8A05A"/>
          <w:bottom w:val="single" w:sz="6" w:space="0" w:color="E8A05A"/>
          <w:right w:val="single" w:sz="6" w:space="0" w:color="E8A05A"/>
          <w:insideH w:val="single" w:sz="6" w:space="0" w:color="E8A05A"/>
          <w:insideV w:val="single" w:sz="6" w:space="0" w:color="E8A05A"/>
        </w:tblBorders>
        <w:tblLayout w:type="fixed"/>
        <w:tblLook w:val="04A0" w:firstRow="1" w:lastRow="0" w:firstColumn="1" w:lastColumn="0" w:noHBand="0" w:noVBand="1"/>
      </w:tblPr>
      <w:tblGrid>
        <w:gridCol w:w="9978"/>
      </w:tblGrid>
      <w:tr w:rsidR="002C5E36" w14:paraId="6325F840" w14:textId="77777777">
        <w:trPr>
          <w:jc w:val="center"/>
        </w:trPr>
        <w:tc>
          <w:tcPr>
            <w:tcW w:w="9978" w:type="dxa"/>
            <w:shd w:val="clear" w:color="auto" w:fill="FFF4E6"/>
            <w:tcMar>
              <w:top w:w="120" w:type="dxa"/>
              <w:left w:w="160" w:type="dxa"/>
              <w:bottom w:w="120" w:type="dxa"/>
              <w:right w:w="160" w:type="dxa"/>
            </w:tcMar>
          </w:tcPr>
          <w:p w14:paraId="1753117A" w14:textId="77777777" w:rsidR="002C5E36" w:rsidRDefault="00A6483F">
            <w:r>
              <w:rPr>
                <w:b/>
                <w:color w:val="E8A05A"/>
                <w:sz w:val="20"/>
              </w:rPr>
              <w:t>Batasan D. Teknologi dan Inovasi</w:t>
            </w:r>
          </w:p>
          <w:p w14:paraId="68D2341C" w14:textId="77777777" w:rsidR="002C5E36" w:rsidRDefault="00A6483F">
            <w:r>
              <w:rPr>
                <w:color w:val="222222"/>
                <w:sz w:val="20"/>
              </w:rPr>
              <w:t xml:space="preserve">Bagian ini ditulis tidak lebih dari 500 kata. Jelaskan teknologi/inovasi/model/metode yang akan diimplementasikan di mitra </w:t>
            </w:r>
            <w:r>
              <w:rPr>
                <w:color w:val="222222"/>
                <w:sz w:val="20"/>
              </w:rPr>
              <w:t>sasaran, termasuk bentuk, ukuran, spesifikasi, kegunaan, kapasitas pemanfaatan, dan riwayat penelitian sebelumnya.</w:t>
            </w:r>
          </w:p>
        </w:tc>
      </w:tr>
    </w:tbl>
    <w:p w14:paraId="42B1A689" w14:textId="77777777" w:rsidR="002C5E36" w:rsidRDefault="002C5E36"/>
    <w:p w14:paraId="344EB634" w14:textId="77777777" w:rsidR="002C5E36" w:rsidRDefault="00A6483F">
      <w:pPr>
        <w:spacing w:before="120"/>
      </w:pPr>
      <w:r>
        <w:rPr>
          <w:b/>
          <w:color w:val="1E9B8A"/>
          <w:sz w:val="26"/>
        </w:rPr>
        <w:t>Komponen yang perlu dijelaskan</w:t>
      </w:r>
    </w:p>
    <w:p w14:paraId="4AB0B9F6" w14:textId="77777777" w:rsidR="002C5E36" w:rsidRDefault="00A6483F">
      <w:pPr>
        <w:pStyle w:val="ListNumber"/>
        <w:spacing w:after="40"/>
      </w:pPr>
      <w:r>
        <w:t>Gambar/foto/prototipe/skema teknologi dan inovasi.</w:t>
      </w:r>
    </w:p>
    <w:p w14:paraId="78DB00BC" w14:textId="77777777" w:rsidR="002C5E36" w:rsidRDefault="00A6483F">
      <w:pPr>
        <w:pStyle w:val="ListNumber"/>
        <w:spacing w:after="40"/>
      </w:pPr>
      <w:r>
        <w:t>Spesifikasi teknis atau karakteristik utama.</w:t>
      </w:r>
    </w:p>
    <w:p w14:paraId="04B81B7F" w14:textId="77777777" w:rsidR="002C5E36" w:rsidRDefault="00A6483F">
      <w:pPr>
        <w:pStyle w:val="ListNumber"/>
        <w:spacing w:after="40"/>
      </w:pPr>
      <w:r>
        <w:t xml:space="preserve">Ukuran </w:t>
      </w:r>
      <w:r>
        <w:t>atau kapasitas pemanfaatan, jika relevan.</w:t>
      </w:r>
    </w:p>
    <w:p w14:paraId="26037988" w14:textId="77777777" w:rsidR="002C5E36" w:rsidRDefault="00A6483F">
      <w:pPr>
        <w:pStyle w:val="ListNumber"/>
        <w:spacing w:after="40"/>
      </w:pPr>
      <w:r>
        <w:t>Kebermanfaatan bagi mitra dan kaitannya dengan masalah prioritas.</w:t>
      </w:r>
    </w:p>
    <w:p w14:paraId="6E5A1831" w14:textId="77777777" w:rsidR="002C5E36" w:rsidRDefault="00A6483F">
      <w:pPr>
        <w:pStyle w:val="ListNumber"/>
        <w:spacing w:after="40"/>
      </w:pPr>
      <w:r>
        <w:t>Cara penggunaan/penerapan oleh mitra.</w:t>
      </w:r>
    </w:p>
    <w:p w14:paraId="115EFC13" w14:textId="77777777" w:rsidR="002C5E36" w:rsidRDefault="00A6483F">
      <w:pPr>
        <w:pStyle w:val="ListNumber"/>
        <w:spacing w:after="40"/>
      </w:pPr>
      <w:r>
        <w:t>Riwayat penelitian, uji coba, atau pengalaman penerapan sebelumnya.</w:t>
      </w:r>
    </w:p>
    <w:tbl>
      <w:tblPr>
        <w:tblStyle w:val="TableGrid"/>
        <w:tblW w:w="0" w:type="auto"/>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4989"/>
        <w:gridCol w:w="4989"/>
      </w:tblGrid>
      <w:tr w:rsidR="002C5E36" w14:paraId="2F576793" w14:textId="77777777">
        <w:trPr>
          <w:tblHeader/>
          <w:jc w:val="center"/>
        </w:trPr>
        <w:tc>
          <w:tcPr>
            <w:tcW w:w="4752" w:type="dxa"/>
            <w:shd w:val="clear" w:color="auto" w:fill="EAF2FB"/>
            <w:tcMar>
              <w:top w:w="100" w:type="dxa"/>
              <w:left w:w="100" w:type="dxa"/>
              <w:bottom w:w="100" w:type="dxa"/>
              <w:right w:w="100" w:type="dxa"/>
            </w:tcMar>
            <w:vAlign w:val="center"/>
          </w:tcPr>
          <w:p w14:paraId="03F92A84" w14:textId="77777777" w:rsidR="002C5E36" w:rsidRDefault="00A6483F">
            <w:pPr>
              <w:jc w:val="center"/>
            </w:pPr>
            <w:r>
              <w:rPr>
                <w:b/>
                <w:color w:val="155D8B"/>
                <w:sz w:val="18"/>
              </w:rPr>
              <w:t>Ruang gambar/foto/skema teknologi/inovasi</w:t>
            </w:r>
          </w:p>
        </w:tc>
        <w:tc>
          <w:tcPr>
            <w:tcW w:w="4752" w:type="dxa"/>
            <w:shd w:val="clear" w:color="auto" w:fill="EAF2FB"/>
            <w:tcMar>
              <w:top w:w="100" w:type="dxa"/>
              <w:left w:w="100" w:type="dxa"/>
              <w:bottom w:w="100" w:type="dxa"/>
              <w:right w:w="100" w:type="dxa"/>
            </w:tcMar>
            <w:vAlign w:val="center"/>
          </w:tcPr>
          <w:p w14:paraId="08E0B39E" w14:textId="77777777" w:rsidR="002C5E36" w:rsidRDefault="00A6483F">
            <w:pPr>
              <w:jc w:val="center"/>
            </w:pPr>
            <w:r>
              <w:rPr>
                <w:b/>
                <w:color w:val="155D8B"/>
                <w:sz w:val="18"/>
              </w:rPr>
              <w:t>Uraian spesifikasi dan manfaat</w:t>
            </w:r>
          </w:p>
        </w:tc>
      </w:tr>
      <w:tr w:rsidR="002C5E36" w14:paraId="1C78022B" w14:textId="77777777">
        <w:trPr>
          <w:jc w:val="center"/>
        </w:trPr>
        <w:tc>
          <w:tcPr>
            <w:tcW w:w="4989" w:type="dxa"/>
            <w:shd w:val="clear" w:color="auto" w:fill="F7FAFC"/>
            <w:tcMar>
              <w:top w:w="90" w:type="dxa"/>
              <w:left w:w="100" w:type="dxa"/>
              <w:bottom w:w="90" w:type="dxa"/>
              <w:right w:w="100" w:type="dxa"/>
            </w:tcMar>
            <w:vAlign w:val="center"/>
          </w:tcPr>
          <w:p w14:paraId="472D4E90" w14:textId="77777777" w:rsidR="002C5E36" w:rsidRDefault="00A6483F">
            <w:pPr>
              <w:jc w:val="center"/>
            </w:pPr>
            <w:r>
              <w:rPr>
                <w:sz w:val="18"/>
              </w:rPr>
              <w:t>[Tempel gambar/foto/skema di sini]</w:t>
            </w:r>
          </w:p>
        </w:tc>
        <w:tc>
          <w:tcPr>
            <w:tcW w:w="4989" w:type="dxa"/>
            <w:shd w:val="clear" w:color="auto" w:fill="F7FAFC"/>
            <w:tcMar>
              <w:top w:w="90" w:type="dxa"/>
              <w:left w:w="100" w:type="dxa"/>
              <w:bottom w:w="90" w:type="dxa"/>
              <w:right w:w="100" w:type="dxa"/>
            </w:tcMar>
            <w:vAlign w:val="center"/>
          </w:tcPr>
          <w:p w14:paraId="302BD430" w14:textId="77777777" w:rsidR="002C5E36" w:rsidRDefault="00A6483F">
            <w:r>
              <w:rPr>
                <w:sz w:val="18"/>
              </w:rPr>
              <w:t>[Isi uraian singkat: bentuk, spesifikasi, ukuran/kapasitas, kegunaan, manfaat, riwayat riset/penerapan]</w:t>
            </w:r>
          </w:p>
        </w:tc>
      </w:tr>
    </w:tbl>
    <w:p w14:paraId="42F7DF19" w14:textId="77777777" w:rsidR="002C5E36" w:rsidRDefault="002C5E36"/>
    <w:p w14:paraId="4A8B8047" w14:textId="0A484AF1" w:rsidR="00712BA8" w:rsidRDefault="00712BA8" w:rsidP="00712BA8">
      <w:pPr>
        <w:spacing w:before="160" w:after="120"/>
      </w:pPr>
      <w:r>
        <w:rPr>
          <w:b/>
          <w:color w:val="155D8B"/>
          <w:sz w:val="32"/>
        </w:rPr>
        <w:t>E. KETERKAITAN PkM DENGAN SDGs</w:t>
      </w:r>
    </w:p>
    <w:p w14:paraId="64C4F7DC" w14:textId="77777777" w:rsidR="00712BA8" w:rsidRDefault="00712BA8" w:rsidP="00712BA8">
      <w:pPr>
        <w:spacing w:line="252" w:lineRule="auto"/>
        <w:jc w:val="both"/>
      </w:pPr>
      <w:r>
        <w:t>Bagian ini menjadi penyesuaian format proposal PkM Prodi UBT agar setiap usulan tidak hanya menjelaskan kesesuaian dengan Renstra PkM UBT, tetapi juga menunjukkan kontribusi terhadap Tujuan Pembangunan Berkelanjutan/Sustainable Development Goals (SDGs). SDGs tidak menggantikan bidang fokus Renstra PkM UBT, melainkan menjadi alat bantu untuk menjelaskan kontribusi program terhadap isu sosial, ekonomi, lingkungan, kesehatan, pendidikan, tata kelola, dan kemitraan secara lebih terukur.</w:t>
      </w:r>
    </w:p>
    <w:p w14:paraId="7365AB7B" w14:textId="77777777" w:rsidR="00712BA8" w:rsidRDefault="00712BA8" w:rsidP="00712BA8">
      <w:pPr>
        <w:spacing w:before="120"/>
      </w:pPr>
      <w:r>
        <w:rPr>
          <w:b/>
          <w:color w:val="1E9B8A"/>
          <w:sz w:val="26"/>
        </w:rPr>
        <w:t>Matriks Keterkaitan Masalah, Solusi, Renstra, dan SDGs</w:t>
      </w:r>
    </w:p>
    <w:p w14:paraId="1E70717E" w14:textId="77777777" w:rsidR="00712BA8" w:rsidRDefault="00712BA8" w:rsidP="00712BA8">
      <w:pPr>
        <w:spacing w:line="252" w:lineRule="auto"/>
        <w:jc w:val="both"/>
      </w:pPr>
      <w:r>
        <w:t>Gunakan matriks berikut pada bagian solusi atau sebagai lampiran proposal. Matriks ini membantu reviewer melihat hubungan antara masalah mitra, solusi PkM, bidang fokus Renstra, SDGs, indikator capaian, dan bukti yang akan dikumpulkan.</w:t>
      </w:r>
    </w:p>
    <w:tbl>
      <w:tblPr>
        <w:tblStyle w:val="TableGrid"/>
        <w:tblW w:w="10546"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1800"/>
        <w:gridCol w:w="1878"/>
        <w:gridCol w:w="1843"/>
        <w:gridCol w:w="1418"/>
        <w:gridCol w:w="1944"/>
        <w:gridCol w:w="1663"/>
      </w:tblGrid>
      <w:tr w:rsidR="00712BA8" w:rsidRPr="00514AA9" w14:paraId="413FDC2C" w14:textId="77777777" w:rsidTr="000F7A3A">
        <w:trPr>
          <w:tblHeader/>
          <w:jc w:val="center"/>
        </w:trPr>
        <w:tc>
          <w:tcPr>
            <w:tcW w:w="1800" w:type="dxa"/>
            <w:shd w:val="clear" w:color="auto" w:fill="155D8B"/>
            <w:tcMar>
              <w:top w:w="100" w:type="dxa"/>
              <w:left w:w="100" w:type="dxa"/>
              <w:bottom w:w="100" w:type="dxa"/>
              <w:right w:w="100" w:type="dxa"/>
            </w:tcMar>
            <w:vAlign w:val="center"/>
          </w:tcPr>
          <w:p w14:paraId="5ABEA026" w14:textId="77777777" w:rsidR="00712BA8" w:rsidRPr="00514AA9" w:rsidRDefault="00712BA8" w:rsidP="000F7A3A">
            <w:pPr>
              <w:jc w:val="center"/>
              <w:rPr>
                <w:sz w:val="20"/>
                <w:szCs w:val="32"/>
              </w:rPr>
            </w:pPr>
            <w:r w:rsidRPr="00514AA9">
              <w:rPr>
                <w:b/>
                <w:color w:val="FFFFFF"/>
                <w:sz w:val="20"/>
                <w:szCs w:val="32"/>
              </w:rPr>
              <w:t>Masalah Mitra</w:t>
            </w:r>
          </w:p>
        </w:tc>
        <w:tc>
          <w:tcPr>
            <w:tcW w:w="1878" w:type="dxa"/>
            <w:shd w:val="clear" w:color="auto" w:fill="155D8B"/>
            <w:tcMar>
              <w:top w:w="100" w:type="dxa"/>
              <w:left w:w="100" w:type="dxa"/>
              <w:bottom w:w="100" w:type="dxa"/>
              <w:right w:w="100" w:type="dxa"/>
            </w:tcMar>
            <w:vAlign w:val="center"/>
          </w:tcPr>
          <w:p w14:paraId="5E12C68B" w14:textId="77777777" w:rsidR="00712BA8" w:rsidRPr="00514AA9" w:rsidRDefault="00712BA8" w:rsidP="000F7A3A">
            <w:pPr>
              <w:jc w:val="center"/>
              <w:rPr>
                <w:sz w:val="20"/>
                <w:szCs w:val="32"/>
              </w:rPr>
            </w:pPr>
            <w:r w:rsidRPr="00514AA9">
              <w:rPr>
                <w:b/>
                <w:color w:val="FFFFFF"/>
                <w:sz w:val="20"/>
                <w:szCs w:val="32"/>
              </w:rPr>
              <w:t>Solusi/Kegiatan</w:t>
            </w:r>
          </w:p>
        </w:tc>
        <w:tc>
          <w:tcPr>
            <w:tcW w:w="1843" w:type="dxa"/>
            <w:shd w:val="clear" w:color="auto" w:fill="155D8B"/>
            <w:tcMar>
              <w:top w:w="100" w:type="dxa"/>
              <w:left w:w="100" w:type="dxa"/>
              <w:bottom w:w="100" w:type="dxa"/>
              <w:right w:w="100" w:type="dxa"/>
            </w:tcMar>
            <w:vAlign w:val="center"/>
          </w:tcPr>
          <w:p w14:paraId="11579C30" w14:textId="77777777" w:rsidR="00712BA8" w:rsidRPr="00514AA9" w:rsidRDefault="00712BA8" w:rsidP="000F7A3A">
            <w:pPr>
              <w:jc w:val="center"/>
              <w:rPr>
                <w:sz w:val="20"/>
                <w:szCs w:val="32"/>
              </w:rPr>
            </w:pPr>
            <w:r w:rsidRPr="00514AA9">
              <w:rPr>
                <w:b/>
                <w:color w:val="FFFFFF"/>
                <w:sz w:val="20"/>
                <w:szCs w:val="32"/>
              </w:rPr>
              <w:t>Bidang Fokus Renstra</w:t>
            </w:r>
          </w:p>
        </w:tc>
        <w:tc>
          <w:tcPr>
            <w:tcW w:w="1418" w:type="dxa"/>
            <w:shd w:val="clear" w:color="auto" w:fill="155D8B"/>
            <w:tcMar>
              <w:top w:w="100" w:type="dxa"/>
              <w:left w:w="100" w:type="dxa"/>
              <w:bottom w:w="100" w:type="dxa"/>
              <w:right w:w="100" w:type="dxa"/>
            </w:tcMar>
            <w:vAlign w:val="center"/>
          </w:tcPr>
          <w:p w14:paraId="690FA12C" w14:textId="77777777" w:rsidR="00712BA8" w:rsidRPr="00514AA9" w:rsidRDefault="00712BA8" w:rsidP="000F7A3A">
            <w:pPr>
              <w:jc w:val="center"/>
              <w:rPr>
                <w:sz w:val="20"/>
                <w:szCs w:val="32"/>
              </w:rPr>
            </w:pPr>
            <w:r w:rsidRPr="00514AA9">
              <w:rPr>
                <w:b/>
                <w:color w:val="FFFFFF"/>
                <w:sz w:val="20"/>
                <w:szCs w:val="32"/>
              </w:rPr>
              <w:t>SDGs Terkait</w:t>
            </w:r>
          </w:p>
        </w:tc>
        <w:tc>
          <w:tcPr>
            <w:tcW w:w="1944" w:type="dxa"/>
            <w:shd w:val="clear" w:color="auto" w:fill="155D8B"/>
            <w:tcMar>
              <w:top w:w="100" w:type="dxa"/>
              <w:left w:w="100" w:type="dxa"/>
              <w:bottom w:w="100" w:type="dxa"/>
              <w:right w:w="100" w:type="dxa"/>
            </w:tcMar>
            <w:vAlign w:val="center"/>
          </w:tcPr>
          <w:p w14:paraId="17A6F69E" w14:textId="77777777" w:rsidR="00712BA8" w:rsidRPr="00514AA9" w:rsidRDefault="00712BA8" w:rsidP="000F7A3A">
            <w:pPr>
              <w:jc w:val="center"/>
              <w:rPr>
                <w:sz w:val="20"/>
                <w:szCs w:val="32"/>
              </w:rPr>
            </w:pPr>
            <w:r w:rsidRPr="00514AA9">
              <w:rPr>
                <w:b/>
                <w:color w:val="FFFFFF"/>
                <w:sz w:val="20"/>
                <w:szCs w:val="32"/>
              </w:rPr>
              <w:t>Indikator Capaian</w:t>
            </w:r>
          </w:p>
        </w:tc>
        <w:tc>
          <w:tcPr>
            <w:tcW w:w="1663" w:type="dxa"/>
            <w:shd w:val="clear" w:color="auto" w:fill="155D8B"/>
            <w:tcMar>
              <w:top w:w="100" w:type="dxa"/>
              <w:left w:w="100" w:type="dxa"/>
              <w:bottom w:w="100" w:type="dxa"/>
              <w:right w:w="100" w:type="dxa"/>
            </w:tcMar>
            <w:vAlign w:val="center"/>
          </w:tcPr>
          <w:p w14:paraId="7B4FD8DF" w14:textId="77777777" w:rsidR="00712BA8" w:rsidRPr="00514AA9" w:rsidRDefault="00712BA8" w:rsidP="000F7A3A">
            <w:pPr>
              <w:jc w:val="center"/>
              <w:rPr>
                <w:sz w:val="20"/>
                <w:szCs w:val="32"/>
              </w:rPr>
            </w:pPr>
            <w:r w:rsidRPr="00514AA9">
              <w:rPr>
                <w:b/>
                <w:color w:val="FFFFFF"/>
                <w:sz w:val="20"/>
                <w:szCs w:val="32"/>
              </w:rPr>
              <w:t>Bukti</w:t>
            </w:r>
          </w:p>
        </w:tc>
      </w:tr>
      <w:tr w:rsidR="00712BA8" w:rsidRPr="00514AA9" w14:paraId="411F0B4D" w14:textId="77777777" w:rsidTr="000F7A3A">
        <w:trPr>
          <w:jc w:val="center"/>
        </w:trPr>
        <w:tc>
          <w:tcPr>
            <w:tcW w:w="1800" w:type="dxa"/>
            <w:shd w:val="clear" w:color="auto" w:fill="F7FAFC"/>
            <w:tcMar>
              <w:top w:w="90" w:type="dxa"/>
              <w:left w:w="100" w:type="dxa"/>
              <w:bottom w:w="90" w:type="dxa"/>
              <w:right w:w="100" w:type="dxa"/>
            </w:tcMar>
            <w:vAlign w:val="center"/>
          </w:tcPr>
          <w:p w14:paraId="49EE52E2" w14:textId="77777777" w:rsidR="00712BA8" w:rsidRPr="00514AA9" w:rsidRDefault="00712BA8" w:rsidP="000F7A3A">
            <w:pPr>
              <w:jc w:val="center"/>
              <w:rPr>
                <w:sz w:val="20"/>
                <w:szCs w:val="32"/>
              </w:rPr>
            </w:pPr>
            <w:r w:rsidRPr="00514AA9">
              <w:rPr>
                <w:sz w:val="20"/>
                <w:szCs w:val="32"/>
              </w:rPr>
              <w:t>[Isi]</w:t>
            </w:r>
          </w:p>
        </w:tc>
        <w:tc>
          <w:tcPr>
            <w:tcW w:w="1878" w:type="dxa"/>
            <w:shd w:val="clear" w:color="auto" w:fill="F7FAFC"/>
            <w:tcMar>
              <w:top w:w="90" w:type="dxa"/>
              <w:left w:w="100" w:type="dxa"/>
              <w:bottom w:w="90" w:type="dxa"/>
              <w:right w:w="100" w:type="dxa"/>
            </w:tcMar>
            <w:vAlign w:val="center"/>
          </w:tcPr>
          <w:p w14:paraId="56EE8C34" w14:textId="77777777" w:rsidR="00712BA8" w:rsidRPr="00514AA9" w:rsidRDefault="00712BA8" w:rsidP="000F7A3A">
            <w:pPr>
              <w:jc w:val="center"/>
              <w:rPr>
                <w:sz w:val="20"/>
                <w:szCs w:val="32"/>
              </w:rPr>
            </w:pPr>
            <w:r w:rsidRPr="00514AA9">
              <w:rPr>
                <w:sz w:val="20"/>
                <w:szCs w:val="32"/>
              </w:rPr>
              <w:t>[Isi]</w:t>
            </w:r>
          </w:p>
        </w:tc>
        <w:tc>
          <w:tcPr>
            <w:tcW w:w="1843" w:type="dxa"/>
            <w:shd w:val="clear" w:color="auto" w:fill="F7FAFC"/>
            <w:tcMar>
              <w:top w:w="90" w:type="dxa"/>
              <w:left w:w="100" w:type="dxa"/>
              <w:bottom w:w="90" w:type="dxa"/>
              <w:right w:w="100" w:type="dxa"/>
            </w:tcMar>
            <w:vAlign w:val="center"/>
          </w:tcPr>
          <w:p w14:paraId="18859A82" w14:textId="77777777" w:rsidR="00712BA8" w:rsidRPr="00514AA9" w:rsidRDefault="00712BA8" w:rsidP="000F7A3A">
            <w:pPr>
              <w:rPr>
                <w:sz w:val="20"/>
                <w:szCs w:val="32"/>
              </w:rPr>
            </w:pPr>
            <w:r w:rsidRPr="00514AA9">
              <w:rPr>
                <w:sz w:val="20"/>
                <w:szCs w:val="32"/>
              </w:rPr>
              <w:t>F1/F2/F3/F4/F5/F6</w:t>
            </w:r>
          </w:p>
        </w:tc>
        <w:tc>
          <w:tcPr>
            <w:tcW w:w="1418" w:type="dxa"/>
            <w:shd w:val="clear" w:color="auto" w:fill="F7FAFC"/>
            <w:tcMar>
              <w:top w:w="90" w:type="dxa"/>
              <w:left w:w="100" w:type="dxa"/>
              <w:bottom w:w="90" w:type="dxa"/>
              <w:right w:w="100" w:type="dxa"/>
            </w:tcMar>
            <w:vAlign w:val="center"/>
          </w:tcPr>
          <w:p w14:paraId="58852B1E" w14:textId="77777777" w:rsidR="00712BA8" w:rsidRPr="00514AA9" w:rsidRDefault="00712BA8" w:rsidP="000F7A3A">
            <w:pPr>
              <w:jc w:val="center"/>
              <w:rPr>
                <w:sz w:val="20"/>
                <w:szCs w:val="32"/>
              </w:rPr>
            </w:pPr>
            <w:r w:rsidRPr="00514AA9">
              <w:rPr>
                <w:sz w:val="20"/>
                <w:szCs w:val="32"/>
              </w:rPr>
              <w:t>SDG ...</w:t>
            </w:r>
          </w:p>
        </w:tc>
        <w:tc>
          <w:tcPr>
            <w:tcW w:w="1944" w:type="dxa"/>
            <w:shd w:val="clear" w:color="auto" w:fill="F7FAFC"/>
            <w:tcMar>
              <w:top w:w="90" w:type="dxa"/>
              <w:left w:w="100" w:type="dxa"/>
              <w:bottom w:w="90" w:type="dxa"/>
              <w:right w:w="100" w:type="dxa"/>
            </w:tcMar>
            <w:vAlign w:val="center"/>
          </w:tcPr>
          <w:p w14:paraId="07D3F917" w14:textId="77777777" w:rsidR="00712BA8" w:rsidRPr="00514AA9" w:rsidRDefault="00712BA8" w:rsidP="000F7A3A">
            <w:pPr>
              <w:rPr>
                <w:sz w:val="20"/>
                <w:szCs w:val="32"/>
              </w:rPr>
            </w:pPr>
            <w:r w:rsidRPr="00514AA9">
              <w:rPr>
                <w:sz w:val="20"/>
                <w:szCs w:val="32"/>
              </w:rPr>
              <w:t>[Output/outcome terukur]</w:t>
            </w:r>
          </w:p>
        </w:tc>
        <w:tc>
          <w:tcPr>
            <w:tcW w:w="1663" w:type="dxa"/>
            <w:shd w:val="clear" w:color="auto" w:fill="F7FAFC"/>
            <w:tcMar>
              <w:top w:w="90" w:type="dxa"/>
              <w:left w:w="100" w:type="dxa"/>
              <w:bottom w:w="90" w:type="dxa"/>
              <w:right w:w="100" w:type="dxa"/>
            </w:tcMar>
            <w:vAlign w:val="center"/>
          </w:tcPr>
          <w:p w14:paraId="6A079D00" w14:textId="77777777" w:rsidR="00712BA8" w:rsidRPr="00514AA9" w:rsidRDefault="00712BA8" w:rsidP="000F7A3A">
            <w:pPr>
              <w:rPr>
                <w:sz w:val="20"/>
                <w:szCs w:val="32"/>
              </w:rPr>
            </w:pPr>
            <w:r w:rsidRPr="00514AA9">
              <w:rPr>
                <w:sz w:val="20"/>
                <w:szCs w:val="32"/>
              </w:rPr>
              <w:t>[Data/foto/dokumen/testimoni]</w:t>
            </w:r>
          </w:p>
        </w:tc>
      </w:tr>
      <w:tr w:rsidR="00712BA8" w:rsidRPr="00514AA9" w14:paraId="6909E484" w14:textId="77777777" w:rsidTr="000F7A3A">
        <w:trPr>
          <w:jc w:val="center"/>
        </w:trPr>
        <w:tc>
          <w:tcPr>
            <w:tcW w:w="1800" w:type="dxa"/>
            <w:tcMar>
              <w:top w:w="90" w:type="dxa"/>
              <w:left w:w="100" w:type="dxa"/>
              <w:bottom w:w="90" w:type="dxa"/>
              <w:right w:w="100" w:type="dxa"/>
            </w:tcMar>
            <w:vAlign w:val="center"/>
          </w:tcPr>
          <w:p w14:paraId="5F015DF1" w14:textId="77777777" w:rsidR="00712BA8" w:rsidRPr="00514AA9" w:rsidRDefault="00712BA8" w:rsidP="000F7A3A">
            <w:pPr>
              <w:jc w:val="center"/>
              <w:rPr>
                <w:sz w:val="20"/>
                <w:szCs w:val="32"/>
              </w:rPr>
            </w:pPr>
            <w:r w:rsidRPr="00514AA9">
              <w:rPr>
                <w:sz w:val="20"/>
                <w:szCs w:val="32"/>
              </w:rPr>
              <w:t>[Isi]</w:t>
            </w:r>
          </w:p>
        </w:tc>
        <w:tc>
          <w:tcPr>
            <w:tcW w:w="1878" w:type="dxa"/>
            <w:tcMar>
              <w:top w:w="90" w:type="dxa"/>
              <w:left w:w="100" w:type="dxa"/>
              <w:bottom w:w="90" w:type="dxa"/>
              <w:right w:w="100" w:type="dxa"/>
            </w:tcMar>
            <w:vAlign w:val="center"/>
          </w:tcPr>
          <w:p w14:paraId="527DBFA4" w14:textId="77777777" w:rsidR="00712BA8" w:rsidRPr="00514AA9" w:rsidRDefault="00712BA8" w:rsidP="000F7A3A">
            <w:pPr>
              <w:jc w:val="center"/>
              <w:rPr>
                <w:sz w:val="20"/>
                <w:szCs w:val="32"/>
              </w:rPr>
            </w:pPr>
            <w:r w:rsidRPr="00514AA9">
              <w:rPr>
                <w:sz w:val="20"/>
                <w:szCs w:val="32"/>
              </w:rPr>
              <w:t>[Isi]</w:t>
            </w:r>
          </w:p>
        </w:tc>
        <w:tc>
          <w:tcPr>
            <w:tcW w:w="1843" w:type="dxa"/>
            <w:tcMar>
              <w:top w:w="90" w:type="dxa"/>
              <w:left w:w="100" w:type="dxa"/>
              <w:bottom w:w="90" w:type="dxa"/>
              <w:right w:w="100" w:type="dxa"/>
            </w:tcMar>
            <w:vAlign w:val="center"/>
          </w:tcPr>
          <w:p w14:paraId="3D2DCF4B" w14:textId="77777777" w:rsidR="00712BA8" w:rsidRPr="00514AA9" w:rsidRDefault="00712BA8" w:rsidP="000F7A3A">
            <w:pPr>
              <w:rPr>
                <w:sz w:val="20"/>
                <w:szCs w:val="32"/>
              </w:rPr>
            </w:pPr>
            <w:r w:rsidRPr="00514AA9">
              <w:rPr>
                <w:sz w:val="20"/>
                <w:szCs w:val="32"/>
              </w:rPr>
              <w:t>F1/F2/F3/F4/F5/F6</w:t>
            </w:r>
          </w:p>
        </w:tc>
        <w:tc>
          <w:tcPr>
            <w:tcW w:w="1418" w:type="dxa"/>
            <w:tcMar>
              <w:top w:w="90" w:type="dxa"/>
              <w:left w:w="100" w:type="dxa"/>
              <w:bottom w:w="90" w:type="dxa"/>
              <w:right w:w="100" w:type="dxa"/>
            </w:tcMar>
            <w:vAlign w:val="center"/>
          </w:tcPr>
          <w:p w14:paraId="21764C7C" w14:textId="77777777" w:rsidR="00712BA8" w:rsidRPr="00514AA9" w:rsidRDefault="00712BA8" w:rsidP="000F7A3A">
            <w:pPr>
              <w:jc w:val="center"/>
              <w:rPr>
                <w:sz w:val="20"/>
                <w:szCs w:val="32"/>
              </w:rPr>
            </w:pPr>
            <w:r w:rsidRPr="00514AA9">
              <w:rPr>
                <w:sz w:val="20"/>
                <w:szCs w:val="32"/>
              </w:rPr>
              <w:t>SDG ...</w:t>
            </w:r>
          </w:p>
        </w:tc>
        <w:tc>
          <w:tcPr>
            <w:tcW w:w="1944" w:type="dxa"/>
            <w:tcMar>
              <w:top w:w="90" w:type="dxa"/>
              <w:left w:w="100" w:type="dxa"/>
              <w:bottom w:w="90" w:type="dxa"/>
              <w:right w:w="100" w:type="dxa"/>
            </w:tcMar>
            <w:vAlign w:val="center"/>
          </w:tcPr>
          <w:p w14:paraId="5260FB86" w14:textId="77777777" w:rsidR="00712BA8" w:rsidRPr="00514AA9" w:rsidRDefault="00712BA8" w:rsidP="000F7A3A">
            <w:pPr>
              <w:rPr>
                <w:sz w:val="20"/>
                <w:szCs w:val="32"/>
              </w:rPr>
            </w:pPr>
            <w:r w:rsidRPr="00514AA9">
              <w:rPr>
                <w:sz w:val="20"/>
                <w:szCs w:val="32"/>
              </w:rPr>
              <w:t>[Output/outcome terukur]</w:t>
            </w:r>
          </w:p>
        </w:tc>
        <w:tc>
          <w:tcPr>
            <w:tcW w:w="1663" w:type="dxa"/>
            <w:tcMar>
              <w:top w:w="90" w:type="dxa"/>
              <w:left w:w="100" w:type="dxa"/>
              <w:bottom w:w="90" w:type="dxa"/>
              <w:right w:w="100" w:type="dxa"/>
            </w:tcMar>
            <w:vAlign w:val="center"/>
          </w:tcPr>
          <w:p w14:paraId="6D9E32A5" w14:textId="77777777" w:rsidR="00712BA8" w:rsidRPr="00514AA9" w:rsidRDefault="00712BA8" w:rsidP="000F7A3A">
            <w:pPr>
              <w:rPr>
                <w:sz w:val="20"/>
                <w:szCs w:val="32"/>
              </w:rPr>
            </w:pPr>
            <w:r w:rsidRPr="00514AA9">
              <w:rPr>
                <w:sz w:val="20"/>
                <w:szCs w:val="32"/>
              </w:rPr>
              <w:t>[Data/foto/dokumen/testimoni]</w:t>
            </w:r>
          </w:p>
        </w:tc>
      </w:tr>
      <w:tr w:rsidR="00712BA8" w:rsidRPr="00514AA9" w14:paraId="7BF5B00E" w14:textId="77777777" w:rsidTr="000F7A3A">
        <w:trPr>
          <w:jc w:val="center"/>
        </w:trPr>
        <w:tc>
          <w:tcPr>
            <w:tcW w:w="1800" w:type="dxa"/>
            <w:shd w:val="clear" w:color="auto" w:fill="F7FAFC"/>
            <w:tcMar>
              <w:top w:w="90" w:type="dxa"/>
              <w:left w:w="100" w:type="dxa"/>
              <w:bottom w:w="90" w:type="dxa"/>
              <w:right w:w="100" w:type="dxa"/>
            </w:tcMar>
            <w:vAlign w:val="center"/>
          </w:tcPr>
          <w:p w14:paraId="3B909078" w14:textId="77777777" w:rsidR="00712BA8" w:rsidRPr="00514AA9" w:rsidRDefault="00712BA8" w:rsidP="000F7A3A">
            <w:pPr>
              <w:jc w:val="center"/>
              <w:rPr>
                <w:sz w:val="20"/>
                <w:szCs w:val="32"/>
              </w:rPr>
            </w:pPr>
            <w:r w:rsidRPr="00514AA9">
              <w:rPr>
                <w:sz w:val="20"/>
                <w:szCs w:val="32"/>
              </w:rPr>
              <w:t>[Isi]</w:t>
            </w:r>
          </w:p>
        </w:tc>
        <w:tc>
          <w:tcPr>
            <w:tcW w:w="1878" w:type="dxa"/>
            <w:shd w:val="clear" w:color="auto" w:fill="F7FAFC"/>
            <w:tcMar>
              <w:top w:w="90" w:type="dxa"/>
              <w:left w:w="100" w:type="dxa"/>
              <w:bottom w:w="90" w:type="dxa"/>
              <w:right w:w="100" w:type="dxa"/>
            </w:tcMar>
            <w:vAlign w:val="center"/>
          </w:tcPr>
          <w:p w14:paraId="34031061" w14:textId="77777777" w:rsidR="00712BA8" w:rsidRPr="00514AA9" w:rsidRDefault="00712BA8" w:rsidP="000F7A3A">
            <w:pPr>
              <w:jc w:val="center"/>
              <w:rPr>
                <w:sz w:val="20"/>
                <w:szCs w:val="32"/>
              </w:rPr>
            </w:pPr>
            <w:r w:rsidRPr="00514AA9">
              <w:rPr>
                <w:sz w:val="20"/>
                <w:szCs w:val="32"/>
              </w:rPr>
              <w:t>[Isi]</w:t>
            </w:r>
          </w:p>
        </w:tc>
        <w:tc>
          <w:tcPr>
            <w:tcW w:w="1843" w:type="dxa"/>
            <w:shd w:val="clear" w:color="auto" w:fill="F7FAFC"/>
            <w:tcMar>
              <w:top w:w="90" w:type="dxa"/>
              <w:left w:w="100" w:type="dxa"/>
              <w:bottom w:w="90" w:type="dxa"/>
              <w:right w:w="100" w:type="dxa"/>
            </w:tcMar>
            <w:vAlign w:val="center"/>
          </w:tcPr>
          <w:p w14:paraId="74982955" w14:textId="77777777" w:rsidR="00712BA8" w:rsidRPr="00514AA9" w:rsidRDefault="00712BA8" w:rsidP="000F7A3A">
            <w:pPr>
              <w:rPr>
                <w:sz w:val="20"/>
                <w:szCs w:val="32"/>
              </w:rPr>
            </w:pPr>
            <w:r w:rsidRPr="00514AA9">
              <w:rPr>
                <w:sz w:val="20"/>
                <w:szCs w:val="32"/>
              </w:rPr>
              <w:t>F1/F2/F3/F4/F5/F6</w:t>
            </w:r>
          </w:p>
        </w:tc>
        <w:tc>
          <w:tcPr>
            <w:tcW w:w="1418" w:type="dxa"/>
            <w:shd w:val="clear" w:color="auto" w:fill="F7FAFC"/>
            <w:tcMar>
              <w:top w:w="90" w:type="dxa"/>
              <w:left w:w="100" w:type="dxa"/>
              <w:bottom w:w="90" w:type="dxa"/>
              <w:right w:w="100" w:type="dxa"/>
            </w:tcMar>
            <w:vAlign w:val="center"/>
          </w:tcPr>
          <w:p w14:paraId="0C76A8C1" w14:textId="77777777" w:rsidR="00712BA8" w:rsidRPr="00514AA9" w:rsidRDefault="00712BA8" w:rsidP="000F7A3A">
            <w:pPr>
              <w:jc w:val="center"/>
              <w:rPr>
                <w:sz w:val="20"/>
                <w:szCs w:val="32"/>
              </w:rPr>
            </w:pPr>
            <w:r w:rsidRPr="00514AA9">
              <w:rPr>
                <w:sz w:val="20"/>
                <w:szCs w:val="32"/>
              </w:rPr>
              <w:t>SDG ...</w:t>
            </w:r>
          </w:p>
        </w:tc>
        <w:tc>
          <w:tcPr>
            <w:tcW w:w="1944" w:type="dxa"/>
            <w:shd w:val="clear" w:color="auto" w:fill="F7FAFC"/>
            <w:tcMar>
              <w:top w:w="90" w:type="dxa"/>
              <w:left w:w="100" w:type="dxa"/>
              <w:bottom w:w="90" w:type="dxa"/>
              <w:right w:w="100" w:type="dxa"/>
            </w:tcMar>
            <w:vAlign w:val="center"/>
          </w:tcPr>
          <w:p w14:paraId="3F34A5CB" w14:textId="77777777" w:rsidR="00712BA8" w:rsidRPr="00514AA9" w:rsidRDefault="00712BA8" w:rsidP="000F7A3A">
            <w:pPr>
              <w:rPr>
                <w:sz w:val="20"/>
                <w:szCs w:val="32"/>
              </w:rPr>
            </w:pPr>
            <w:r w:rsidRPr="00514AA9">
              <w:rPr>
                <w:sz w:val="20"/>
                <w:szCs w:val="32"/>
              </w:rPr>
              <w:t>[Output/outcome terukur]</w:t>
            </w:r>
          </w:p>
        </w:tc>
        <w:tc>
          <w:tcPr>
            <w:tcW w:w="1663" w:type="dxa"/>
            <w:shd w:val="clear" w:color="auto" w:fill="F7FAFC"/>
            <w:tcMar>
              <w:top w:w="90" w:type="dxa"/>
              <w:left w:w="100" w:type="dxa"/>
              <w:bottom w:w="90" w:type="dxa"/>
              <w:right w:w="100" w:type="dxa"/>
            </w:tcMar>
            <w:vAlign w:val="center"/>
          </w:tcPr>
          <w:p w14:paraId="61C920A1" w14:textId="77777777" w:rsidR="00712BA8" w:rsidRPr="00514AA9" w:rsidRDefault="00712BA8" w:rsidP="000F7A3A">
            <w:pPr>
              <w:rPr>
                <w:sz w:val="20"/>
                <w:szCs w:val="32"/>
              </w:rPr>
            </w:pPr>
            <w:r w:rsidRPr="00514AA9">
              <w:rPr>
                <w:sz w:val="20"/>
                <w:szCs w:val="32"/>
              </w:rPr>
              <w:t>[Data/foto/dokumen/testimoni]</w:t>
            </w:r>
          </w:p>
        </w:tc>
      </w:tr>
    </w:tbl>
    <w:p w14:paraId="1B6FF4AF" w14:textId="77777777" w:rsidR="00712BA8" w:rsidRDefault="00712BA8" w:rsidP="00712BA8"/>
    <w:p w14:paraId="4F5F7E27" w14:textId="77777777" w:rsidR="00EA688B" w:rsidRDefault="00EA688B" w:rsidP="00712BA8">
      <w:pPr>
        <w:spacing w:before="160" w:after="120"/>
        <w:rPr>
          <w:b/>
          <w:color w:val="155D8B"/>
          <w:sz w:val="32"/>
        </w:rPr>
      </w:pPr>
    </w:p>
    <w:p w14:paraId="310AB11F" w14:textId="40A32F6F" w:rsidR="00712BA8" w:rsidRDefault="00712BA8" w:rsidP="00712BA8">
      <w:pPr>
        <w:spacing w:before="160" w:after="120"/>
      </w:pPr>
      <w:r>
        <w:rPr>
          <w:b/>
          <w:color w:val="155D8B"/>
          <w:sz w:val="32"/>
        </w:rPr>
        <w:lastRenderedPageBreak/>
        <w:t>F. RANCANGAN ROADMAP PKM PRODI DAN KEBERLANJUTAN PROGRAM</w:t>
      </w:r>
    </w:p>
    <w:p w14:paraId="0239BA0C" w14:textId="77777777" w:rsidR="00712BA8" w:rsidRDefault="00712BA8" w:rsidP="00712BA8">
      <w:pPr>
        <w:spacing w:line="252" w:lineRule="auto"/>
        <w:jc w:val="both"/>
      </w:pPr>
      <w:r>
        <w:t>Bagian ini digunakan untuk memastikan bahwa proposal PkM Prodi tidak berdiri sebagai kegiatan satu tahun yang terpisah, tetapi menjadi bagian dari peta jalan pengabdian program studi secara berkesinambungan. Roadmap PkM Prodi perlu menunjukkan kesinambungan tema, mitra/lokus, basis riset atau kepakaran, luaran tahunan, indikator perubahan mitra, dan rencana tindak lanjut setelah program selesai.</w:t>
      </w:r>
    </w:p>
    <w:tbl>
      <w:tblPr>
        <w:tblW w:w="0" w:type="auto"/>
        <w:jc w:val="center"/>
        <w:tblBorders>
          <w:top w:val="single" w:sz="6" w:space="0" w:color="6D8D8A"/>
          <w:left w:val="single" w:sz="6" w:space="0" w:color="6D8D8A"/>
          <w:bottom w:val="single" w:sz="6" w:space="0" w:color="6D8D8A"/>
          <w:right w:val="single" w:sz="6" w:space="0" w:color="6D8D8A"/>
          <w:insideH w:val="single" w:sz="6" w:space="0" w:color="6D8D8A"/>
          <w:insideV w:val="single" w:sz="6" w:space="0" w:color="6D8D8A"/>
        </w:tblBorders>
        <w:tblLayout w:type="fixed"/>
        <w:tblLook w:val="04A0" w:firstRow="1" w:lastRow="0" w:firstColumn="1" w:lastColumn="0" w:noHBand="0" w:noVBand="1"/>
      </w:tblPr>
      <w:tblGrid>
        <w:gridCol w:w="9978"/>
      </w:tblGrid>
      <w:tr w:rsidR="00712BA8" w14:paraId="5F591E51" w14:textId="77777777" w:rsidTr="000F7A3A">
        <w:trPr>
          <w:jc w:val="center"/>
        </w:trPr>
        <w:tc>
          <w:tcPr>
            <w:tcW w:w="9978" w:type="dxa"/>
            <w:shd w:val="clear" w:color="auto" w:fill="F2F8F8"/>
            <w:tcMar>
              <w:top w:w="120" w:type="dxa"/>
              <w:left w:w="160" w:type="dxa"/>
              <w:bottom w:w="120" w:type="dxa"/>
              <w:right w:w="160" w:type="dxa"/>
            </w:tcMar>
          </w:tcPr>
          <w:p w14:paraId="7BA31248" w14:textId="77777777" w:rsidR="00712BA8" w:rsidRDefault="00712BA8" w:rsidP="000F7A3A">
            <w:pPr>
              <w:jc w:val="both"/>
            </w:pPr>
            <w:r>
              <w:rPr>
                <w:b/>
                <w:color w:val="6D8D8A"/>
                <w:sz w:val="20"/>
              </w:rPr>
              <w:t>Petunjuk pengisian</w:t>
            </w:r>
          </w:p>
          <w:p w14:paraId="3A014FA4" w14:textId="77777777" w:rsidR="00712BA8" w:rsidRDefault="00712BA8" w:rsidP="000F7A3A">
            <w:pPr>
              <w:jc w:val="both"/>
            </w:pPr>
            <w:r>
              <w:rPr>
                <w:color w:val="222222"/>
                <w:sz w:val="20"/>
              </w:rPr>
              <w:t>Prodi/tim pengusul menyusun roadmap minimal 3 tahun dan dianjurkan 5 tahun. Roadmap harus selaras dengan Renstra PkM UBT, bidang fokus PkM Prodi, SDGs/TPB yang dipilih, serta kebutuhan mitra. Untuk program kolaboratif, roadmap juga menjelaskan peran prodi koordinator dan prodi pendukung dalam satu lokus bersama.</w:t>
            </w:r>
          </w:p>
        </w:tc>
      </w:tr>
    </w:tbl>
    <w:p w14:paraId="78ECFE29" w14:textId="77777777" w:rsidR="00712BA8" w:rsidRDefault="00712BA8" w:rsidP="00712BA8"/>
    <w:tbl>
      <w:tblPr>
        <w:tblW w:w="0" w:type="auto"/>
        <w:jc w:val="center"/>
        <w:tblBorders>
          <w:top w:val="single" w:sz="6" w:space="0" w:color="E8A05A"/>
          <w:left w:val="single" w:sz="6" w:space="0" w:color="E8A05A"/>
          <w:bottom w:val="single" w:sz="6" w:space="0" w:color="E8A05A"/>
          <w:right w:val="single" w:sz="6" w:space="0" w:color="E8A05A"/>
          <w:insideH w:val="single" w:sz="6" w:space="0" w:color="E8A05A"/>
          <w:insideV w:val="single" w:sz="6" w:space="0" w:color="E8A05A"/>
        </w:tblBorders>
        <w:tblLayout w:type="fixed"/>
        <w:tblLook w:val="04A0" w:firstRow="1" w:lastRow="0" w:firstColumn="1" w:lastColumn="0" w:noHBand="0" w:noVBand="1"/>
      </w:tblPr>
      <w:tblGrid>
        <w:gridCol w:w="9978"/>
      </w:tblGrid>
      <w:tr w:rsidR="00712BA8" w14:paraId="656E2497" w14:textId="77777777" w:rsidTr="000F7A3A">
        <w:trPr>
          <w:jc w:val="center"/>
        </w:trPr>
        <w:tc>
          <w:tcPr>
            <w:tcW w:w="9978" w:type="dxa"/>
            <w:shd w:val="clear" w:color="auto" w:fill="FFF4E6"/>
            <w:tcMar>
              <w:top w:w="120" w:type="dxa"/>
              <w:left w:w="160" w:type="dxa"/>
              <w:bottom w:w="120" w:type="dxa"/>
              <w:right w:w="160" w:type="dxa"/>
            </w:tcMar>
          </w:tcPr>
          <w:p w14:paraId="36DF6AF3" w14:textId="77777777" w:rsidR="00712BA8" w:rsidRDefault="00712BA8" w:rsidP="000F7A3A">
            <w:r>
              <w:rPr>
                <w:b/>
                <w:color w:val="E8A05A"/>
                <w:sz w:val="20"/>
              </w:rPr>
              <w:t>Inti bagian roadmap</w:t>
            </w:r>
          </w:p>
          <w:p w14:paraId="3416B017" w14:textId="77777777" w:rsidR="00712BA8" w:rsidRDefault="00712BA8" w:rsidP="000F7A3A">
            <w:r>
              <w:rPr>
                <w:color w:val="222222"/>
                <w:sz w:val="20"/>
              </w:rPr>
              <w:t>Usulan tahun 2026 harus dapat dibaca sebagai satu mata rantai dari program 3-5 tahun, bukan kegiatan yang selesai setelah laporan akhir. Karena itu, proposal wajib menjelaskan tahap tahun berjalan, target tahun berikutnya, serta strategi keberlanjutan mitra.</w:t>
            </w:r>
          </w:p>
        </w:tc>
      </w:tr>
    </w:tbl>
    <w:p w14:paraId="4D7EA493" w14:textId="77777777" w:rsidR="00712BA8" w:rsidRDefault="00712BA8" w:rsidP="00712BA8">
      <w:pPr>
        <w:spacing w:before="120"/>
      </w:pPr>
    </w:p>
    <w:p w14:paraId="0E7C6E93" w14:textId="77777777" w:rsidR="00712BA8" w:rsidRDefault="00712BA8" w:rsidP="00712BA8">
      <w:pPr>
        <w:spacing w:before="120"/>
      </w:pPr>
      <w:r>
        <w:rPr>
          <w:b/>
          <w:color w:val="1E9B8A"/>
          <w:sz w:val="26"/>
        </w:rPr>
        <w:t>Rancangan Roadmap PkM Prodi 3-5 Tahun</w:t>
      </w:r>
    </w:p>
    <w:tbl>
      <w:tblPr>
        <w:tblStyle w:val="TableGrid"/>
        <w:tblW w:w="10836"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843"/>
        <w:gridCol w:w="1512"/>
        <w:gridCol w:w="1440"/>
        <w:gridCol w:w="2016"/>
        <w:gridCol w:w="1800"/>
        <w:gridCol w:w="1800"/>
        <w:gridCol w:w="1425"/>
      </w:tblGrid>
      <w:tr w:rsidR="00712BA8" w:rsidRPr="00514AA9" w14:paraId="6022A3A6" w14:textId="77777777" w:rsidTr="000F7A3A">
        <w:trPr>
          <w:tblHeader/>
          <w:jc w:val="center"/>
        </w:trPr>
        <w:tc>
          <w:tcPr>
            <w:tcW w:w="843" w:type="dxa"/>
            <w:shd w:val="clear" w:color="auto" w:fill="1E9B8A"/>
            <w:tcMar>
              <w:top w:w="100" w:type="dxa"/>
              <w:left w:w="100" w:type="dxa"/>
              <w:bottom w:w="100" w:type="dxa"/>
              <w:right w:w="100" w:type="dxa"/>
            </w:tcMar>
            <w:vAlign w:val="center"/>
          </w:tcPr>
          <w:p w14:paraId="56AAC8B4" w14:textId="77777777" w:rsidR="00712BA8" w:rsidRPr="00514AA9" w:rsidRDefault="00712BA8" w:rsidP="000F7A3A">
            <w:pPr>
              <w:jc w:val="center"/>
              <w:rPr>
                <w:sz w:val="20"/>
                <w:szCs w:val="36"/>
              </w:rPr>
            </w:pPr>
            <w:r w:rsidRPr="00514AA9">
              <w:rPr>
                <w:b/>
                <w:color w:val="FFFFFF"/>
                <w:sz w:val="20"/>
                <w:szCs w:val="36"/>
              </w:rPr>
              <w:t>Tahun</w:t>
            </w:r>
          </w:p>
        </w:tc>
        <w:tc>
          <w:tcPr>
            <w:tcW w:w="1512" w:type="dxa"/>
            <w:shd w:val="clear" w:color="auto" w:fill="1E9B8A"/>
            <w:tcMar>
              <w:top w:w="100" w:type="dxa"/>
              <w:left w:w="100" w:type="dxa"/>
              <w:bottom w:w="100" w:type="dxa"/>
              <w:right w:w="100" w:type="dxa"/>
            </w:tcMar>
            <w:vAlign w:val="center"/>
          </w:tcPr>
          <w:p w14:paraId="70E29048" w14:textId="77777777" w:rsidR="00712BA8" w:rsidRPr="00514AA9" w:rsidRDefault="00712BA8" w:rsidP="000F7A3A">
            <w:pPr>
              <w:jc w:val="center"/>
              <w:rPr>
                <w:sz w:val="20"/>
                <w:szCs w:val="36"/>
              </w:rPr>
            </w:pPr>
            <w:r w:rsidRPr="00514AA9">
              <w:rPr>
                <w:b/>
                <w:color w:val="FFFFFF"/>
                <w:sz w:val="20"/>
                <w:szCs w:val="36"/>
              </w:rPr>
              <w:t>Fokus/Tahap</w:t>
            </w:r>
          </w:p>
        </w:tc>
        <w:tc>
          <w:tcPr>
            <w:tcW w:w="1440" w:type="dxa"/>
            <w:shd w:val="clear" w:color="auto" w:fill="1E9B8A"/>
            <w:tcMar>
              <w:top w:w="100" w:type="dxa"/>
              <w:left w:w="100" w:type="dxa"/>
              <w:bottom w:w="100" w:type="dxa"/>
              <w:right w:w="100" w:type="dxa"/>
            </w:tcMar>
            <w:vAlign w:val="center"/>
          </w:tcPr>
          <w:p w14:paraId="3EC613C4" w14:textId="77777777" w:rsidR="00712BA8" w:rsidRPr="00514AA9" w:rsidRDefault="00712BA8" w:rsidP="000F7A3A">
            <w:pPr>
              <w:jc w:val="center"/>
              <w:rPr>
                <w:sz w:val="20"/>
                <w:szCs w:val="36"/>
              </w:rPr>
            </w:pPr>
            <w:r w:rsidRPr="00514AA9">
              <w:rPr>
                <w:b/>
                <w:color w:val="FFFFFF"/>
                <w:sz w:val="20"/>
                <w:szCs w:val="36"/>
              </w:rPr>
              <w:t>Mitra/Lokus</w:t>
            </w:r>
          </w:p>
        </w:tc>
        <w:tc>
          <w:tcPr>
            <w:tcW w:w="2016" w:type="dxa"/>
            <w:shd w:val="clear" w:color="auto" w:fill="1E9B8A"/>
            <w:tcMar>
              <w:top w:w="100" w:type="dxa"/>
              <w:left w:w="100" w:type="dxa"/>
              <w:bottom w:w="100" w:type="dxa"/>
              <w:right w:w="100" w:type="dxa"/>
            </w:tcMar>
            <w:vAlign w:val="center"/>
          </w:tcPr>
          <w:p w14:paraId="4FF1188C" w14:textId="77777777" w:rsidR="00712BA8" w:rsidRPr="00514AA9" w:rsidRDefault="00712BA8" w:rsidP="000F7A3A">
            <w:pPr>
              <w:jc w:val="center"/>
              <w:rPr>
                <w:sz w:val="20"/>
                <w:szCs w:val="36"/>
              </w:rPr>
            </w:pPr>
            <w:r w:rsidRPr="00514AA9">
              <w:rPr>
                <w:b/>
                <w:color w:val="FFFFFF"/>
                <w:sz w:val="20"/>
                <w:szCs w:val="36"/>
              </w:rPr>
              <w:t>Kegiatan Utama</w:t>
            </w:r>
          </w:p>
        </w:tc>
        <w:tc>
          <w:tcPr>
            <w:tcW w:w="1800" w:type="dxa"/>
            <w:shd w:val="clear" w:color="auto" w:fill="1E9B8A"/>
            <w:tcMar>
              <w:top w:w="100" w:type="dxa"/>
              <w:left w:w="100" w:type="dxa"/>
              <w:bottom w:w="100" w:type="dxa"/>
              <w:right w:w="100" w:type="dxa"/>
            </w:tcMar>
            <w:vAlign w:val="center"/>
          </w:tcPr>
          <w:p w14:paraId="6F47A499" w14:textId="77777777" w:rsidR="00712BA8" w:rsidRPr="00514AA9" w:rsidRDefault="00712BA8" w:rsidP="000F7A3A">
            <w:pPr>
              <w:jc w:val="center"/>
              <w:rPr>
                <w:sz w:val="20"/>
                <w:szCs w:val="36"/>
              </w:rPr>
            </w:pPr>
            <w:r w:rsidRPr="00514AA9">
              <w:rPr>
                <w:b/>
                <w:color w:val="FFFFFF"/>
                <w:sz w:val="20"/>
                <w:szCs w:val="36"/>
              </w:rPr>
              <w:t>Luaran Utama</w:t>
            </w:r>
          </w:p>
        </w:tc>
        <w:tc>
          <w:tcPr>
            <w:tcW w:w="1800" w:type="dxa"/>
            <w:shd w:val="clear" w:color="auto" w:fill="1E9B8A"/>
            <w:tcMar>
              <w:top w:w="100" w:type="dxa"/>
              <w:left w:w="100" w:type="dxa"/>
              <w:bottom w:w="100" w:type="dxa"/>
              <w:right w:w="100" w:type="dxa"/>
            </w:tcMar>
            <w:vAlign w:val="center"/>
          </w:tcPr>
          <w:p w14:paraId="2A827772" w14:textId="77777777" w:rsidR="00712BA8" w:rsidRPr="00514AA9" w:rsidRDefault="00712BA8" w:rsidP="000F7A3A">
            <w:pPr>
              <w:jc w:val="center"/>
              <w:rPr>
                <w:sz w:val="20"/>
                <w:szCs w:val="36"/>
              </w:rPr>
            </w:pPr>
            <w:r w:rsidRPr="00514AA9">
              <w:rPr>
                <w:b/>
                <w:color w:val="FFFFFF"/>
                <w:sz w:val="20"/>
                <w:szCs w:val="36"/>
              </w:rPr>
              <w:t>Indikator Keberlanjutan</w:t>
            </w:r>
          </w:p>
        </w:tc>
        <w:tc>
          <w:tcPr>
            <w:tcW w:w="1425" w:type="dxa"/>
            <w:shd w:val="clear" w:color="auto" w:fill="1E9B8A"/>
            <w:tcMar>
              <w:top w:w="100" w:type="dxa"/>
              <w:left w:w="100" w:type="dxa"/>
              <w:bottom w:w="100" w:type="dxa"/>
              <w:right w:w="100" w:type="dxa"/>
            </w:tcMar>
            <w:vAlign w:val="center"/>
          </w:tcPr>
          <w:p w14:paraId="6A2D1F9C" w14:textId="77777777" w:rsidR="00712BA8" w:rsidRPr="00514AA9" w:rsidRDefault="00712BA8" w:rsidP="000F7A3A">
            <w:pPr>
              <w:jc w:val="center"/>
              <w:rPr>
                <w:sz w:val="20"/>
                <w:szCs w:val="36"/>
              </w:rPr>
            </w:pPr>
            <w:r w:rsidRPr="00514AA9">
              <w:rPr>
                <w:b/>
                <w:color w:val="FFFFFF"/>
                <w:sz w:val="20"/>
                <w:szCs w:val="36"/>
              </w:rPr>
              <w:t>Keterkaitan SDGs/Renstra</w:t>
            </w:r>
          </w:p>
        </w:tc>
      </w:tr>
      <w:tr w:rsidR="00712BA8" w:rsidRPr="00514AA9" w14:paraId="6DE222E7" w14:textId="77777777" w:rsidTr="000F7A3A">
        <w:trPr>
          <w:jc w:val="center"/>
        </w:trPr>
        <w:tc>
          <w:tcPr>
            <w:tcW w:w="843" w:type="dxa"/>
            <w:shd w:val="clear" w:color="auto" w:fill="F7FAFC"/>
            <w:tcMar>
              <w:top w:w="90" w:type="dxa"/>
              <w:left w:w="100" w:type="dxa"/>
              <w:bottom w:w="90" w:type="dxa"/>
              <w:right w:w="100" w:type="dxa"/>
            </w:tcMar>
            <w:vAlign w:val="center"/>
          </w:tcPr>
          <w:p w14:paraId="2BECFA70" w14:textId="77777777" w:rsidR="00712BA8" w:rsidRPr="00514AA9" w:rsidRDefault="00712BA8" w:rsidP="000F7A3A">
            <w:pPr>
              <w:jc w:val="center"/>
              <w:rPr>
                <w:sz w:val="20"/>
                <w:szCs w:val="36"/>
              </w:rPr>
            </w:pPr>
            <w:r w:rsidRPr="00514AA9">
              <w:rPr>
                <w:sz w:val="20"/>
                <w:szCs w:val="36"/>
              </w:rPr>
              <w:t>2026</w:t>
            </w:r>
          </w:p>
        </w:tc>
        <w:tc>
          <w:tcPr>
            <w:tcW w:w="1512" w:type="dxa"/>
            <w:shd w:val="clear" w:color="auto" w:fill="F7FAFC"/>
            <w:tcMar>
              <w:top w:w="90" w:type="dxa"/>
              <w:left w:w="100" w:type="dxa"/>
              <w:bottom w:w="90" w:type="dxa"/>
              <w:right w:w="100" w:type="dxa"/>
            </w:tcMar>
            <w:vAlign w:val="center"/>
          </w:tcPr>
          <w:p w14:paraId="3D505A14" w14:textId="77777777" w:rsidR="00712BA8" w:rsidRPr="00514AA9" w:rsidRDefault="00712BA8" w:rsidP="000F7A3A">
            <w:pPr>
              <w:rPr>
                <w:sz w:val="20"/>
                <w:szCs w:val="36"/>
              </w:rPr>
            </w:pPr>
            <w:r w:rsidRPr="00514AA9">
              <w:rPr>
                <w:sz w:val="20"/>
                <w:szCs w:val="36"/>
              </w:rPr>
              <w:t>Pemetaan dan pilot project</w:t>
            </w:r>
          </w:p>
        </w:tc>
        <w:tc>
          <w:tcPr>
            <w:tcW w:w="1440" w:type="dxa"/>
            <w:shd w:val="clear" w:color="auto" w:fill="F7FAFC"/>
            <w:tcMar>
              <w:top w:w="90" w:type="dxa"/>
              <w:left w:w="100" w:type="dxa"/>
              <w:bottom w:w="90" w:type="dxa"/>
              <w:right w:w="100" w:type="dxa"/>
            </w:tcMar>
            <w:vAlign w:val="center"/>
          </w:tcPr>
          <w:p w14:paraId="4E9C7E5E" w14:textId="77777777" w:rsidR="00712BA8" w:rsidRPr="00514AA9" w:rsidRDefault="00712BA8" w:rsidP="000F7A3A">
            <w:pPr>
              <w:rPr>
                <w:sz w:val="20"/>
                <w:szCs w:val="36"/>
              </w:rPr>
            </w:pPr>
            <w:r w:rsidRPr="00514AA9">
              <w:rPr>
                <w:sz w:val="20"/>
                <w:szCs w:val="36"/>
              </w:rPr>
              <w:t>[Nama mitra/lokus]</w:t>
            </w:r>
          </w:p>
        </w:tc>
        <w:tc>
          <w:tcPr>
            <w:tcW w:w="2016" w:type="dxa"/>
            <w:shd w:val="clear" w:color="auto" w:fill="F7FAFC"/>
            <w:tcMar>
              <w:top w:w="90" w:type="dxa"/>
              <w:left w:w="100" w:type="dxa"/>
              <w:bottom w:w="90" w:type="dxa"/>
              <w:right w:w="100" w:type="dxa"/>
            </w:tcMar>
            <w:vAlign w:val="center"/>
          </w:tcPr>
          <w:p w14:paraId="64A8B277" w14:textId="77777777" w:rsidR="00712BA8" w:rsidRPr="00514AA9" w:rsidRDefault="00712BA8" w:rsidP="000F7A3A">
            <w:pPr>
              <w:rPr>
                <w:sz w:val="20"/>
                <w:szCs w:val="36"/>
              </w:rPr>
            </w:pPr>
            <w:r w:rsidRPr="00514AA9">
              <w:rPr>
                <w:sz w:val="20"/>
                <w:szCs w:val="36"/>
              </w:rPr>
              <w:t>Pemetaan kebutuhan, baseline, sosialisasi, pelatihan awal, uji coba solusi</w:t>
            </w:r>
          </w:p>
        </w:tc>
        <w:tc>
          <w:tcPr>
            <w:tcW w:w="1800" w:type="dxa"/>
            <w:shd w:val="clear" w:color="auto" w:fill="F7FAFC"/>
            <w:tcMar>
              <w:top w:w="90" w:type="dxa"/>
              <w:left w:w="100" w:type="dxa"/>
              <w:bottom w:w="90" w:type="dxa"/>
              <w:right w:w="100" w:type="dxa"/>
            </w:tcMar>
            <w:vAlign w:val="center"/>
          </w:tcPr>
          <w:p w14:paraId="36D362A9" w14:textId="77777777" w:rsidR="00712BA8" w:rsidRPr="00514AA9" w:rsidRDefault="00712BA8" w:rsidP="000F7A3A">
            <w:pPr>
              <w:rPr>
                <w:sz w:val="20"/>
                <w:szCs w:val="36"/>
              </w:rPr>
            </w:pPr>
            <w:r w:rsidRPr="00514AA9">
              <w:rPr>
                <w:sz w:val="20"/>
                <w:szCs w:val="36"/>
              </w:rPr>
              <w:t>Profil mitra, baseline, modul awal, laporan/berita, luaran wajib</w:t>
            </w:r>
          </w:p>
        </w:tc>
        <w:tc>
          <w:tcPr>
            <w:tcW w:w="1800" w:type="dxa"/>
            <w:shd w:val="clear" w:color="auto" w:fill="F7FAFC"/>
            <w:tcMar>
              <w:top w:w="90" w:type="dxa"/>
              <w:left w:w="100" w:type="dxa"/>
              <w:bottom w:w="90" w:type="dxa"/>
              <w:right w:w="100" w:type="dxa"/>
            </w:tcMar>
            <w:vAlign w:val="center"/>
          </w:tcPr>
          <w:p w14:paraId="667CC8A8" w14:textId="77777777" w:rsidR="00712BA8" w:rsidRPr="00514AA9" w:rsidRDefault="00712BA8" w:rsidP="000F7A3A">
            <w:pPr>
              <w:rPr>
                <w:sz w:val="20"/>
                <w:szCs w:val="36"/>
              </w:rPr>
            </w:pPr>
            <w:r w:rsidRPr="00514AA9">
              <w:rPr>
                <w:sz w:val="20"/>
                <w:szCs w:val="36"/>
              </w:rPr>
              <w:t>Mitra memahami program dan mulai mengadopsi solusi awal</w:t>
            </w:r>
          </w:p>
        </w:tc>
        <w:tc>
          <w:tcPr>
            <w:tcW w:w="1425" w:type="dxa"/>
            <w:shd w:val="clear" w:color="auto" w:fill="F7FAFC"/>
            <w:tcMar>
              <w:top w:w="90" w:type="dxa"/>
              <w:left w:w="100" w:type="dxa"/>
              <w:bottom w:w="90" w:type="dxa"/>
              <w:right w:w="100" w:type="dxa"/>
            </w:tcMar>
            <w:vAlign w:val="center"/>
          </w:tcPr>
          <w:p w14:paraId="5C2AB803" w14:textId="77777777" w:rsidR="00712BA8" w:rsidRPr="00514AA9" w:rsidRDefault="00712BA8" w:rsidP="000F7A3A">
            <w:pPr>
              <w:rPr>
                <w:sz w:val="20"/>
                <w:szCs w:val="36"/>
              </w:rPr>
            </w:pPr>
            <w:r w:rsidRPr="00514AA9">
              <w:rPr>
                <w:sz w:val="20"/>
                <w:szCs w:val="36"/>
              </w:rPr>
              <w:t>F...; SDG ...</w:t>
            </w:r>
          </w:p>
        </w:tc>
      </w:tr>
      <w:tr w:rsidR="00712BA8" w:rsidRPr="00514AA9" w14:paraId="6A7351B7" w14:textId="77777777" w:rsidTr="000F7A3A">
        <w:trPr>
          <w:jc w:val="center"/>
        </w:trPr>
        <w:tc>
          <w:tcPr>
            <w:tcW w:w="843" w:type="dxa"/>
            <w:tcMar>
              <w:top w:w="90" w:type="dxa"/>
              <w:left w:w="100" w:type="dxa"/>
              <w:bottom w:w="90" w:type="dxa"/>
              <w:right w:w="100" w:type="dxa"/>
            </w:tcMar>
            <w:vAlign w:val="center"/>
          </w:tcPr>
          <w:p w14:paraId="1761F3A1" w14:textId="77777777" w:rsidR="00712BA8" w:rsidRPr="00514AA9" w:rsidRDefault="00712BA8" w:rsidP="000F7A3A">
            <w:pPr>
              <w:jc w:val="center"/>
              <w:rPr>
                <w:sz w:val="20"/>
                <w:szCs w:val="36"/>
              </w:rPr>
            </w:pPr>
            <w:r w:rsidRPr="00514AA9">
              <w:rPr>
                <w:sz w:val="20"/>
                <w:szCs w:val="36"/>
              </w:rPr>
              <w:t>2027</w:t>
            </w:r>
          </w:p>
        </w:tc>
        <w:tc>
          <w:tcPr>
            <w:tcW w:w="1512" w:type="dxa"/>
            <w:tcMar>
              <w:top w:w="90" w:type="dxa"/>
              <w:left w:w="100" w:type="dxa"/>
              <w:bottom w:w="90" w:type="dxa"/>
              <w:right w:w="100" w:type="dxa"/>
            </w:tcMar>
            <w:vAlign w:val="center"/>
          </w:tcPr>
          <w:p w14:paraId="23CC16C5" w14:textId="77777777" w:rsidR="00712BA8" w:rsidRPr="00514AA9" w:rsidRDefault="00712BA8" w:rsidP="000F7A3A">
            <w:pPr>
              <w:rPr>
                <w:sz w:val="20"/>
                <w:szCs w:val="36"/>
              </w:rPr>
            </w:pPr>
            <w:r w:rsidRPr="00514AA9">
              <w:rPr>
                <w:sz w:val="20"/>
                <w:szCs w:val="36"/>
              </w:rPr>
              <w:t>Penguatan model dan pendampingan</w:t>
            </w:r>
          </w:p>
        </w:tc>
        <w:tc>
          <w:tcPr>
            <w:tcW w:w="1440" w:type="dxa"/>
            <w:tcMar>
              <w:top w:w="90" w:type="dxa"/>
              <w:left w:w="100" w:type="dxa"/>
              <w:bottom w:w="90" w:type="dxa"/>
              <w:right w:w="100" w:type="dxa"/>
            </w:tcMar>
            <w:vAlign w:val="center"/>
          </w:tcPr>
          <w:p w14:paraId="67924EA4" w14:textId="77777777" w:rsidR="00712BA8" w:rsidRPr="00514AA9" w:rsidRDefault="00712BA8" w:rsidP="000F7A3A">
            <w:pPr>
              <w:rPr>
                <w:sz w:val="20"/>
                <w:szCs w:val="36"/>
              </w:rPr>
            </w:pPr>
            <w:r w:rsidRPr="00514AA9">
              <w:rPr>
                <w:sz w:val="20"/>
                <w:szCs w:val="36"/>
              </w:rPr>
              <w:t>[Mitra yang sama/lokus bersama]</w:t>
            </w:r>
          </w:p>
        </w:tc>
        <w:tc>
          <w:tcPr>
            <w:tcW w:w="2016" w:type="dxa"/>
            <w:tcMar>
              <w:top w:w="90" w:type="dxa"/>
              <w:left w:w="100" w:type="dxa"/>
              <w:bottom w:w="90" w:type="dxa"/>
              <w:right w:w="100" w:type="dxa"/>
            </w:tcMar>
            <w:vAlign w:val="center"/>
          </w:tcPr>
          <w:p w14:paraId="72DFE9ED" w14:textId="77777777" w:rsidR="00712BA8" w:rsidRPr="00514AA9" w:rsidRDefault="00712BA8" w:rsidP="000F7A3A">
            <w:pPr>
              <w:rPr>
                <w:sz w:val="20"/>
                <w:szCs w:val="36"/>
              </w:rPr>
            </w:pPr>
            <w:r w:rsidRPr="00514AA9">
              <w:rPr>
                <w:sz w:val="20"/>
                <w:szCs w:val="36"/>
              </w:rPr>
              <w:t>Pendampingan lanjutan, penyempurnaan SOP/produk/TTG/model, integrasi KKN/MBKM</w:t>
            </w:r>
          </w:p>
        </w:tc>
        <w:tc>
          <w:tcPr>
            <w:tcW w:w="1800" w:type="dxa"/>
            <w:tcMar>
              <w:top w:w="90" w:type="dxa"/>
              <w:left w:w="100" w:type="dxa"/>
              <w:bottom w:w="90" w:type="dxa"/>
              <w:right w:w="100" w:type="dxa"/>
            </w:tcMar>
            <w:vAlign w:val="center"/>
          </w:tcPr>
          <w:p w14:paraId="131E2F13" w14:textId="77777777" w:rsidR="00712BA8" w:rsidRPr="00514AA9" w:rsidRDefault="00712BA8" w:rsidP="000F7A3A">
            <w:pPr>
              <w:rPr>
                <w:sz w:val="20"/>
                <w:szCs w:val="36"/>
              </w:rPr>
            </w:pPr>
            <w:r w:rsidRPr="00514AA9">
              <w:rPr>
                <w:sz w:val="20"/>
                <w:szCs w:val="36"/>
              </w:rPr>
              <w:t>SOP/model/produk/TTG lebih siap digunakan</w:t>
            </w:r>
          </w:p>
        </w:tc>
        <w:tc>
          <w:tcPr>
            <w:tcW w:w="1800" w:type="dxa"/>
            <w:tcMar>
              <w:top w:w="90" w:type="dxa"/>
              <w:left w:w="100" w:type="dxa"/>
              <w:bottom w:w="90" w:type="dxa"/>
              <w:right w:w="100" w:type="dxa"/>
            </w:tcMar>
            <w:vAlign w:val="center"/>
          </w:tcPr>
          <w:p w14:paraId="080096B1" w14:textId="77777777" w:rsidR="00712BA8" w:rsidRPr="00514AA9" w:rsidRDefault="00712BA8" w:rsidP="000F7A3A">
            <w:pPr>
              <w:rPr>
                <w:sz w:val="20"/>
                <w:szCs w:val="36"/>
              </w:rPr>
            </w:pPr>
            <w:r w:rsidRPr="00514AA9">
              <w:rPr>
                <w:sz w:val="20"/>
                <w:szCs w:val="36"/>
              </w:rPr>
              <w:t>Terjadi peningkatan keterampilan/kualitas layanan/produktivitas</w:t>
            </w:r>
          </w:p>
        </w:tc>
        <w:tc>
          <w:tcPr>
            <w:tcW w:w="1425" w:type="dxa"/>
            <w:tcMar>
              <w:top w:w="90" w:type="dxa"/>
              <w:left w:w="100" w:type="dxa"/>
              <w:bottom w:w="90" w:type="dxa"/>
              <w:right w:w="100" w:type="dxa"/>
            </w:tcMar>
            <w:vAlign w:val="center"/>
          </w:tcPr>
          <w:p w14:paraId="19A1ACEA" w14:textId="77777777" w:rsidR="00712BA8" w:rsidRPr="00514AA9" w:rsidRDefault="00712BA8" w:rsidP="000F7A3A">
            <w:pPr>
              <w:rPr>
                <w:sz w:val="20"/>
                <w:szCs w:val="36"/>
              </w:rPr>
            </w:pPr>
            <w:r w:rsidRPr="00514AA9">
              <w:rPr>
                <w:sz w:val="20"/>
                <w:szCs w:val="36"/>
              </w:rPr>
              <w:t>F...; SDG ...</w:t>
            </w:r>
          </w:p>
        </w:tc>
      </w:tr>
      <w:tr w:rsidR="00712BA8" w:rsidRPr="00514AA9" w14:paraId="718167E8" w14:textId="77777777" w:rsidTr="000F7A3A">
        <w:trPr>
          <w:jc w:val="center"/>
        </w:trPr>
        <w:tc>
          <w:tcPr>
            <w:tcW w:w="843" w:type="dxa"/>
            <w:shd w:val="clear" w:color="auto" w:fill="F7FAFC"/>
            <w:tcMar>
              <w:top w:w="90" w:type="dxa"/>
              <w:left w:w="100" w:type="dxa"/>
              <w:bottom w:w="90" w:type="dxa"/>
              <w:right w:w="100" w:type="dxa"/>
            </w:tcMar>
            <w:vAlign w:val="center"/>
          </w:tcPr>
          <w:p w14:paraId="6512C8F9" w14:textId="77777777" w:rsidR="00712BA8" w:rsidRPr="00514AA9" w:rsidRDefault="00712BA8" w:rsidP="000F7A3A">
            <w:pPr>
              <w:jc w:val="center"/>
              <w:rPr>
                <w:sz w:val="20"/>
                <w:szCs w:val="36"/>
              </w:rPr>
            </w:pPr>
            <w:r w:rsidRPr="00514AA9">
              <w:rPr>
                <w:sz w:val="20"/>
                <w:szCs w:val="36"/>
              </w:rPr>
              <w:t>2028</w:t>
            </w:r>
          </w:p>
        </w:tc>
        <w:tc>
          <w:tcPr>
            <w:tcW w:w="1512" w:type="dxa"/>
            <w:shd w:val="clear" w:color="auto" w:fill="F7FAFC"/>
            <w:tcMar>
              <w:top w:w="90" w:type="dxa"/>
              <w:left w:w="100" w:type="dxa"/>
              <w:bottom w:w="90" w:type="dxa"/>
              <w:right w:w="100" w:type="dxa"/>
            </w:tcMar>
            <w:vAlign w:val="center"/>
          </w:tcPr>
          <w:p w14:paraId="1CB4DD17" w14:textId="77777777" w:rsidR="00712BA8" w:rsidRPr="00514AA9" w:rsidRDefault="00712BA8" w:rsidP="000F7A3A">
            <w:pPr>
              <w:rPr>
                <w:sz w:val="20"/>
                <w:szCs w:val="36"/>
              </w:rPr>
            </w:pPr>
            <w:r w:rsidRPr="00514AA9">
              <w:rPr>
                <w:sz w:val="20"/>
                <w:szCs w:val="36"/>
              </w:rPr>
              <w:t>Pengembangan luaran dan hilirisasi</w:t>
            </w:r>
          </w:p>
        </w:tc>
        <w:tc>
          <w:tcPr>
            <w:tcW w:w="1440" w:type="dxa"/>
            <w:shd w:val="clear" w:color="auto" w:fill="F7FAFC"/>
            <w:tcMar>
              <w:top w:w="90" w:type="dxa"/>
              <w:left w:w="100" w:type="dxa"/>
              <w:bottom w:w="90" w:type="dxa"/>
              <w:right w:w="100" w:type="dxa"/>
            </w:tcMar>
            <w:vAlign w:val="center"/>
          </w:tcPr>
          <w:p w14:paraId="61926CA8" w14:textId="77777777" w:rsidR="00712BA8" w:rsidRPr="00514AA9" w:rsidRDefault="00712BA8" w:rsidP="000F7A3A">
            <w:pPr>
              <w:rPr>
                <w:sz w:val="20"/>
                <w:szCs w:val="36"/>
              </w:rPr>
            </w:pPr>
            <w:r w:rsidRPr="00514AA9">
              <w:rPr>
                <w:sz w:val="20"/>
                <w:szCs w:val="36"/>
              </w:rPr>
              <w:t>[Mitra binaan/kelompok replikasi]</w:t>
            </w:r>
          </w:p>
        </w:tc>
        <w:tc>
          <w:tcPr>
            <w:tcW w:w="2016" w:type="dxa"/>
            <w:shd w:val="clear" w:color="auto" w:fill="F7FAFC"/>
            <w:tcMar>
              <w:top w:w="90" w:type="dxa"/>
              <w:left w:w="100" w:type="dxa"/>
              <w:bottom w:w="90" w:type="dxa"/>
              <w:right w:w="100" w:type="dxa"/>
            </w:tcMar>
            <w:vAlign w:val="center"/>
          </w:tcPr>
          <w:p w14:paraId="495F56CD" w14:textId="77777777" w:rsidR="00712BA8" w:rsidRPr="00514AA9" w:rsidRDefault="00712BA8" w:rsidP="000F7A3A">
            <w:pPr>
              <w:rPr>
                <w:sz w:val="20"/>
                <w:szCs w:val="36"/>
              </w:rPr>
            </w:pPr>
            <w:r w:rsidRPr="00514AA9">
              <w:rPr>
                <w:sz w:val="20"/>
                <w:szCs w:val="36"/>
              </w:rPr>
              <w:t>Penguatan kelembagaan, legalitas, pemasaran, sertifikasi, digitalisasi, atau scale-up</w:t>
            </w:r>
          </w:p>
        </w:tc>
        <w:tc>
          <w:tcPr>
            <w:tcW w:w="1800" w:type="dxa"/>
            <w:shd w:val="clear" w:color="auto" w:fill="F7FAFC"/>
            <w:tcMar>
              <w:top w:w="90" w:type="dxa"/>
              <w:left w:w="100" w:type="dxa"/>
              <w:bottom w:w="90" w:type="dxa"/>
              <w:right w:w="100" w:type="dxa"/>
            </w:tcMar>
            <w:vAlign w:val="center"/>
          </w:tcPr>
          <w:p w14:paraId="6991D448" w14:textId="77777777" w:rsidR="00712BA8" w:rsidRPr="00514AA9" w:rsidRDefault="00712BA8" w:rsidP="000F7A3A">
            <w:pPr>
              <w:rPr>
                <w:sz w:val="20"/>
                <w:szCs w:val="36"/>
              </w:rPr>
            </w:pPr>
            <w:r w:rsidRPr="00514AA9">
              <w:rPr>
                <w:sz w:val="20"/>
                <w:szCs w:val="36"/>
              </w:rPr>
              <w:t>HKI/merek/policy brief/artikel/produk unggulan</w:t>
            </w:r>
          </w:p>
        </w:tc>
        <w:tc>
          <w:tcPr>
            <w:tcW w:w="1800" w:type="dxa"/>
            <w:shd w:val="clear" w:color="auto" w:fill="F7FAFC"/>
            <w:tcMar>
              <w:top w:w="90" w:type="dxa"/>
              <w:left w:w="100" w:type="dxa"/>
              <w:bottom w:w="90" w:type="dxa"/>
              <w:right w:w="100" w:type="dxa"/>
            </w:tcMar>
            <w:vAlign w:val="center"/>
          </w:tcPr>
          <w:p w14:paraId="1A89B7E2" w14:textId="77777777" w:rsidR="00712BA8" w:rsidRPr="00514AA9" w:rsidRDefault="00712BA8" w:rsidP="000F7A3A">
            <w:pPr>
              <w:rPr>
                <w:sz w:val="20"/>
                <w:szCs w:val="36"/>
              </w:rPr>
            </w:pPr>
            <w:r w:rsidRPr="00514AA9">
              <w:rPr>
                <w:sz w:val="20"/>
                <w:szCs w:val="36"/>
              </w:rPr>
              <w:t>Mitra mampu mengelola program lebih mandiri</w:t>
            </w:r>
          </w:p>
        </w:tc>
        <w:tc>
          <w:tcPr>
            <w:tcW w:w="1425" w:type="dxa"/>
            <w:shd w:val="clear" w:color="auto" w:fill="F7FAFC"/>
            <w:tcMar>
              <w:top w:w="90" w:type="dxa"/>
              <w:left w:w="100" w:type="dxa"/>
              <w:bottom w:w="90" w:type="dxa"/>
              <w:right w:w="100" w:type="dxa"/>
            </w:tcMar>
            <w:vAlign w:val="center"/>
          </w:tcPr>
          <w:p w14:paraId="306017E5" w14:textId="77777777" w:rsidR="00712BA8" w:rsidRPr="00514AA9" w:rsidRDefault="00712BA8" w:rsidP="000F7A3A">
            <w:pPr>
              <w:rPr>
                <w:sz w:val="20"/>
                <w:szCs w:val="36"/>
              </w:rPr>
            </w:pPr>
            <w:r w:rsidRPr="00514AA9">
              <w:rPr>
                <w:sz w:val="20"/>
                <w:szCs w:val="36"/>
              </w:rPr>
              <w:t>F...; SDG ...</w:t>
            </w:r>
          </w:p>
        </w:tc>
      </w:tr>
      <w:tr w:rsidR="00712BA8" w:rsidRPr="00514AA9" w14:paraId="687E0031" w14:textId="77777777" w:rsidTr="000F7A3A">
        <w:trPr>
          <w:jc w:val="center"/>
        </w:trPr>
        <w:tc>
          <w:tcPr>
            <w:tcW w:w="843" w:type="dxa"/>
            <w:tcMar>
              <w:top w:w="90" w:type="dxa"/>
              <w:left w:w="100" w:type="dxa"/>
              <w:bottom w:w="90" w:type="dxa"/>
              <w:right w:w="100" w:type="dxa"/>
            </w:tcMar>
            <w:vAlign w:val="center"/>
          </w:tcPr>
          <w:p w14:paraId="0C7C2692" w14:textId="77777777" w:rsidR="00712BA8" w:rsidRPr="00514AA9" w:rsidRDefault="00712BA8" w:rsidP="000F7A3A">
            <w:pPr>
              <w:jc w:val="center"/>
              <w:rPr>
                <w:sz w:val="20"/>
                <w:szCs w:val="36"/>
              </w:rPr>
            </w:pPr>
            <w:r w:rsidRPr="00514AA9">
              <w:rPr>
                <w:sz w:val="20"/>
                <w:szCs w:val="36"/>
              </w:rPr>
              <w:t>2029</w:t>
            </w:r>
          </w:p>
        </w:tc>
        <w:tc>
          <w:tcPr>
            <w:tcW w:w="1512" w:type="dxa"/>
            <w:tcMar>
              <w:top w:w="90" w:type="dxa"/>
              <w:left w:w="100" w:type="dxa"/>
              <w:bottom w:w="90" w:type="dxa"/>
              <w:right w:w="100" w:type="dxa"/>
            </w:tcMar>
            <w:vAlign w:val="center"/>
          </w:tcPr>
          <w:p w14:paraId="11E0691D" w14:textId="77777777" w:rsidR="00712BA8" w:rsidRPr="00514AA9" w:rsidRDefault="00712BA8" w:rsidP="000F7A3A">
            <w:pPr>
              <w:rPr>
                <w:sz w:val="20"/>
                <w:szCs w:val="36"/>
              </w:rPr>
            </w:pPr>
            <w:r w:rsidRPr="00514AA9">
              <w:rPr>
                <w:sz w:val="20"/>
                <w:szCs w:val="36"/>
              </w:rPr>
              <w:t>Replikasi dan kolaborasi lintas prodi</w:t>
            </w:r>
          </w:p>
        </w:tc>
        <w:tc>
          <w:tcPr>
            <w:tcW w:w="1440" w:type="dxa"/>
            <w:tcMar>
              <w:top w:w="90" w:type="dxa"/>
              <w:left w:w="100" w:type="dxa"/>
              <w:bottom w:w="90" w:type="dxa"/>
              <w:right w:w="100" w:type="dxa"/>
            </w:tcMar>
            <w:vAlign w:val="center"/>
          </w:tcPr>
          <w:p w14:paraId="692D283E" w14:textId="77777777" w:rsidR="00712BA8" w:rsidRPr="00514AA9" w:rsidRDefault="00712BA8" w:rsidP="000F7A3A">
            <w:pPr>
              <w:rPr>
                <w:sz w:val="20"/>
                <w:szCs w:val="36"/>
              </w:rPr>
            </w:pPr>
            <w:r w:rsidRPr="00514AA9">
              <w:rPr>
                <w:sz w:val="20"/>
                <w:szCs w:val="36"/>
              </w:rPr>
              <w:t>[Lokasi/mitra perluasan]</w:t>
            </w:r>
          </w:p>
        </w:tc>
        <w:tc>
          <w:tcPr>
            <w:tcW w:w="2016" w:type="dxa"/>
            <w:tcMar>
              <w:top w:w="90" w:type="dxa"/>
              <w:left w:w="100" w:type="dxa"/>
              <w:bottom w:w="90" w:type="dxa"/>
              <w:right w:w="100" w:type="dxa"/>
            </w:tcMar>
            <w:vAlign w:val="center"/>
          </w:tcPr>
          <w:p w14:paraId="046DC0E6" w14:textId="77777777" w:rsidR="00712BA8" w:rsidRPr="00514AA9" w:rsidRDefault="00712BA8" w:rsidP="000F7A3A">
            <w:pPr>
              <w:rPr>
                <w:sz w:val="20"/>
                <w:szCs w:val="36"/>
              </w:rPr>
            </w:pPr>
            <w:r w:rsidRPr="00514AA9">
              <w:rPr>
                <w:sz w:val="20"/>
                <w:szCs w:val="36"/>
              </w:rPr>
              <w:t>Replikasi praktik baik, kolaborasi pemda/CSR/DUDI, perluasan penerima manfaat</w:t>
            </w:r>
          </w:p>
        </w:tc>
        <w:tc>
          <w:tcPr>
            <w:tcW w:w="1800" w:type="dxa"/>
            <w:tcMar>
              <w:top w:w="90" w:type="dxa"/>
              <w:left w:w="100" w:type="dxa"/>
              <w:bottom w:w="90" w:type="dxa"/>
              <w:right w:w="100" w:type="dxa"/>
            </w:tcMar>
            <w:vAlign w:val="center"/>
          </w:tcPr>
          <w:p w14:paraId="018DDA07" w14:textId="77777777" w:rsidR="00712BA8" w:rsidRPr="00514AA9" w:rsidRDefault="00712BA8" w:rsidP="000F7A3A">
            <w:pPr>
              <w:rPr>
                <w:sz w:val="20"/>
                <w:szCs w:val="36"/>
              </w:rPr>
            </w:pPr>
            <w:r w:rsidRPr="00514AA9">
              <w:rPr>
                <w:sz w:val="20"/>
                <w:szCs w:val="36"/>
              </w:rPr>
              <w:t>MoA/IA, model replikasi, laporan dampak</w:t>
            </w:r>
          </w:p>
        </w:tc>
        <w:tc>
          <w:tcPr>
            <w:tcW w:w="1800" w:type="dxa"/>
            <w:tcMar>
              <w:top w:w="90" w:type="dxa"/>
              <w:left w:w="100" w:type="dxa"/>
              <w:bottom w:w="90" w:type="dxa"/>
              <w:right w:w="100" w:type="dxa"/>
            </w:tcMar>
            <w:vAlign w:val="center"/>
          </w:tcPr>
          <w:p w14:paraId="39F1E0F0" w14:textId="77777777" w:rsidR="00712BA8" w:rsidRPr="00514AA9" w:rsidRDefault="00712BA8" w:rsidP="000F7A3A">
            <w:pPr>
              <w:rPr>
                <w:sz w:val="20"/>
                <w:szCs w:val="36"/>
              </w:rPr>
            </w:pPr>
            <w:r w:rsidRPr="00514AA9">
              <w:rPr>
                <w:sz w:val="20"/>
                <w:szCs w:val="36"/>
              </w:rPr>
              <w:t>Program diterapkan pada mitra/lokasi lain</w:t>
            </w:r>
          </w:p>
        </w:tc>
        <w:tc>
          <w:tcPr>
            <w:tcW w:w="1425" w:type="dxa"/>
            <w:tcMar>
              <w:top w:w="90" w:type="dxa"/>
              <w:left w:w="100" w:type="dxa"/>
              <w:bottom w:w="90" w:type="dxa"/>
              <w:right w:w="100" w:type="dxa"/>
            </w:tcMar>
            <w:vAlign w:val="center"/>
          </w:tcPr>
          <w:p w14:paraId="0F4F18FB" w14:textId="77777777" w:rsidR="00712BA8" w:rsidRPr="00514AA9" w:rsidRDefault="00712BA8" w:rsidP="000F7A3A">
            <w:pPr>
              <w:rPr>
                <w:sz w:val="20"/>
                <w:szCs w:val="36"/>
              </w:rPr>
            </w:pPr>
            <w:r w:rsidRPr="00514AA9">
              <w:rPr>
                <w:sz w:val="20"/>
                <w:szCs w:val="36"/>
              </w:rPr>
              <w:t>F...; SDG ...</w:t>
            </w:r>
          </w:p>
        </w:tc>
      </w:tr>
      <w:tr w:rsidR="00712BA8" w:rsidRPr="00514AA9" w14:paraId="1B7627C5" w14:textId="77777777" w:rsidTr="000F7A3A">
        <w:trPr>
          <w:jc w:val="center"/>
        </w:trPr>
        <w:tc>
          <w:tcPr>
            <w:tcW w:w="843" w:type="dxa"/>
            <w:shd w:val="clear" w:color="auto" w:fill="F7FAFC"/>
            <w:tcMar>
              <w:top w:w="90" w:type="dxa"/>
              <w:left w:w="100" w:type="dxa"/>
              <w:bottom w:w="90" w:type="dxa"/>
              <w:right w:w="100" w:type="dxa"/>
            </w:tcMar>
            <w:vAlign w:val="center"/>
          </w:tcPr>
          <w:p w14:paraId="44DA3BAE" w14:textId="77777777" w:rsidR="00712BA8" w:rsidRPr="00514AA9" w:rsidRDefault="00712BA8" w:rsidP="000F7A3A">
            <w:pPr>
              <w:jc w:val="center"/>
              <w:rPr>
                <w:sz w:val="20"/>
                <w:szCs w:val="36"/>
              </w:rPr>
            </w:pPr>
            <w:r w:rsidRPr="00514AA9">
              <w:rPr>
                <w:sz w:val="20"/>
                <w:szCs w:val="36"/>
              </w:rPr>
              <w:lastRenderedPageBreak/>
              <w:t>2030</w:t>
            </w:r>
          </w:p>
        </w:tc>
        <w:tc>
          <w:tcPr>
            <w:tcW w:w="1512" w:type="dxa"/>
            <w:shd w:val="clear" w:color="auto" w:fill="F7FAFC"/>
            <w:tcMar>
              <w:top w:w="90" w:type="dxa"/>
              <w:left w:w="100" w:type="dxa"/>
              <w:bottom w:w="90" w:type="dxa"/>
              <w:right w:w="100" w:type="dxa"/>
            </w:tcMar>
            <w:vAlign w:val="center"/>
          </w:tcPr>
          <w:p w14:paraId="033060ED" w14:textId="77777777" w:rsidR="00712BA8" w:rsidRPr="00514AA9" w:rsidRDefault="00712BA8" w:rsidP="000F7A3A">
            <w:pPr>
              <w:rPr>
                <w:sz w:val="20"/>
                <w:szCs w:val="36"/>
              </w:rPr>
            </w:pPr>
            <w:r w:rsidRPr="00514AA9">
              <w:rPr>
                <w:sz w:val="20"/>
                <w:szCs w:val="36"/>
              </w:rPr>
              <w:t>Pelembagaan program unggulan prodi</w:t>
            </w:r>
          </w:p>
        </w:tc>
        <w:tc>
          <w:tcPr>
            <w:tcW w:w="1440" w:type="dxa"/>
            <w:shd w:val="clear" w:color="auto" w:fill="F7FAFC"/>
            <w:tcMar>
              <w:top w:w="90" w:type="dxa"/>
              <w:left w:w="100" w:type="dxa"/>
              <w:bottom w:w="90" w:type="dxa"/>
              <w:right w:w="100" w:type="dxa"/>
            </w:tcMar>
            <w:vAlign w:val="center"/>
          </w:tcPr>
          <w:p w14:paraId="720307FC" w14:textId="77777777" w:rsidR="00712BA8" w:rsidRPr="00514AA9" w:rsidRDefault="00712BA8" w:rsidP="000F7A3A">
            <w:pPr>
              <w:rPr>
                <w:sz w:val="20"/>
                <w:szCs w:val="36"/>
              </w:rPr>
            </w:pPr>
            <w:r w:rsidRPr="00514AA9">
              <w:rPr>
                <w:sz w:val="20"/>
                <w:szCs w:val="36"/>
              </w:rPr>
              <w:t>[Mitra/lokus tetap atau jejaring mitra]</w:t>
            </w:r>
          </w:p>
        </w:tc>
        <w:tc>
          <w:tcPr>
            <w:tcW w:w="2016" w:type="dxa"/>
            <w:shd w:val="clear" w:color="auto" w:fill="F7FAFC"/>
            <w:tcMar>
              <w:top w:w="90" w:type="dxa"/>
              <w:left w:w="100" w:type="dxa"/>
              <w:bottom w:w="90" w:type="dxa"/>
              <w:right w:w="100" w:type="dxa"/>
            </w:tcMar>
            <w:vAlign w:val="center"/>
          </w:tcPr>
          <w:p w14:paraId="79564EF9" w14:textId="77777777" w:rsidR="00712BA8" w:rsidRPr="00514AA9" w:rsidRDefault="00712BA8" w:rsidP="000F7A3A">
            <w:pPr>
              <w:rPr>
                <w:sz w:val="20"/>
                <w:szCs w:val="36"/>
              </w:rPr>
            </w:pPr>
            <w:r w:rsidRPr="00514AA9">
              <w:rPr>
                <w:sz w:val="20"/>
                <w:szCs w:val="36"/>
              </w:rPr>
              <w:t>Pelembagaan model PkM unggulan, integrasi kurikulum-riset-PkM, rujukan praktik baik</w:t>
            </w:r>
          </w:p>
        </w:tc>
        <w:tc>
          <w:tcPr>
            <w:tcW w:w="1800" w:type="dxa"/>
            <w:shd w:val="clear" w:color="auto" w:fill="F7FAFC"/>
            <w:tcMar>
              <w:top w:w="90" w:type="dxa"/>
              <w:left w:w="100" w:type="dxa"/>
              <w:bottom w:w="90" w:type="dxa"/>
              <w:right w:w="100" w:type="dxa"/>
            </w:tcMar>
            <w:vAlign w:val="center"/>
          </w:tcPr>
          <w:p w14:paraId="7F20A41C" w14:textId="77777777" w:rsidR="00712BA8" w:rsidRPr="00514AA9" w:rsidRDefault="00712BA8" w:rsidP="000F7A3A">
            <w:pPr>
              <w:rPr>
                <w:sz w:val="20"/>
                <w:szCs w:val="36"/>
              </w:rPr>
            </w:pPr>
            <w:r w:rsidRPr="00514AA9">
              <w:rPr>
                <w:sz w:val="20"/>
                <w:szCs w:val="36"/>
              </w:rPr>
              <w:t>Model PkM unggulan prodi/fakultas, laporan dampak</w:t>
            </w:r>
          </w:p>
        </w:tc>
        <w:tc>
          <w:tcPr>
            <w:tcW w:w="1800" w:type="dxa"/>
            <w:shd w:val="clear" w:color="auto" w:fill="F7FAFC"/>
            <w:tcMar>
              <w:top w:w="90" w:type="dxa"/>
              <w:left w:w="100" w:type="dxa"/>
              <w:bottom w:w="90" w:type="dxa"/>
              <w:right w:w="100" w:type="dxa"/>
            </w:tcMar>
            <w:vAlign w:val="center"/>
          </w:tcPr>
          <w:p w14:paraId="2244B78A" w14:textId="77777777" w:rsidR="00712BA8" w:rsidRPr="00514AA9" w:rsidRDefault="00712BA8" w:rsidP="000F7A3A">
            <w:pPr>
              <w:rPr>
                <w:sz w:val="20"/>
                <w:szCs w:val="36"/>
              </w:rPr>
            </w:pPr>
            <w:r w:rsidRPr="00514AA9">
              <w:rPr>
                <w:sz w:val="20"/>
                <w:szCs w:val="36"/>
              </w:rPr>
              <w:t>Program menjadi binaan berkelanjutan dan rujukan prodi</w:t>
            </w:r>
          </w:p>
        </w:tc>
        <w:tc>
          <w:tcPr>
            <w:tcW w:w="1425" w:type="dxa"/>
            <w:shd w:val="clear" w:color="auto" w:fill="F7FAFC"/>
            <w:tcMar>
              <w:top w:w="90" w:type="dxa"/>
              <w:left w:w="100" w:type="dxa"/>
              <w:bottom w:w="90" w:type="dxa"/>
              <w:right w:w="100" w:type="dxa"/>
            </w:tcMar>
            <w:vAlign w:val="center"/>
          </w:tcPr>
          <w:p w14:paraId="4141FC3B" w14:textId="77777777" w:rsidR="00712BA8" w:rsidRPr="00514AA9" w:rsidRDefault="00712BA8" w:rsidP="000F7A3A">
            <w:pPr>
              <w:rPr>
                <w:sz w:val="20"/>
                <w:szCs w:val="36"/>
              </w:rPr>
            </w:pPr>
            <w:r w:rsidRPr="00514AA9">
              <w:rPr>
                <w:sz w:val="20"/>
                <w:szCs w:val="36"/>
              </w:rPr>
              <w:t>F...; SDG ...</w:t>
            </w:r>
          </w:p>
        </w:tc>
      </w:tr>
    </w:tbl>
    <w:p w14:paraId="1EE07D38" w14:textId="77777777" w:rsidR="00712BA8" w:rsidRDefault="00712BA8" w:rsidP="00712BA8"/>
    <w:p w14:paraId="3A3693C1" w14:textId="74CC5CD6" w:rsidR="002C5E36" w:rsidRDefault="00712BA8">
      <w:pPr>
        <w:spacing w:before="160" w:after="120"/>
      </w:pPr>
      <w:r>
        <w:rPr>
          <w:b/>
          <w:color w:val="155D8B"/>
          <w:sz w:val="32"/>
        </w:rPr>
        <w:t>G. JADWAL PELAKSANAAN</w:t>
      </w:r>
    </w:p>
    <w:p w14:paraId="5ACF2C80" w14:textId="77777777" w:rsidR="002C5E36" w:rsidRDefault="00A6483F">
      <w:pPr>
        <w:spacing w:line="252" w:lineRule="auto"/>
      </w:pPr>
      <w:r>
        <w:t xml:space="preserve">Jadwal disusun </w:t>
      </w:r>
      <w:r>
        <w:t>sesuai periode pelaksanaan PkM Prodi UBT. Jika menggunakan periode berbeda, sesuaikan kolom bulan tanpa mengubah tahapan pokok.</w:t>
      </w:r>
    </w:p>
    <w:tbl>
      <w:tblPr>
        <w:tblStyle w:val="TableGrid"/>
        <w:tblW w:w="9912"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544"/>
        <w:gridCol w:w="2768"/>
        <w:gridCol w:w="804"/>
        <w:gridCol w:w="709"/>
        <w:gridCol w:w="721"/>
        <w:gridCol w:w="696"/>
        <w:gridCol w:w="1701"/>
        <w:gridCol w:w="1969"/>
      </w:tblGrid>
      <w:tr w:rsidR="002C5E36" w14:paraId="2A4D5CF7" w14:textId="77777777" w:rsidTr="00D66FE1">
        <w:trPr>
          <w:tblHeader/>
          <w:jc w:val="center"/>
        </w:trPr>
        <w:tc>
          <w:tcPr>
            <w:tcW w:w="544" w:type="dxa"/>
            <w:shd w:val="clear" w:color="auto" w:fill="1E9B8A"/>
            <w:tcMar>
              <w:top w:w="100" w:type="dxa"/>
              <w:left w:w="100" w:type="dxa"/>
              <w:bottom w:w="100" w:type="dxa"/>
              <w:right w:w="100" w:type="dxa"/>
            </w:tcMar>
            <w:vAlign w:val="center"/>
          </w:tcPr>
          <w:p w14:paraId="58EB1F16" w14:textId="77777777" w:rsidR="002C5E36" w:rsidRDefault="00A6483F">
            <w:pPr>
              <w:jc w:val="center"/>
            </w:pPr>
            <w:r>
              <w:rPr>
                <w:b/>
                <w:color w:val="FFFFFF"/>
                <w:sz w:val="16"/>
              </w:rPr>
              <w:t>No</w:t>
            </w:r>
          </w:p>
        </w:tc>
        <w:tc>
          <w:tcPr>
            <w:tcW w:w="2768" w:type="dxa"/>
            <w:shd w:val="clear" w:color="auto" w:fill="1E9B8A"/>
            <w:tcMar>
              <w:top w:w="100" w:type="dxa"/>
              <w:left w:w="100" w:type="dxa"/>
              <w:bottom w:w="100" w:type="dxa"/>
              <w:right w:w="100" w:type="dxa"/>
            </w:tcMar>
            <w:vAlign w:val="center"/>
          </w:tcPr>
          <w:p w14:paraId="4F14811B" w14:textId="77777777" w:rsidR="002C5E36" w:rsidRDefault="00A6483F">
            <w:pPr>
              <w:jc w:val="center"/>
            </w:pPr>
            <w:r>
              <w:rPr>
                <w:b/>
                <w:color w:val="FFFFFF"/>
                <w:sz w:val="16"/>
              </w:rPr>
              <w:t>Nama Kegiatan</w:t>
            </w:r>
          </w:p>
        </w:tc>
        <w:tc>
          <w:tcPr>
            <w:tcW w:w="804" w:type="dxa"/>
            <w:shd w:val="clear" w:color="auto" w:fill="1E9B8A"/>
            <w:tcMar>
              <w:top w:w="100" w:type="dxa"/>
              <w:left w:w="100" w:type="dxa"/>
              <w:bottom w:w="100" w:type="dxa"/>
              <w:right w:w="100" w:type="dxa"/>
            </w:tcMar>
            <w:vAlign w:val="center"/>
          </w:tcPr>
          <w:p w14:paraId="60A9DB26" w14:textId="77777777" w:rsidR="002C5E36" w:rsidRDefault="00A6483F">
            <w:pPr>
              <w:jc w:val="center"/>
            </w:pPr>
            <w:r>
              <w:rPr>
                <w:b/>
                <w:color w:val="FFFFFF"/>
                <w:sz w:val="16"/>
              </w:rPr>
              <w:t>Ags</w:t>
            </w:r>
          </w:p>
        </w:tc>
        <w:tc>
          <w:tcPr>
            <w:tcW w:w="709" w:type="dxa"/>
            <w:shd w:val="clear" w:color="auto" w:fill="1E9B8A"/>
            <w:tcMar>
              <w:top w:w="100" w:type="dxa"/>
              <w:left w:w="100" w:type="dxa"/>
              <w:bottom w:w="100" w:type="dxa"/>
              <w:right w:w="100" w:type="dxa"/>
            </w:tcMar>
            <w:vAlign w:val="center"/>
          </w:tcPr>
          <w:p w14:paraId="6F4921AF" w14:textId="77777777" w:rsidR="002C5E36" w:rsidRDefault="00A6483F">
            <w:pPr>
              <w:jc w:val="center"/>
            </w:pPr>
            <w:r>
              <w:rPr>
                <w:b/>
                <w:color w:val="FFFFFF"/>
                <w:sz w:val="16"/>
              </w:rPr>
              <w:t>Sep</w:t>
            </w:r>
          </w:p>
        </w:tc>
        <w:tc>
          <w:tcPr>
            <w:tcW w:w="721" w:type="dxa"/>
            <w:shd w:val="clear" w:color="auto" w:fill="1E9B8A"/>
            <w:tcMar>
              <w:top w:w="100" w:type="dxa"/>
              <w:left w:w="100" w:type="dxa"/>
              <w:bottom w:w="100" w:type="dxa"/>
              <w:right w:w="100" w:type="dxa"/>
            </w:tcMar>
            <w:vAlign w:val="center"/>
          </w:tcPr>
          <w:p w14:paraId="639E3174" w14:textId="77777777" w:rsidR="002C5E36" w:rsidRDefault="00A6483F">
            <w:pPr>
              <w:jc w:val="center"/>
            </w:pPr>
            <w:r>
              <w:rPr>
                <w:b/>
                <w:color w:val="FFFFFF"/>
                <w:sz w:val="16"/>
              </w:rPr>
              <w:t>Okt</w:t>
            </w:r>
          </w:p>
        </w:tc>
        <w:tc>
          <w:tcPr>
            <w:tcW w:w="696" w:type="dxa"/>
            <w:shd w:val="clear" w:color="auto" w:fill="1E9B8A"/>
            <w:tcMar>
              <w:top w:w="100" w:type="dxa"/>
              <w:left w:w="100" w:type="dxa"/>
              <w:bottom w:w="100" w:type="dxa"/>
              <w:right w:w="100" w:type="dxa"/>
            </w:tcMar>
            <w:vAlign w:val="center"/>
          </w:tcPr>
          <w:p w14:paraId="46DC2B26" w14:textId="77777777" w:rsidR="002C5E36" w:rsidRDefault="00A6483F">
            <w:pPr>
              <w:jc w:val="center"/>
            </w:pPr>
            <w:r>
              <w:rPr>
                <w:b/>
                <w:color w:val="FFFFFF"/>
                <w:sz w:val="16"/>
              </w:rPr>
              <w:t>Nov</w:t>
            </w:r>
          </w:p>
        </w:tc>
        <w:tc>
          <w:tcPr>
            <w:tcW w:w="1701" w:type="dxa"/>
            <w:shd w:val="clear" w:color="auto" w:fill="1E9B8A"/>
            <w:tcMar>
              <w:top w:w="100" w:type="dxa"/>
              <w:left w:w="100" w:type="dxa"/>
              <w:bottom w:w="100" w:type="dxa"/>
              <w:right w:w="100" w:type="dxa"/>
            </w:tcMar>
            <w:vAlign w:val="center"/>
          </w:tcPr>
          <w:p w14:paraId="07701BE3" w14:textId="77777777" w:rsidR="002C5E36" w:rsidRDefault="00A6483F">
            <w:pPr>
              <w:jc w:val="center"/>
            </w:pPr>
            <w:r>
              <w:rPr>
                <w:b/>
                <w:color w:val="FFFFFF"/>
                <w:sz w:val="16"/>
              </w:rPr>
              <w:t>Des</w:t>
            </w:r>
          </w:p>
        </w:tc>
        <w:tc>
          <w:tcPr>
            <w:tcW w:w="1969" w:type="dxa"/>
            <w:shd w:val="clear" w:color="auto" w:fill="1E9B8A"/>
            <w:tcMar>
              <w:top w:w="100" w:type="dxa"/>
              <w:left w:w="100" w:type="dxa"/>
              <w:bottom w:w="100" w:type="dxa"/>
              <w:right w:w="100" w:type="dxa"/>
            </w:tcMar>
            <w:vAlign w:val="center"/>
          </w:tcPr>
          <w:p w14:paraId="72EA8716" w14:textId="77777777" w:rsidR="002C5E36" w:rsidRDefault="00A6483F">
            <w:pPr>
              <w:jc w:val="center"/>
            </w:pPr>
            <w:r>
              <w:rPr>
                <w:b/>
                <w:color w:val="FFFFFF"/>
                <w:sz w:val="16"/>
              </w:rPr>
              <w:t>Output</w:t>
            </w:r>
          </w:p>
        </w:tc>
      </w:tr>
      <w:tr w:rsidR="002C5E36" w14:paraId="39265319" w14:textId="77777777" w:rsidTr="00D66FE1">
        <w:trPr>
          <w:jc w:val="center"/>
        </w:trPr>
        <w:tc>
          <w:tcPr>
            <w:tcW w:w="544" w:type="dxa"/>
            <w:shd w:val="clear" w:color="auto" w:fill="F7FAFC"/>
            <w:tcMar>
              <w:top w:w="90" w:type="dxa"/>
              <w:left w:w="100" w:type="dxa"/>
              <w:bottom w:w="90" w:type="dxa"/>
              <w:right w:w="100" w:type="dxa"/>
            </w:tcMar>
            <w:vAlign w:val="center"/>
          </w:tcPr>
          <w:p w14:paraId="74F440E0" w14:textId="77777777" w:rsidR="002C5E36" w:rsidRDefault="00A6483F">
            <w:pPr>
              <w:jc w:val="center"/>
            </w:pPr>
            <w:r>
              <w:rPr>
                <w:sz w:val="16"/>
              </w:rPr>
              <w:t>1</w:t>
            </w:r>
          </w:p>
        </w:tc>
        <w:tc>
          <w:tcPr>
            <w:tcW w:w="2768" w:type="dxa"/>
            <w:shd w:val="clear" w:color="auto" w:fill="F7FAFC"/>
            <w:tcMar>
              <w:top w:w="90" w:type="dxa"/>
              <w:left w:w="100" w:type="dxa"/>
              <w:bottom w:w="90" w:type="dxa"/>
              <w:right w:w="100" w:type="dxa"/>
            </w:tcMar>
            <w:vAlign w:val="center"/>
          </w:tcPr>
          <w:p w14:paraId="5969C6B6" w14:textId="77777777" w:rsidR="002C5E36" w:rsidRDefault="00A6483F">
            <w:r>
              <w:rPr>
                <w:sz w:val="16"/>
              </w:rPr>
              <w:t>Sosialisasi dan koordinasi mitra</w:t>
            </w:r>
          </w:p>
        </w:tc>
        <w:tc>
          <w:tcPr>
            <w:tcW w:w="804" w:type="dxa"/>
            <w:shd w:val="clear" w:color="auto" w:fill="F7FAFC"/>
            <w:tcMar>
              <w:top w:w="90" w:type="dxa"/>
              <w:left w:w="100" w:type="dxa"/>
              <w:bottom w:w="90" w:type="dxa"/>
              <w:right w:w="100" w:type="dxa"/>
            </w:tcMar>
            <w:vAlign w:val="center"/>
          </w:tcPr>
          <w:p w14:paraId="49F91F57" w14:textId="77777777" w:rsidR="002C5E36" w:rsidRDefault="00A6483F">
            <w:pPr>
              <w:jc w:val="center"/>
            </w:pPr>
            <w:r>
              <w:rPr>
                <w:sz w:val="16"/>
              </w:rPr>
              <w:t>X</w:t>
            </w:r>
          </w:p>
        </w:tc>
        <w:tc>
          <w:tcPr>
            <w:tcW w:w="709" w:type="dxa"/>
            <w:shd w:val="clear" w:color="auto" w:fill="F7FAFC"/>
            <w:tcMar>
              <w:top w:w="90" w:type="dxa"/>
              <w:left w:w="100" w:type="dxa"/>
              <w:bottom w:w="90" w:type="dxa"/>
              <w:right w:w="100" w:type="dxa"/>
            </w:tcMar>
            <w:vAlign w:val="center"/>
          </w:tcPr>
          <w:p w14:paraId="753423AB" w14:textId="77777777" w:rsidR="002C5E36" w:rsidRDefault="002C5E36">
            <w:pPr>
              <w:jc w:val="center"/>
            </w:pPr>
          </w:p>
        </w:tc>
        <w:tc>
          <w:tcPr>
            <w:tcW w:w="721" w:type="dxa"/>
            <w:shd w:val="clear" w:color="auto" w:fill="F7FAFC"/>
            <w:tcMar>
              <w:top w:w="90" w:type="dxa"/>
              <w:left w:w="100" w:type="dxa"/>
              <w:bottom w:w="90" w:type="dxa"/>
              <w:right w:w="100" w:type="dxa"/>
            </w:tcMar>
            <w:vAlign w:val="center"/>
          </w:tcPr>
          <w:p w14:paraId="6C4959DE" w14:textId="77777777" w:rsidR="002C5E36" w:rsidRDefault="002C5E36">
            <w:pPr>
              <w:jc w:val="center"/>
            </w:pPr>
          </w:p>
        </w:tc>
        <w:tc>
          <w:tcPr>
            <w:tcW w:w="696" w:type="dxa"/>
            <w:shd w:val="clear" w:color="auto" w:fill="F7FAFC"/>
            <w:tcMar>
              <w:top w:w="90" w:type="dxa"/>
              <w:left w:w="100" w:type="dxa"/>
              <w:bottom w:w="90" w:type="dxa"/>
              <w:right w:w="100" w:type="dxa"/>
            </w:tcMar>
            <w:vAlign w:val="center"/>
          </w:tcPr>
          <w:p w14:paraId="55099880" w14:textId="77777777" w:rsidR="002C5E36" w:rsidRDefault="002C5E36">
            <w:pPr>
              <w:jc w:val="center"/>
            </w:pPr>
          </w:p>
        </w:tc>
        <w:tc>
          <w:tcPr>
            <w:tcW w:w="1701" w:type="dxa"/>
            <w:shd w:val="clear" w:color="auto" w:fill="F7FAFC"/>
            <w:tcMar>
              <w:top w:w="90" w:type="dxa"/>
              <w:left w:w="100" w:type="dxa"/>
              <w:bottom w:w="90" w:type="dxa"/>
              <w:right w:w="100" w:type="dxa"/>
            </w:tcMar>
            <w:vAlign w:val="center"/>
          </w:tcPr>
          <w:p w14:paraId="6C2C5444" w14:textId="77777777" w:rsidR="002C5E36" w:rsidRDefault="00A6483F">
            <w:r>
              <w:rPr>
                <w:sz w:val="16"/>
              </w:rPr>
              <w:t>BA/daftar hadir</w:t>
            </w:r>
          </w:p>
        </w:tc>
        <w:tc>
          <w:tcPr>
            <w:tcW w:w="1969" w:type="dxa"/>
          </w:tcPr>
          <w:p w14:paraId="7BA9B8E0" w14:textId="77777777" w:rsidR="002C5E36" w:rsidRDefault="002C5E36"/>
        </w:tc>
      </w:tr>
      <w:tr w:rsidR="002C5E36" w14:paraId="7473EF9A" w14:textId="77777777" w:rsidTr="00D66FE1">
        <w:trPr>
          <w:jc w:val="center"/>
        </w:trPr>
        <w:tc>
          <w:tcPr>
            <w:tcW w:w="544" w:type="dxa"/>
            <w:tcMar>
              <w:top w:w="90" w:type="dxa"/>
              <w:left w:w="100" w:type="dxa"/>
              <w:bottom w:w="90" w:type="dxa"/>
              <w:right w:w="100" w:type="dxa"/>
            </w:tcMar>
            <w:vAlign w:val="center"/>
          </w:tcPr>
          <w:p w14:paraId="0E4ECB50" w14:textId="77777777" w:rsidR="002C5E36" w:rsidRDefault="00A6483F">
            <w:pPr>
              <w:jc w:val="center"/>
            </w:pPr>
            <w:r>
              <w:rPr>
                <w:sz w:val="16"/>
              </w:rPr>
              <w:t>2</w:t>
            </w:r>
          </w:p>
        </w:tc>
        <w:tc>
          <w:tcPr>
            <w:tcW w:w="2768" w:type="dxa"/>
            <w:tcMar>
              <w:top w:w="90" w:type="dxa"/>
              <w:left w:w="100" w:type="dxa"/>
              <w:bottom w:w="90" w:type="dxa"/>
              <w:right w:w="100" w:type="dxa"/>
            </w:tcMar>
            <w:vAlign w:val="center"/>
          </w:tcPr>
          <w:p w14:paraId="7FDA7EBF" w14:textId="77777777" w:rsidR="002C5E36" w:rsidRDefault="00A6483F">
            <w:r>
              <w:rPr>
                <w:sz w:val="16"/>
              </w:rPr>
              <w:t xml:space="preserve">Pemetaan </w:t>
            </w:r>
            <w:r>
              <w:rPr>
                <w:sz w:val="16"/>
              </w:rPr>
              <w:t>kebutuhan dan baseline</w:t>
            </w:r>
          </w:p>
        </w:tc>
        <w:tc>
          <w:tcPr>
            <w:tcW w:w="804" w:type="dxa"/>
            <w:tcMar>
              <w:top w:w="90" w:type="dxa"/>
              <w:left w:w="100" w:type="dxa"/>
              <w:bottom w:w="90" w:type="dxa"/>
              <w:right w:w="100" w:type="dxa"/>
            </w:tcMar>
            <w:vAlign w:val="center"/>
          </w:tcPr>
          <w:p w14:paraId="7C3D588C" w14:textId="77777777" w:rsidR="002C5E36" w:rsidRDefault="00A6483F">
            <w:pPr>
              <w:jc w:val="center"/>
            </w:pPr>
            <w:r>
              <w:rPr>
                <w:sz w:val="16"/>
              </w:rPr>
              <w:t>X</w:t>
            </w:r>
          </w:p>
        </w:tc>
        <w:tc>
          <w:tcPr>
            <w:tcW w:w="709" w:type="dxa"/>
            <w:tcMar>
              <w:top w:w="90" w:type="dxa"/>
              <w:left w:w="100" w:type="dxa"/>
              <w:bottom w:w="90" w:type="dxa"/>
              <w:right w:w="100" w:type="dxa"/>
            </w:tcMar>
            <w:vAlign w:val="center"/>
          </w:tcPr>
          <w:p w14:paraId="587AFA1B" w14:textId="77777777" w:rsidR="002C5E36" w:rsidRDefault="00A6483F">
            <w:pPr>
              <w:jc w:val="center"/>
            </w:pPr>
            <w:r>
              <w:rPr>
                <w:sz w:val="16"/>
              </w:rPr>
              <w:t>X</w:t>
            </w:r>
          </w:p>
        </w:tc>
        <w:tc>
          <w:tcPr>
            <w:tcW w:w="721" w:type="dxa"/>
            <w:tcMar>
              <w:top w:w="90" w:type="dxa"/>
              <w:left w:w="100" w:type="dxa"/>
              <w:bottom w:w="90" w:type="dxa"/>
              <w:right w:w="100" w:type="dxa"/>
            </w:tcMar>
            <w:vAlign w:val="center"/>
          </w:tcPr>
          <w:p w14:paraId="00D9B268" w14:textId="77777777" w:rsidR="002C5E36" w:rsidRDefault="002C5E36">
            <w:pPr>
              <w:jc w:val="center"/>
            </w:pPr>
          </w:p>
        </w:tc>
        <w:tc>
          <w:tcPr>
            <w:tcW w:w="696" w:type="dxa"/>
            <w:tcMar>
              <w:top w:w="90" w:type="dxa"/>
              <w:left w:w="100" w:type="dxa"/>
              <w:bottom w:w="90" w:type="dxa"/>
              <w:right w:w="100" w:type="dxa"/>
            </w:tcMar>
            <w:vAlign w:val="center"/>
          </w:tcPr>
          <w:p w14:paraId="3A9DF608" w14:textId="77777777" w:rsidR="002C5E36" w:rsidRDefault="002C5E36">
            <w:pPr>
              <w:jc w:val="center"/>
            </w:pPr>
          </w:p>
        </w:tc>
        <w:tc>
          <w:tcPr>
            <w:tcW w:w="1701" w:type="dxa"/>
            <w:tcMar>
              <w:top w:w="90" w:type="dxa"/>
              <w:left w:w="100" w:type="dxa"/>
              <w:bottom w:w="90" w:type="dxa"/>
              <w:right w:w="100" w:type="dxa"/>
            </w:tcMar>
            <w:vAlign w:val="center"/>
          </w:tcPr>
          <w:p w14:paraId="58F457DD" w14:textId="77777777" w:rsidR="002C5E36" w:rsidRDefault="00A6483F">
            <w:r>
              <w:rPr>
                <w:sz w:val="16"/>
              </w:rPr>
              <w:t>Profil mitra/baseline</w:t>
            </w:r>
          </w:p>
        </w:tc>
        <w:tc>
          <w:tcPr>
            <w:tcW w:w="1969" w:type="dxa"/>
          </w:tcPr>
          <w:p w14:paraId="30DB9F1D" w14:textId="77777777" w:rsidR="002C5E36" w:rsidRDefault="002C5E36"/>
        </w:tc>
      </w:tr>
      <w:tr w:rsidR="002C5E36" w14:paraId="6022283C" w14:textId="77777777" w:rsidTr="00D66FE1">
        <w:trPr>
          <w:jc w:val="center"/>
        </w:trPr>
        <w:tc>
          <w:tcPr>
            <w:tcW w:w="544" w:type="dxa"/>
            <w:shd w:val="clear" w:color="auto" w:fill="F7FAFC"/>
            <w:tcMar>
              <w:top w:w="90" w:type="dxa"/>
              <w:left w:w="100" w:type="dxa"/>
              <w:bottom w:w="90" w:type="dxa"/>
              <w:right w:w="100" w:type="dxa"/>
            </w:tcMar>
            <w:vAlign w:val="center"/>
          </w:tcPr>
          <w:p w14:paraId="1EBBDF82" w14:textId="77777777" w:rsidR="002C5E36" w:rsidRDefault="00A6483F">
            <w:pPr>
              <w:jc w:val="center"/>
            </w:pPr>
            <w:r>
              <w:rPr>
                <w:sz w:val="16"/>
              </w:rPr>
              <w:t>3</w:t>
            </w:r>
          </w:p>
        </w:tc>
        <w:tc>
          <w:tcPr>
            <w:tcW w:w="2768" w:type="dxa"/>
            <w:shd w:val="clear" w:color="auto" w:fill="F7FAFC"/>
            <w:tcMar>
              <w:top w:w="90" w:type="dxa"/>
              <w:left w:w="100" w:type="dxa"/>
              <w:bottom w:w="90" w:type="dxa"/>
              <w:right w:w="100" w:type="dxa"/>
            </w:tcMar>
            <w:vAlign w:val="center"/>
          </w:tcPr>
          <w:p w14:paraId="287A3BBF" w14:textId="77777777" w:rsidR="002C5E36" w:rsidRDefault="00A6483F">
            <w:r>
              <w:rPr>
                <w:sz w:val="16"/>
              </w:rPr>
              <w:t>Penyusunan dan pengajuan proposal</w:t>
            </w:r>
          </w:p>
        </w:tc>
        <w:tc>
          <w:tcPr>
            <w:tcW w:w="804" w:type="dxa"/>
            <w:shd w:val="clear" w:color="auto" w:fill="F7FAFC"/>
            <w:tcMar>
              <w:top w:w="90" w:type="dxa"/>
              <w:left w:w="100" w:type="dxa"/>
              <w:bottom w:w="90" w:type="dxa"/>
              <w:right w:w="100" w:type="dxa"/>
            </w:tcMar>
            <w:vAlign w:val="center"/>
          </w:tcPr>
          <w:p w14:paraId="7452C6BB" w14:textId="77777777" w:rsidR="002C5E36" w:rsidRDefault="00A6483F">
            <w:pPr>
              <w:jc w:val="center"/>
            </w:pPr>
            <w:r>
              <w:rPr>
                <w:sz w:val="16"/>
              </w:rPr>
              <w:t>X</w:t>
            </w:r>
          </w:p>
        </w:tc>
        <w:tc>
          <w:tcPr>
            <w:tcW w:w="709" w:type="dxa"/>
            <w:shd w:val="clear" w:color="auto" w:fill="F7FAFC"/>
            <w:tcMar>
              <w:top w:w="90" w:type="dxa"/>
              <w:left w:w="100" w:type="dxa"/>
              <w:bottom w:w="90" w:type="dxa"/>
              <w:right w:w="100" w:type="dxa"/>
            </w:tcMar>
            <w:vAlign w:val="center"/>
          </w:tcPr>
          <w:p w14:paraId="269EE48D" w14:textId="77777777" w:rsidR="002C5E36" w:rsidRDefault="00A6483F">
            <w:pPr>
              <w:jc w:val="center"/>
            </w:pPr>
            <w:r>
              <w:rPr>
                <w:sz w:val="16"/>
              </w:rPr>
              <w:t>X</w:t>
            </w:r>
          </w:p>
        </w:tc>
        <w:tc>
          <w:tcPr>
            <w:tcW w:w="721" w:type="dxa"/>
            <w:shd w:val="clear" w:color="auto" w:fill="F7FAFC"/>
            <w:tcMar>
              <w:top w:w="90" w:type="dxa"/>
              <w:left w:w="100" w:type="dxa"/>
              <w:bottom w:w="90" w:type="dxa"/>
              <w:right w:w="100" w:type="dxa"/>
            </w:tcMar>
            <w:vAlign w:val="center"/>
          </w:tcPr>
          <w:p w14:paraId="38B2CF5D" w14:textId="77777777" w:rsidR="002C5E36" w:rsidRDefault="002C5E36">
            <w:pPr>
              <w:jc w:val="center"/>
            </w:pPr>
          </w:p>
        </w:tc>
        <w:tc>
          <w:tcPr>
            <w:tcW w:w="696" w:type="dxa"/>
            <w:shd w:val="clear" w:color="auto" w:fill="F7FAFC"/>
            <w:tcMar>
              <w:top w:w="90" w:type="dxa"/>
              <w:left w:w="100" w:type="dxa"/>
              <w:bottom w:w="90" w:type="dxa"/>
              <w:right w:w="100" w:type="dxa"/>
            </w:tcMar>
            <w:vAlign w:val="center"/>
          </w:tcPr>
          <w:p w14:paraId="3EC9E9F8" w14:textId="77777777" w:rsidR="002C5E36" w:rsidRDefault="002C5E36">
            <w:pPr>
              <w:jc w:val="center"/>
            </w:pPr>
          </w:p>
        </w:tc>
        <w:tc>
          <w:tcPr>
            <w:tcW w:w="1701" w:type="dxa"/>
            <w:shd w:val="clear" w:color="auto" w:fill="F7FAFC"/>
            <w:tcMar>
              <w:top w:w="90" w:type="dxa"/>
              <w:left w:w="100" w:type="dxa"/>
              <w:bottom w:w="90" w:type="dxa"/>
              <w:right w:w="100" w:type="dxa"/>
            </w:tcMar>
            <w:vAlign w:val="center"/>
          </w:tcPr>
          <w:p w14:paraId="632197FF" w14:textId="77777777" w:rsidR="002C5E36" w:rsidRDefault="00A6483F" w:rsidP="00D66FE1">
            <w:r>
              <w:rPr>
                <w:sz w:val="16"/>
              </w:rPr>
              <w:t>Proposal</w:t>
            </w:r>
          </w:p>
        </w:tc>
        <w:tc>
          <w:tcPr>
            <w:tcW w:w="1969" w:type="dxa"/>
          </w:tcPr>
          <w:p w14:paraId="1AD107BA" w14:textId="77777777" w:rsidR="002C5E36" w:rsidRDefault="002C5E36"/>
        </w:tc>
      </w:tr>
      <w:tr w:rsidR="002C5E36" w14:paraId="7387988F" w14:textId="77777777" w:rsidTr="00D66FE1">
        <w:trPr>
          <w:jc w:val="center"/>
        </w:trPr>
        <w:tc>
          <w:tcPr>
            <w:tcW w:w="544" w:type="dxa"/>
            <w:tcMar>
              <w:top w:w="90" w:type="dxa"/>
              <w:left w:w="100" w:type="dxa"/>
              <w:bottom w:w="90" w:type="dxa"/>
              <w:right w:w="100" w:type="dxa"/>
            </w:tcMar>
            <w:vAlign w:val="center"/>
          </w:tcPr>
          <w:p w14:paraId="196E7272" w14:textId="77777777" w:rsidR="002C5E36" w:rsidRDefault="00A6483F">
            <w:pPr>
              <w:jc w:val="center"/>
            </w:pPr>
            <w:r>
              <w:rPr>
                <w:sz w:val="16"/>
              </w:rPr>
              <w:t>4</w:t>
            </w:r>
          </w:p>
        </w:tc>
        <w:tc>
          <w:tcPr>
            <w:tcW w:w="2768" w:type="dxa"/>
            <w:tcMar>
              <w:top w:w="90" w:type="dxa"/>
              <w:left w:w="100" w:type="dxa"/>
              <w:bottom w:w="90" w:type="dxa"/>
              <w:right w:w="100" w:type="dxa"/>
            </w:tcMar>
            <w:vAlign w:val="center"/>
          </w:tcPr>
          <w:p w14:paraId="3D29416D" w14:textId="77777777" w:rsidR="002C5E36" w:rsidRDefault="00A6483F">
            <w:r>
              <w:rPr>
                <w:sz w:val="16"/>
              </w:rPr>
              <w:t>Review, revisi, dan penetapan</w:t>
            </w:r>
          </w:p>
        </w:tc>
        <w:tc>
          <w:tcPr>
            <w:tcW w:w="804" w:type="dxa"/>
            <w:tcMar>
              <w:top w:w="90" w:type="dxa"/>
              <w:left w:w="100" w:type="dxa"/>
              <w:bottom w:w="90" w:type="dxa"/>
              <w:right w:w="100" w:type="dxa"/>
            </w:tcMar>
            <w:vAlign w:val="center"/>
          </w:tcPr>
          <w:p w14:paraId="72BFCD68" w14:textId="77777777" w:rsidR="002C5E36" w:rsidRDefault="002C5E36">
            <w:pPr>
              <w:jc w:val="center"/>
            </w:pPr>
          </w:p>
        </w:tc>
        <w:tc>
          <w:tcPr>
            <w:tcW w:w="709" w:type="dxa"/>
            <w:tcMar>
              <w:top w:w="90" w:type="dxa"/>
              <w:left w:w="100" w:type="dxa"/>
              <w:bottom w:w="90" w:type="dxa"/>
              <w:right w:w="100" w:type="dxa"/>
            </w:tcMar>
            <w:vAlign w:val="center"/>
          </w:tcPr>
          <w:p w14:paraId="433814AE" w14:textId="77777777" w:rsidR="002C5E36" w:rsidRDefault="00A6483F">
            <w:pPr>
              <w:jc w:val="center"/>
            </w:pPr>
            <w:r>
              <w:rPr>
                <w:sz w:val="16"/>
              </w:rPr>
              <w:t>X</w:t>
            </w:r>
          </w:p>
        </w:tc>
        <w:tc>
          <w:tcPr>
            <w:tcW w:w="721" w:type="dxa"/>
            <w:tcMar>
              <w:top w:w="90" w:type="dxa"/>
              <w:left w:w="100" w:type="dxa"/>
              <w:bottom w:w="90" w:type="dxa"/>
              <w:right w:w="100" w:type="dxa"/>
            </w:tcMar>
            <w:vAlign w:val="center"/>
          </w:tcPr>
          <w:p w14:paraId="597E2177" w14:textId="77777777" w:rsidR="002C5E36" w:rsidRDefault="002C5E36">
            <w:pPr>
              <w:jc w:val="center"/>
            </w:pPr>
          </w:p>
        </w:tc>
        <w:tc>
          <w:tcPr>
            <w:tcW w:w="696" w:type="dxa"/>
            <w:tcMar>
              <w:top w:w="90" w:type="dxa"/>
              <w:left w:w="100" w:type="dxa"/>
              <w:bottom w:w="90" w:type="dxa"/>
              <w:right w:w="100" w:type="dxa"/>
            </w:tcMar>
            <w:vAlign w:val="center"/>
          </w:tcPr>
          <w:p w14:paraId="56D6AC4B" w14:textId="77777777" w:rsidR="002C5E36" w:rsidRDefault="002C5E36">
            <w:pPr>
              <w:jc w:val="center"/>
            </w:pPr>
          </w:p>
        </w:tc>
        <w:tc>
          <w:tcPr>
            <w:tcW w:w="1701" w:type="dxa"/>
            <w:tcMar>
              <w:top w:w="90" w:type="dxa"/>
              <w:left w:w="100" w:type="dxa"/>
              <w:bottom w:w="90" w:type="dxa"/>
              <w:right w:w="100" w:type="dxa"/>
            </w:tcMar>
            <w:vAlign w:val="center"/>
          </w:tcPr>
          <w:p w14:paraId="049C9FD4" w14:textId="77777777" w:rsidR="002C5E36" w:rsidRDefault="00A6483F">
            <w:r>
              <w:rPr>
                <w:sz w:val="16"/>
              </w:rPr>
              <w:t>Proposal final/SK</w:t>
            </w:r>
          </w:p>
        </w:tc>
        <w:tc>
          <w:tcPr>
            <w:tcW w:w="1969" w:type="dxa"/>
          </w:tcPr>
          <w:p w14:paraId="07AC2EAF" w14:textId="77777777" w:rsidR="002C5E36" w:rsidRDefault="002C5E36"/>
        </w:tc>
      </w:tr>
      <w:tr w:rsidR="002C5E36" w14:paraId="38AC7B13" w14:textId="77777777" w:rsidTr="00D66FE1">
        <w:trPr>
          <w:jc w:val="center"/>
        </w:trPr>
        <w:tc>
          <w:tcPr>
            <w:tcW w:w="544" w:type="dxa"/>
            <w:shd w:val="clear" w:color="auto" w:fill="F7FAFC"/>
            <w:tcMar>
              <w:top w:w="90" w:type="dxa"/>
              <w:left w:w="100" w:type="dxa"/>
              <w:bottom w:w="90" w:type="dxa"/>
              <w:right w:w="100" w:type="dxa"/>
            </w:tcMar>
            <w:vAlign w:val="center"/>
          </w:tcPr>
          <w:p w14:paraId="33F48D80" w14:textId="77777777" w:rsidR="002C5E36" w:rsidRDefault="00A6483F">
            <w:pPr>
              <w:jc w:val="center"/>
            </w:pPr>
            <w:r>
              <w:rPr>
                <w:sz w:val="16"/>
              </w:rPr>
              <w:t>5</w:t>
            </w:r>
          </w:p>
        </w:tc>
        <w:tc>
          <w:tcPr>
            <w:tcW w:w="2768" w:type="dxa"/>
            <w:shd w:val="clear" w:color="auto" w:fill="F7FAFC"/>
            <w:tcMar>
              <w:top w:w="90" w:type="dxa"/>
              <w:left w:w="100" w:type="dxa"/>
              <w:bottom w:w="90" w:type="dxa"/>
              <w:right w:w="100" w:type="dxa"/>
            </w:tcMar>
            <w:vAlign w:val="center"/>
          </w:tcPr>
          <w:p w14:paraId="47E5428A" w14:textId="77777777" w:rsidR="002C5E36" w:rsidRDefault="00A6483F">
            <w:r>
              <w:rPr>
                <w:sz w:val="16"/>
              </w:rPr>
              <w:t>Kontrak dan persiapan teknis</w:t>
            </w:r>
          </w:p>
        </w:tc>
        <w:tc>
          <w:tcPr>
            <w:tcW w:w="804" w:type="dxa"/>
            <w:shd w:val="clear" w:color="auto" w:fill="F7FAFC"/>
            <w:tcMar>
              <w:top w:w="90" w:type="dxa"/>
              <w:left w:w="100" w:type="dxa"/>
              <w:bottom w:w="90" w:type="dxa"/>
              <w:right w:w="100" w:type="dxa"/>
            </w:tcMar>
            <w:vAlign w:val="center"/>
          </w:tcPr>
          <w:p w14:paraId="41367635" w14:textId="77777777" w:rsidR="002C5E36" w:rsidRDefault="002C5E36">
            <w:pPr>
              <w:jc w:val="center"/>
            </w:pPr>
          </w:p>
        </w:tc>
        <w:tc>
          <w:tcPr>
            <w:tcW w:w="709" w:type="dxa"/>
            <w:shd w:val="clear" w:color="auto" w:fill="F7FAFC"/>
            <w:tcMar>
              <w:top w:w="90" w:type="dxa"/>
              <w:left w:w="100" w:type="dxa"/>
              <w:bottom w:w="90" w:type="dxa"/>
              <w:right w:w="100" w:type="dxa"/>
            </w:tcMar>
            <w:vAlign w:val="center"/>
          </w:tcPr>
          <w:p w14:paraId="6161B36E" w14:textId="77777777" w:rsidR="002C5E36" w:rsidRDefault="00A6483F">
            <w:pPr>
              <w:jc w:val="center"/>
            </w:pPr>
            <w:r>
              <w:rPr>
                <w:sz w:val="16"/>
              </w:rPr>
              <w:t>X</w:t>
            </w:r>
          </w:p>
        </w:tc>
        <w:tc>
          <w:tcPr>
            <w:tcW w:w="721" w:type="dxa"/>
            <w:shd w:val="clear" w:color="auto" w:fill="F7FAFC"/>
            <w:tcMar>
              <w:top w:w="90" w:type="dxa"/>
              <w:left w:w="100" w:type="dxa"/>
              <w:bottom w:w="90" w:type="dxa"/>
              <w:right w:w="100" w:type="dxa"/>
            </w:tcMar>
            <w:vAlign w:val="center"/>
          </w:tcPr>
          <w:p w14:paraId="7C2D7D8A" w14:textId="77777777" w:rsidR="002C5E36" w:rsidRDefault="00A6483F">
            <w:pPr>
              <w:jc w:val="center"/>
            </w:pPr>
            <w:r>
              <w:rPr>
                <w:sz w:val="16"/>
              </w:rPr>
              <w:t>X</w:t>
            </w:r>
          </w:p>
        </w:tc>
        <w:tc>
          <w:tcPr>
            <w:tcW w:w="696" w:type="dxa"/>
            <w:shd w:val="clear" w:color="auto" w:fill="F7FAFC"/>
            <w:tcMar>
              <w:top w:w="90" w:type="dxa"/>
              <w:left w:w="100" w:type="dxa"/>
              <w:bottom w:w="90" w:type="dxa"/>
              <w:right w:w="100" w:type="dxa"/>
            </w:tcMar>
            <w:vAlign w:val="center"/>
          </w:tcPr>
          <w:p w14:paraId="78361DA0" w14:textId="77777777" w:rsidR="002C5E36" w:rsidRDefault="002C5E36">
            <w:pPr>
              <w:jc w:val="center"/>
            </w:pPr>
          </w:p>
        </w:tc>
        <w:tc>
          <w:tcPr>
            <w:tcW w:w="1701" w:type="dxa"/>
            <w:shd w:val="clear" w:color="auto" w:fill="F7FAFC"/>
            <w:tcMar>
              <w:top w:w="90" w:type="dxa"/>
              <w:left w:w="100" w:type="dxa"/>
              <w:bottom w:w="90" w:type="dxa"/>
              <w:right w:w="100" w:type="dxa"/>
            </w:tcMar>
            <w:vAlign w:val="center"/>
          </w:tcPr>
          <w:p w14:paraId="4F1B8520" w14:textId="77777777" w:rsidR="002C5E36" w:rsidRDefault="00A6483F">
            <w:r>
              <w:rPr>
                <w:sz w:val="16"/>
              </w:rPr>
              <w:t>Kontrak/modul</w:t>
            </w:r>
          </w:p>
        </w:tc>
        <w:tc>
          <w:tcPr>
            <w:tcW w:w="1969" w:type="dxa"/>
          </w:tcPr>
          <w:p w14:paraId="6DCEFC28" w14:textId="77777777" w:rsidR="002C5E36" w:rsidRDefault="002C5E36"/>
        </w:tc>
      </w:tr>
      <w:tr w:rsidR="002C5E36" w14:paraId="16198EB6" w14:textId="77777777" w:rsidTr="00D66FE1">
        <w:trPr>
          <w:jc w:val="center"/>
        </w:trPr>
        <w:tc>
          <w:tcPr>
            <w:tcW w:w="544" w:type="dxa"/>
            <w:tcMar>
              <w:top w:w="90" w:type="dxa"/>
              <w:left w:w="100" w:type="dxa"/>
              <w:bottom w:w="90" w:type="dxa"/>
              <w:right w:w="100" w:type="dxa"/>
            </w:tcMar>
            <w:vAlign w:val="center"/>
          </w:tcPr>
          <w:p w14:paraId="4BFA5B26" w14:textId="77777777" w:rsidR="002C5E36" w:rsidRDefault="00A6483F">
            <w:pPr>
              <w:jc w:val="center"/>
            </w:pPr>
            <w:r>
              <w:rPr>
                <w:sz w:val="16"/>
              </w:rPr>
              <w:t>6</w:t>
            </w:r>
          </w:p>
        </w:tc>
        <w:tc>
          <w:tcPr>
            <w:tcW w:w="2768" w:type="dxa"/>
            <w:tcMar>
              <w:top w:w="90" w:type="dxa"/>
              <w:left w:w="100" w:type="dxa"/>
              <w:bottom w:w="90" w:type="dxa"/>
              <w:right w:w="100" w:type="dxa"/>
            </w:tcMar>
            <w:vAlign w:val="center"/>
          </w:tcPr>
          <w:p w14:paraId="5E879313" w14:textId="77777777" w:rsidR="002C5E36" w:rsidRDefault="00A6483F">
            <w:r>
              <w:rPr>
                <w:sz w:val="16"/>
              </w:rPr>
              <w:t xml:space="preserve">Pelaksanaan </w:t>
            </w:r>
            <w:r>
              <w:rPr>
                <w:sz w:val="16"/>
              </w:rPr>
              <w:t>pelatihan/pendampingan</w:t>
            </w:r>
          </w:p>
        </w:tc>
        <w:tc>
          <w:tcPr>
            <w:tcW w:w="804" w:type="dxa"/>
            <w:tcMar>
              <w:top w:w="90" w:type="dxa"/>
              <w:left w:w="100" w:type="dxa"/>
              <w:bottom w:w="90" w:type="dxa"/>
              <w:right w:w="100" w:type="dxa"/>
            </w:tcMar>
            <w:vAlign w:val="center"/>
          </w:tcPr>
          <w:p w14:paraId="12222AAE" w14:textId="77777777" w:rsidR="002C5E36" w:rsidRDefault="002C5E36">
            <w:pPr>
              <w:jc w:val="center"/>
            </w:pPr>
          </w:p>
        </w:tc>
        <w:tc>
          <w:tcPr>
            <w:tcW w:w="709" w:type="dxa"/>
            <w:tcMar>
              <w:top w:w="90" w:type="dxa"/>
              <w:left w:w="100" w:type="dxa"/>
              <w:bottom w:w="90" w:type="dxa"/>
              <w:right w:w="100" w:type="dxa"/>
            </w:tcMar>
            <w:vAlign w:val="center"/>
          </w:tcPr>
          <w:p w14:paraId="43CC0278" w14:textId="77777777" w:rsidR="002C5E36" w:rsidRDefault="002C5E36">
            <w:pPr>
              <w:jc w:val="center"/>
            </w:pPr>
          </w:p>
        </w:tc>
        <w:tc>
          <w:tcPr>
            <w:tcW w:w="721" w:type="dxa"/>
            <w:tcMar>
              <w:top w:w="90" w:type="dxa"/>
              <w:left w:w="100" w:type="dxa"/>
              <w:bottom w:w="90" w:type="dxa"/>
              <w:right w:w="100" w:type="dxa"/>
            </w:tcMar>
            <w:vAlign w:val="center"/>
          </w:tcPr>
          <w:p w14:paraId="04878459" w14:textId="77777777" w:rsidR="002C5E36" w:rsidRDefault="00A6483F">
            <w:pPr>
              <w:jc w:val="center"/>
            </w:pPr>
            <w:r>
              <w:rPr>
                <w:sz w:val="16"/>
              </w:rPr>
              <w:t>X</w:t>
            </w:r>
          </w:p>
        </w:tc>
        <w:tc>
          <w:tcPr>
            <w:tcW w:w="696" w:type="dxa"/>
            <w:tcMar>
              <w:top w:w="90" w:type="dxa"/>
              <w:left w:w="100" w:type="dxa"/>
              <w:bottom w:w="90" w:type="dxa"/>
              <w:right w:w="100" w:type="dxa"/>
            </w:tcMar>
            <w:vAlign w:val="center"/>
          </w:tcPr>
          <w:p w14:paraId="5DECFA23" w14:textId="77777777" w:rsidR="002C5E36" w:rsidRDefault="00A6483F">
            <w:pPr>
              <w:jc w:val="center"/>
            </w:pPr>
            <w:r>
              <w:rPr>
                <w:sz w:val="16"/>
              </w:rPr>
              <w:t>X</w:t>
            </w:r>
          </w:p>
        </w:tc>
        <w:tc>
          <w:tcPr>
            <w:tcW w:w="1701" w:type="dxa"/>
            <w:tcMar>
              <w:top w:w="90" w:type="dxa"/>
              <w:left w:w="100" w:type="dxa"/>
              <w:bottom w:w="90" w:type="dxa"/>
              <w:right w:w="100" w:type="dxa"/>
            </w:tcMar>
            <w:vAlign w:val="center"/>
          </w:tcPr>
          <w:p w14:paraId="6744E635" w14:textId="77777777" w:rsidR="002C5E36" w:rsidRDefault="00A6483F">
            <w:r>
              <w:rPr>
                <w:sz w:val="16"/>
              </w:rPr>
              <w:t>Dokumentasi/pre-post</w:t>
            </w:r>
          </w:p>
        </w:tc>
        <w:tc>
          <w:tcPr>
            <w:tcW w:w="1969" w:type="dxa"/>
          </w:tcPr>
          <w:p w14:paraId="594062C2" w14:textId="77777777" w:rsidR="002C5E36" w:rsidRDefault="002C5E36"/>
        </w:tc>
      </w:tr>
      <w:tr w:rsidR="002C5E36" w14:paraId="56CE37A0" w14:textId="77777777" w:rsidTr="00D66FE1">
        <w:trPr>
          <w:jc w:val="center"/>
        </w:trPr>
        <w:tc>
          <w:tcPr>
            <w:tcW w:w="544" w:type="dxa"/>
            <w:shd w:val="clear" w:color="auto" w:fill="F7FAFC"/>
            <w:tcMar>
              <w:top w:w="90" w:type="dxa"/>
              <w:left w:w="100" w:type="dxa"/>
              <w:bottom w:w="90" w:type="dxa"/>
              <w:right w:w="100" w:type="dxa"/>
            </w:tcMar>
            <w:vAlign w:val="center"/>
          </w:tcPr>
          <w:p w14:paraId="6D84949C" w14:textId="77777777" w:rsidR="002C5E36" w:rsidRDefault="00A6483F">
            <w:pPr>
              <w:jc w:val="center"/>
            </w:pPr>
            <w:r>
              <w:rPr>
                <w:sz w:val="16"/>
              </w:rPr>
              <w:t>7</w:t>
            </w:r>
          </w:p>
        </w:tc>
        <w:tc>
          <w:tcPr>
            <w:tcW w:w="2768" w:type="dxa"/>
            <w:shd w:val="clear" w:color="auto" w:fill="F7FAFC"/>
            <w:tcMar>
              <w:top w:w="90" w:type="dxa"/>
              <w:left w:w="100" w:type="dxa"/>
              <w:bottom w:w="90" w:type="dxa"/>
              <w:right w:w="100" w:type="dxa"/>
            </w:tcMar>
            <w:vAlign w:val="center"/>
          </w:tcPr>
          <w:p w14:paraId="1246233B" w14:textId="77777777" w:rsidR="002C5E36" w:rsidRDefault="00A6483F">
            <w:r>
              <w:rPr>
                <w:sz w:val="16"/>
              </w:rPr>
              <w:t>Monev dan penguatan luaran</w:t>
            </w:r>
          </w:p>
        </w:tc>
        <w:tc>
          <w:tcPr>
            <w:tcW w:w="804" w:type="dxa"/>
            <w:shd w:val="clear" w:color="auto" w:fill="F7FAFC"/>
            <w:tcMar>
              <w:top w:w="90" w:type="dxa"/>
              <w:left w:w="100" w:type="dxa"/>
              <w:bottom w:w="90" w:type="dxa"/>
              <w:right w:w="100" w:type="dxa"/>
            </w:tcMar>
            <w:vAlign w:val="center"/>
          </w:tcPr>
          <w:p w14:paraId="27C239F8" w14:textId="77777777" w:rsidR="002C5E36" w:rsidRDefault="002C5E36">
            <w:pPr>
              <w:jc w:val="center"/>
            </w:pPr>
          </w:p>
        </w:tc>
        <w:tc>
          <w:tcPr>
            <w:tcW w:w="709" w:type="dxa"/>
            <w:shd w:val="clear" w:color="auto" w:fill="F7FAFC"/>
            <w:tcMar>
              <w:top w:w="90" w:type="dxa"/>
              <w:left w:w="100" w:type="dxa"/>
              <w:bottom w:w="90" w:type="dxa"/>
              <w:right w:w="100" w:type="dxa"/>
            </w:tcMar>
            <w:vAlign w:val="center"/>
          </w:tcPr>
          <w:p w14:paraId="6136A706" w14:textId="77777777" w:rsidR="002C5E36" w:rsidRDefault="002C5E36">
            <w:pPr>
              <w:jc w:val="center"/>
            </w:pPr>
          </w:p>
        </w:tc>
        <w:tc>
          <w:tcPr>
            <w:tcW w:w="721" w:type="dxa"/>
            <w:shd w:val="clear" w:color="auto" w:fill="F7FAFC"/>
            <w:tcMar>
              <w:top w:w="90" w:type="dxa"/>
              <w:left w:w="100" w:type="dxa"/>
              <w:bottom w:w="90" w:type="dxa"/>
              <w:right w:w="100" w:type="dxa"/>
            </w:tcMar>
            <w:vAlign w:val="center"/>
          </w:tcPr>
          <w:p w14:paraId="08B27969" w14:textId="77777777" w:rsidR="002C5E36" w:rsidRDefault="00A6483F">
            <w:pPr>
              <w:jc w:val="center"/>
            </w:pPr>
            <w:r>
              <w:rPr>
                <w:sz w:val="16"/>
              </w:rPr>
              <w:t>X</w:t>
            </w:r>
          </w:p>
        </w:tc>
        <w:tc>
          <w:tcPr>
            <w:tcW w:w="696" w:type="dxa"/>
            <w:shd w:val="clear" w:color="auto" w:fill="F7FAFC"/>
            <w:tcMar>
              <w:top w:w="90" w:type="dxa"/>
              <w:left w:w="100" w:type="dxa"/>
              <w:bottom w:w="90" w:type="dxa"/>
              <w:right w:w="100" w:type="dxa"/>
            </w:tcMar>
            <w:vAlign w:val="center"/>
          </w:tcPr>
          <w:p w14:paraId="41E857A8" w14:textId="77777777" w:rsidR="002C5E36" w:rsidRDefault="00A6483F">
            <w:pPr>
              <w:jc w:val="center"/>
            </w:pPr>
            <w:r>
              <w:rPr>
                <w:sz w:val="16"/>
              </w:rPr>
              <w:t>X</w:t>
            </w:r>
          </w:p>
        </w:tc>
        <w:tc>
          <w:tcPr>
            <w:tcW w:w="1701" w:type="dxa"/>
            <w:shd w:val="clear" w:color="auto" w:fill="F7FAFC"/>
            <w:tcMar>
              <w:top w:w="90" w:type="dxa"/>
              <w:left w:w="100" w:type="dxa"/>
              <w:bottom w:w="90" w:type="dxa"/>
              <w:right w:w="100" w:type="dxa"/>
            </w:tcMar>
            <w:vAlign w:val="center"/>
          </w:tcPr>
          <w:p w14:paraId="0977AFD0" w14:textId="77777777" w:rsidR="002C5E36" w:rsidRDefault="00A6483F">
            <w:r>
              <w:rPr>
                <w:sz w:val="16"/>
              </w:rPr>
              <w:t>Form monev/luaran</w:t>
            </w:r>
          </w:p>
        </w:tc>
        <w:tc>
          <w:tcPr>
            <w:tcW w:w="1969" w:type="dxa"/>
          </w:tcPr>
          <w:p w14:paraId="4FA061A1" w14:textId="77777777" w:rsidR="002C5E36" w:rsidRDefault="002C5E36"/>
        </w:tc>
      </w:tr>
      <w:tr w:rsidR="002C5E36" w14:paraId="24B46A98" w14:textId="77777777" w:rsidTr="00D66FE1">
        <w:trPr>
          <w:jc w:val="center"/>
        </w:trPr>
        <w:tc>
          <w:tcPr>
            <w:tcW w:w="544" w:type="dxa"/>
            <w:tcMar>
              <w:top w:w="90" w:type="dxa"/>
              <w:left w:w="100" w:type="dxa"/>
              <w:bottom w:w="90" w:type="dxa"/>
              <w:right w:w="100" w:type="dxa"/>
            </w:tcMar>
            <w:vAlign w:val="center"/>
          </w:tcPr>
          <w:p w14:paraId="4038E2AC" w14:textId="77777777" w:rsidR="002C5E36" w:rsidRDefault="00A6483F">
            <w:pPr>
              <w:jc w:val="center"/>
            </w:pPr>
            <w:r>
              <w:rPr>
                <w:sz w:val="16"/>
              </w:rPr>
              <w:t>8</w:t>
            </w:r>
          </w:p>
        </w:tc>
        <w:tc>
          <w:tcPr>
            <w:tcW w:w="2768" w:type="dxa"/>
            <w:tcMar>
              <w:top w:w="90" w:type="dxa"/>
              <w:left w:w="100" w:type="dxa"/>
              <w:bottom w:w="90" w:type="dxa"/>
              <w:right w:w="100" w:type="dxa"/>
            </w:tcMar>
            <w:vAlign w:val="center"/>
          </w:tcPr>
          <w:p w14:paraId="615CA963" w14:textId="77777777" w:rsidR="002C5E36" w:rsidRDefault="00A6483F">
            <w:r>
              <w:rPr>
                <w:sz w:val="16"/>
              </w:rPr>
              <w:t>Laporan akhir dan diseminasi</w:t>
            </w:r>
          </w:p>
        </w:tc>
        <w:tc>
          <w:tcPr>
            <w:tcW w:w="804" w:type="dxa"/>
            <w:tcMar>
              <w:top w:w="90" w:type="dxa"/>
              <w:left w:w="100" w:type="dxa"/>
              <w:bottom w:w="90" w:type="dxa"/>
              <w:right w:w="100" w:type="dxa"/>
            </w:tcMar>
            <w:vAlign w:val="center"/>
          </w:tcPr>
          <w:p w14:paraId="3ADB310D" w14:textId="77777777" w:rsidR="002C5E36" w:rsidRDefault="002C5E36">
            <w:pPr>
              <w:jc w:val="center"/>
            </w:pPr>
          </w:p>
        </w:tc>
        <w:tc>
          <w:tcPr>
            <w:tcW w:w="709" w:type="dxa"/>
            <w:tcMar>
              <w:top w:w="90" w:type="dxa"/>
              <w:left w:w="100" w:type="dxa"/>
              <w:bottom w:w="90" w:type="dxa"/>
              <w:right w:w="100" w:type="dxa"/>
            </w:tcMar>
            <w:vAlign w:val="center"/>
          </w:tcPr>
          <w:p w14:paraId="05F5A3C1" w14:textId="77777777" w:rsidR="002C5E36" w:rsidRDefault="002C5E36">
            <w:pPr>
              <w:jc w:val="center"/>
            </w:pPr>
          </w:p>
        </w:tc>
        <w:tc>
          <w:tcPr>
            <w:tcW w:w="721" w:type="dxa"/>
            <w:tcMar>
              <w:top w:w="90" w:type="dxa"/>
              <w:left w:w="100" w:type="dxa"/>
              <w:bottom w:w="90" w:type="dxa"/>
              <w:right w:w="100" w:type="dxa"/>
            </w:tcMar>
            <w:vAlign w:val="center"/>
          </w:tcPr>
          <w:p w14:paraId="3B97E966" w14:textId="77777777" w:rsidR="002C5E36" w:rsidRDefault="002C5E36">
            <w:pPr>
              <w:jc w:val="center"/>
            </w:pPr>
          </w:p>
        </w:tc>
        <w:tc>
          <w:tcPr>
            <w:tcW w:w="696" w:type="dxa"/>
            <w:tcMar>
              <w:top w:w="90" w:type="dxa"/>
              <w:left w:w="100" w:type="dxa"/>
              <w:bottom w:w="90" w:type="dxa"/>
              <w:right w:w="100" w:type="dxa"/>
            </w:tcMar>
            <w:vAlign w:val="center"/>
          </w:tcPr>
          <w:p w14:paraId="4DE1B011" w14:textId="77777777" w:rsidR="002C5E36" w:rsidRDefault="00A6483F">
            <w:pPr>
              <w:jc w:val="center"/>
            </w:pPr>
            <w:r>
              <w:rPr>
                <w:sz w:val="16"/>
              </w:rPr>
              <w:t>X</w:t>
            </w:r>
          </w:p>
        </w:tc>
        <w:tc>
          <w:tcPr>
            <w:tcW w:w="1701" w:type="dxa"/>
            <w:tcMar>
              <w:top w:w="90" w:type="dxa"/>
              <w:left w:w="100" w:type="dxa"/>
              <w:bottom w:w="90" w:type="dxa"/>
              <w:right w:w="100" w:type="dxa"/>
            </w:tcMar>
            <w:vAlign w:val="center"/>
          </w:tcPr>
          <w:p w14:paraId="662C56FD" w14:textId="77777777" w:rsidR="002C5E36" w:rsidRDefault="00A6483F">
            <w:pPr>
              <w:jc w:val="center"/>
            </w:pPr>
            <w:r>
              <w:rPr>
                <w:sz w:val="16"/>
              </w:rPr>
              <w:t>X</w:t>
            </w:r>
          </w:p>
        </w:tc>
        <w:tc>
          <w:tcPr>
            <w:tcW w:w="1969" w:type="dxa"/>
            <w:tcMar>
              <w:top w:w="90" w:type="dxa"/>
              <w:left w:w="100" w:type="dxa"/>
              <w:bottom w:w="90" w:type="dxa"/>
              <w:right w:w="100" w:type="dxa"/>
            </w:tcMar>
            <w:vAlign w:val="center"/>
          </w:tcPr>
          <w:p w14:paraId="4E120771" w14:textId="77777777" w:rsidR="002C5E36" w:rsidRDefault="00A6483F">
            <w:r>
              <w:rPr>
                <w:sz w:val="16"/>
              </w:rPr>
              <w:t>Laporan/luaran final</w:t>
            </w:r>
          </w:p>
        </w:tc>
      </w:tr>
      <w:tr w:rsidR="002C5E36" w14:paraId="66EDAF0D" w14:textId="77777777" w:rsidTr="00D66FE1">
        <w:trPr>
          <w:jc w:val="center"/>
        </w:trPr>
        <w:tc>
          <w:tcPr>
            <w:tcW w:w="544" w:type="dxa"/>
            <w:shd w:val="clear" w:color="auto" w:fill="F7FAFC"/>
            <w:tcMar>
              <w:top w:w="90" w:type="dxa"/>
              <w:left w:w="100" w:type="dxa"/>
              <w:bottom w:w="90" w:type="dxa"/>
              <w:right w:w="100" w:type="dxa"/>
            </w:tcMar>
            <w:vAlign w:val="center"/>
          </w:tcPr>
          <w:p w14:paraId="386A1C51" w14:textId="77777777" w:rsidR="002C5E36" w:rsidRDefault="00A6483F">
            <w:pPr>
              <w:jc w:val="center"/>
            </w:pPr>
            <w:r>
              <w:rPr>
                <w:sz w:val="16"/>
              </w:rPr>
              <w:t>9</w:t>
            </w:r>
          </w:p>
        </w:tc>
        <w:tc>
          <w:tcPr>
            <w:tcW w:w="2768" w:type="dxa"/>
            <w:shd w:val="clear" w:color="auto" w:fill="F7FAFC"/>
            <w:tcMar>
              <w:top w:w="90" w:type="dxa"/>
              <w:left w:w="100" w:type="dxa"/>
              <w:bottom w:w="90" w:type="dxa"/>
              <w:right w:w="100" w:type="dxa"/>
            </w:tcMar>
            <w:vAlign w:val="center"/>
          </w:tcPr>
          <w:p w14:paraId="59CD13C2" w14:textId="77777777" w:rsidR="002C5E36" w:rsidRDefault="00A6483F">
            <w:r>
              <w:rPr>
                <w:sz w:val="16"/>
              </w:rPr>
              <w:t>Rencana keberlanjutan 2027</w:t>
            </w:r>
          </w:p>
        </w:tc>
        <w:tc>
          <w:tcPr>
            <w:tcW w:w="804" w:type="dxa"/>
            <w:shd w:val="clear" w:color="auto" w:fill="F7FAFC"/>
            <w:tcMar>
              <w:top w:w="90" w:type="dxa"/>
              <w:left w:w="100" w:type="dxa"/>
              <w:bottom w:w="90" w:type="dxa"/>
              <w:right w:w="100" w:type="dxa"/>
            </w:tcMar>
            <w:vAlign w:val="center"/>
          </w:tcPr>
          <w:p w14:paraId="2B7BEC7E" w14:textId="77777777" w:rsidR="002C5E36" w:rsidRDefault="002C5E36">
            <w:pPr>
              <w:jc w:val="center"/>
            </w:pPr>
          </w:p>
        </w:tc>
        <w:tc>
          <w:tcPr>
            <w:tcW w:w="709" w:type="dxa"/>
            <w:shd w:val="clear" w:color="auto" w:fill="F7FAFC"/>
            <w:tcMar>
              <w:top w:w="90" w:type="dxa"/>
              <w:left w:w="100" w:type="dxa"/>
              <w:bottom w:w="90" w:type="dxa"/>
              <w:right w:w="100" w:type="dxa"/>
            </w:tcMar>
            <w:vAlign w:val="center"/>
          </w:tcPr>
          <w:p w14:paraId="4C2C70A5" w14:textId="77777777" w:rsidR="002C5E36" w:rsidRDefault="002C5E36">
            <w:pPr>
              <w:jc w:val="center"/>
            </w:pPr>
          </w:p>
        </w:tc>
        <w:tc>
          <w:tcPr>
            <w:tcW w:w="721" w:type="dxa"/>
            <w:shd w:val="clear" w:color="auto" w:fill="F7FAFC"/>
            <w:tcMar>
              <w:top w:w="90" w:type="dxa"/>
              <w:left w:w="100" w:type="dxa"/>
              <w:bottom w:w="90" w:type="dxa"/>
              <w:right w:w="100" w:type="dxa"/>
            </w:tcMar>
            <w:vAlign w:val="center"/>
          </w:tcPr>
          <w:p w14:paraId="5FEA3FBC" w14:textId="77777777" w:rsidR="002C5E36" w:rsidRDefault="002C5E36">
            <w:pPr>
              <w:jc w:val="center"/>
            </w:pPr>
          </w:p>
        </w:tc>
        <w:tc>
          <w:tcPr>
            <w:tcW w:w="696" w:type="dxa"/>
            <w:shd w:val="clear" w:color="auto" w:fill="F7FAFC"/>
            <w:tcMar>
              <w:top w:w="90" w:type="dxa"/>
              <w:left w:w="100" w:type="dxa"/>
              <w:bottom w:w="90" w:type="dxa"/>
              <w:right w:w="100" w:type="dxa"/>
            </w:tcMar>
            <w:vAlign w:val="center"/>
          </w:tcPr>
          <w:p w14:paraId="389BE850" w14:textId="77777777" w:rsidR="002C5E36" w:rsidRDefault="002C5E36">
            <w:pPr>
              <w:jc w:val="center"/>
            </w:pPr>
          </w:p>
        </w:tc>
        <w:tc>
          <w:tcPr>
            <w:tcW w:w="1701" w:type="dxa"/>
            <w:shd w:val="clear" w:color="auto" w:fill="F7FAFC"/>
            <w:tcMar>
              <w:top w:w="90" w:type="dxa"/>
              <w:left w:w="100" w:type="dxa"/>
              <w:bottom w:w="90" w:type="dxa"/>
              <w:right w:w="100" w:type="dxa"/>
            </w:tcMar>
            <w:vAlign w:val="center"/>
          </w:tcPr>
          <w:p w14:paraId="502C16CF" w14:textId="77777777" w:rsidR="002C5E36" w:rsidRDefault="00A6483F">
            <w:pPr>
              <w:jc w:val="center"/>
            </w:pPr>
            <w:r>
              <w:rPr>
                <w:sz w:val="16"/>
              </w:rPr>
              <w:t>X</w:t>
            </w:r>
          </w:p>
        </w:tc>
        <w:tc>
          <w:tcPr>
            <w:tcW w:w="1969" w:type="dxa"/>
            <w:shd w:val="clear" w:color="auto" w:fill="F7FAFC"/>
            <w:tcMar>
              <w:top w:w="90" w:type="dxa"/>
              <w:left w:w="100" w:type="dxa"/>
              <w:bottom w:w="90" w:type="dxa"/>
              <w:right w:w="100" w:type="dxa"/>
            </w:tcMar>
            <w:vAlign w:val="center"/>
          </w:tcPr>
          <w:p w14:paraId="4673E38F" w14:textId="77777777" w:rsidR="002C5E36" w:rsidRDefault="00A6483F" w:rsidP="00D66FE1">
            <w:r>
              <w:rPr>
                <w:sz w:val="16"/>
              </w:rPr>
              <w:t>RTL</w:t>
            </w:r>
          </w:p>
        </w:tc>
      </w:tr>
    </w:tbl>
    <w:p w14:paraId="47617837" w14:textId="77777777" w:rsidR="002C5E36" w:rsidRDefault="002C5E36"/>
    <w:p w14:paraId="5C5E950A" w14:textId="77777777" w:rsidR="00D66FE1" w:rsidRDefault="00D66FE1">
      <w:pPr>
        <w:spacing w:before="160" w:after="120"/>
        <w:rPr>
          <w:b/>
          <w:color w:val="155D8B"/>
          <w:sz w:val="32"/>
        </w:rPr>
      </w:pPr>
    </w:p>
    <w:p w14:paraId="014D9E71" w14:textId="60DB9CAA" w:rsidR="002C5E36" w:rsidRDefault="00712BA8">
      <w:pPr>
        <w:spacing w:before="160" w:after="120"/>
      </w:pPr>
      <w:r>
        <w:rPr>
          <w:b/>
          <w:color w:val="155D8B"/>
          <w:sz w:val="32"/>
        </w:rPr>
        <w:t>H. RANGKUMAN RENCANA ANGGARAN BIAYA</w:t>
      </w:r>
    </w:p>
    <w:tbl>
      <w:tblPr>
        <w:tblW w:w="0" w:type="auto"/>
        <w:jc w:val="center"/>
        <w:tblBorders>
          <w:top w:val="single" w:sz="6" w:space="0" w:color="1E9B8A"/>
          <w:left w:val="single" w:sz="6" w:space="0" w:color="1E9B8A"/>
          <w:bottom w:val="single" w:sz="6" w:space="0" w:color="1E9B8A"/>
          <w:right w:val="single" w:sz="6" w:space="0" w:color="1E9B8A"/>
          <w:insideH w:val="single" w:sz="6" w:space="0" w:color="1E9B8A"/>
          <w:insideV w:val="single" w:sz="6" w:space="0" w:color="1E9B8A"/>
        </w:tblBorders>
        <w:tblLayout w:type="fixed"/>
        <w:tblLook w:val="04A0" w:firstRow="1" w:lastRow="0" w:firstColumn="1" w:lastColumn="0" w:noHBand="0" w:noVBand="1"/>
      </w:tblPr>
      <w:tblGrid>
        <w:gridCol w:w="9978"/>
      </w:tblGrid>
      <w:tr w:rsidR="002C5E36" w14:paraId="52FB1729" w14:textId="77777777">
        <w:trPr>
          <w:jc w:val="center"/>
        </w:trPr>
        <w:tc>
          <w:tcPr>
            <w:tcW w:w="9978" w:type="dxa"/>
            <w:shd w:val="clear" w:color="auto" w:fill="DFF3F0"/>
            <w:tcMar>
              <w:top w:w="120" w:type="dxa"/>
              <w:left w:w="160" w:type="dxa"/>
              <w:bottom w:w="120" w:type="dxa"/>
              <w:right w:w="160" w:type="dxa"/>
            </w:tcMar>
          </w:tcPr>
          <w:p w14:paraId="19C3FAF8" w14:textId="77777777" w:rsidR="002C5E36" w:rsidRDefault="00A6483F">
            <w:r>
              <w:rPr>
                <w:b/>
                <w:color w:val="1E9B8A"/>
                <w:sz w:val="20"/>
              </w:rPr>
              <w:t>Komposisi RAB acuan BIMA</w:t>
            </w:r>
          </w:p>
          <w:p w14:paraId="0E7FAC21" w14:textId="32E6AF75" w:rsidR="002C5E36" w:rsidRDefault="00A6483F">
            <w:r>
              <w:rPr>
                <w:color w:val="222222"/>
                <w:sz w:val="20"/>
              </w:rPr>
              <w:t xml:space="preserve">Kelompok biaya disusun dengan komposisi: Upah dan Jasa maksimal 10%; Teknologi dan Inovasi minimal 50%; Biaya Pelatihan maksimal 20%; Biaya Perjalanan Dalam Negeri maksimal 15%; Biaya Lainnya maksimal 5%. </w:t>
            </w:r>
          </w:p>
        </w:tc>
      </w:tr>
    </w:tbl>
    <w:p w14:paraId="05B465B0" w14:textId="77777777" w:rsidR="002C5E36" w:rsidRDefault="002C5E36"/>
    <w:tbl>
      <w:tblPr>
        <w:tblStyle w:val="TableGrid"/>
        <w:tblW w:w="10700"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516"/>
        <w:gridCol w:w="3168"/>
        <w:gridCol w:w="1996"/>
        <w:gridCol w:w="1996"/>
        <w:gridCol w:w="3024"/>
      </w:tblGrid>
      <w:tr w:rsidR="002C5E36" w:rsidRPr="00FB1DCA" w14:paraId="08F1B5FA" w14:textId="77777777" w:rsidTr="00D66FE1">
        <w:trPr>
          <w:tblHeader/>
          <w:jc w:val="center"/>
        </w:trPr>
        <w:tc>
          <w:tcPr>
            <w:tcW w:w="516" w:type="dxa"/>
            <w:shd w:val="clear" w:color="auto" w:fill="155D8B"/>
            <w:tcMar>
              <w:top w:w="100" w:type="dxa"/>
              <w:left w:w="100" w:type="dxa"/>
              <w:bottom w:w="100" w:type="dxa"/>
              <w:right w:w="100" w:type="dxa"/>
            </w:tcMar>
            <w:vAlign w:val="center"/>
          </w:tcPr>
          <w:p w14:paraId="74ADCE60" w14:textId="77777777" w:rsidR="002C5E36" w:rsidRPr="00FB1DCA" w:rsidRDefault="00A6483F" w:rsidP="00FB1DCA">
            <w:pPr>
              <w:spacing w:after="0"/>
              <w:jc w:val="center"/>
              <w:rPr>
                <w:sz w:val="20"/>
                <w:szCs w:val="28"/>
              </w:rPr>
            </w:pPr>
            <w:r w:rsidRPr="00FB1DCA">
              <w:rPr>
                <w:b/>
                <w:color w:val="FFFFFF"/>
                <w:sz w:val="20"/>
                <w:szCs w:val="28"/>
              </w:rPr>
              <w:t>No</w:t>
            </w:r>
          </w:p>
        </w:tc>
        <w:tc>
          <w:tcPr>
            <w:tcW w:w="3168" w:type="dxa"/>
            <w:shd w:val="clear" w:color="auto" w:fill="155D8B"/>
            <w:tcMar>
              <w:top w:w="100" w:type="dxa"/>
              <w:left w:w="100" w:type="dxa"/>
              <w:bottom w:w="100" w:type="dxa"/>
              <w:right w:w="100" w:type="dxa"/>
            </w:tcMar>
            <w:vAlign w:val="center"/>
          </w:tcPr>
          <w:p w14:paraId="4AD336FB" w14:textId="77777777" w:rsidR="002C5E36" w:rsidRPr="00FB1DCA" w:rsidRDefault="00A6483F" w:rsidP="00FB1DCA">
            <w:pPr>
              <w:spacing w:after="0"/>
              <w:jc w:val="center"/>
              <w:rPr>
                <w:sz w:val="20"/>
                <w:szCs w:val="28"/>
              </w:rPr>
            </w:pPr>
            <w:r w:rsidRPr="00FB1DCA">
              <w:rPr>
                <w:b/>
                <w:color w:val="FFFFFF"/>
                <w:sz w:val="20"/>
                <w:szCs w:val="28"/>
              </w:rPr>
              <w:t>Kelompok Biaya</w:t>
            </w:r>
          </w:p>
        </w:tc>
        <w:tc>
          <w:tcPr>
            <w:tcW w:w="1996" w:type="dxa"/>
            <w:shd w:val="clear" w:color="auto" w:fill="155D8B"/>
            <w:tcMar>
              <w:top w:w="100" w:type="dxa"/>
              <w:left w:w="100" w:type="dxa"/>
              <w:bottom w:w="100" w:type="dxa"/>
              <w:right w:w="100" w:type="dxa"/>
            </w:tcMar>
            <w:vAlign w:val="center"/>
          </w:tcPr>
          <w:p w14:paraId="23F109A3" w14:textId="77777777" w:rsidR="002C5E36" w:rsidRPr="00FB1DCA" w:rsidRDefault="00A6483F" w:rsidP="00FB1DCA">
            <w:pPr>
              <w:spacing w:after="0"/>
              <w:jc w:val="center"/>
              <w:rPr>
                <w:sz w:val="20"/>
                <w:szCs w:val="28"/>
              </w:rPr>
            </w:pPr>
            <w:r w:rsidRPr="00FB1DCA">
              <w:rPr>
                <w:b/>
                <w:color w:val="FFFFFF"/>
                <w:sz w:val="20"/>
                <w:szCs w:val="28"/>
              </w:rPr>
              <w:t>Ketentuan</w:t>
            </w:r>
          </w:p>
        </w:tc>
        <w:tc>
          <w:tcPr>
            <w:tcW w:w="1996" w:type="dxa"/>
            <w:shd w:val="clear" w:color="auto" w:fill="155D8B"/>
            <w:tcMar>
              <w:top w:w="100" w:type="dxa"/>
              <w:left w:w="100" w:type="dxa"/>
              <w:bottom w:w="100" w:type="dxa"/>
              <w:right w:w="100" w:type="dxa"/>
            </w:tcMar>
            <w:vAlign w:val="center"/>
          </w:tcPr>
          <w:p w14:paraId="710B6C82" w14:textId="77777777" w:rsidR="002C5E36" w:rsidRPr="00FB1DCA" w:rsidRDefault="00A6483F" w:rsidP="00FB1DCA">
            <w:pPr>
              <w:spacing w:after="0"/>
              <w:jc w:val="center"/>
              <w:rPr>
                <w:sz w:val="20"/>
                <w:szCs w:val="28"/>
              </w:rPr>
            </w:pPr>
            <w:r w:rsidRPr="00FB1DCA">
              <w:rPr>
                <w:b/>
                <w:color w:val="FFFFFF"/>
                <w:sz w:val="20"/>
                <w:szCs w:val="28"/>
              </w:rPr>
              <w:t>Jumlah Dana</w:t>
            </w:r>
          </w:p>
        </w:tc>
        <w:tc>
          <w:tcPr>
            <w:tcW w:w="3024" w:type="dxa"/>
            <w:shd w:val="clear" w:color="auto" w:fill="155D8B"/>
            <w:tcMar>
              <w:top w:w="100" w:type="dxa"/>
              <w:left w:w="100" w:type="dxa"/>
              <w:bottom w:w="100" w:type="dxa"/>
              <w:right w:w="100" w:type="dxa"/>
            </w:tcMar>
            <w:vAlign w:val="center"/>
          </w:tcPr>
          <w:p w14:paraId="5E4E9D34" w14:textId="77777777" w:rsidR="002C5E36" w:rsidRPr="00FB1DCA" w:rsidRDefault="00A6483F" w:rsidP="00FB1DCA">
            <w:pPr>
              <w:spacing w:after="0"/>
              <w:jc w:val="center"/>
              <w:rPr>
                <w:sz w:val="20"/>
                <w:szCs w:val="28"/>
              </w:rPr>
            </w:pPr>
            <w:r w:rsidRPr="00FB1DCA">
              <w:rPr>
                <w:b/>
                <w:color w:val="FFFFFF"/>
                <w:sz w:val="20"/>
                <w:szCs w:val="28"/>
              </w:rPr>
              <w:t>Keterangan</w:t>
            </w:r>
          </w:p>
        </w:tc>
      </w:tr>
      <w:tr w:rsidR="002C5E36" w:rsidRPr="00FB1DCA" w14:paraId="6E335447" w14:textId="77777777" w:rsidTr="00D66FE1">
        <w:trPr>
          <w:jc w:val="center"/>
        </w:trPr>
        <w:tc>
          <w:tcPr>
            <w:tcW w:w="516" w:type="dxa"/>
            <w:shd w:val="clear" w:color="auto" w:fill="F7FAFC"/>
            <w:tcMar>
              <w:top w:w="90" w:type="dxa"/>
              <w:left w:w="100" w:type="dxa"/>
              <w:bottom w:w="90" w:type="dxa"/>
              <w:right w:w="100" w:type="dxa"/>
            </w:tcMar>
            <w:vAlign w:val="center"/>
          </w:tcPr>
          <w:p w14:paraId="3BDEE261" w14:textId="77777777" w:rsidR="002C5E36" w:rsidRPr="00FB1DCA" w:rsidRDefault="00A6483F" w:rsidP="00FB1DCA">
            <w:pPr>
              <w:spacing w:after="0"/>
              <w:jc w:val="center"/>
              <w:rPr>
                <w:sz w:val="20"/>
                <w:szCs w:val="28"/>
              </w:rPr>
            </w:pPr>
            <w:r w:rsidRPr="00FB1DCA">
              <w:rPr>
                <w:sz w:val="20"/>
                <w:szCs w:val="28"/>
              </w:rPr>
              <w:t>1</w:t>
            </w:r>
          </w:p>
        </w:tc>
        <w:tc>
          <w:tcPr>
            <w:tcW w:w="3168" w:type="dxa"/>
            <w:shd w:val="clear" w:color="auto" w:fill="F7FAFC"/>
            <w:tcMar>
              <w:top w:w="90" w:type="dxa"/>
              <w:left w:w="100" w:type="dxa"/>
              <w:bottom w:w="90" w:type="dxa"/>
              <w:right w:w="100" w:type="dxa"/>
            </w:tcMar>
            <w:vAlign w:val="center"/>
          </w:tcPr>
          <w:p w14:paraId="709F83AB" w14:textId="77777777" w:rsidR="002C5E36" w:rsidRPr="00FB1DCA" w:rsidRDefault="00A6483F" w:rsidP="00FB1DCA">
            <w:pPr>
              <w:spacing w:after="0"/>
              <w:rPr>
                <w:sz w:val="20"/>
                <w:szCs w:val="28"/>
              </w:rPr>
            </w:pPr>
            <w:r w:rsidRPr="00FB1DCA">
              <w:rPr>
                <w:sz w:val="20"/>
                <w:szCs w:val="28"/>
              </w:rPr>
              <w:t>Biaya Upah dan Jasa</w:t>
            </w:r>
          </w:p>
        </w:tc>
        <w:tc>
          <w:tcPr>
            <w:tcW w:w="1996" w:type="dxa"/>
            <w:shd w:val="clear" w:color="auto" w:fill="F7FAFC"/>
            <w:tcMar>
              <w:top w:w="90" w:type="dxa"/>
              <w:left w:w="100" w:type="dxa"/>
              <w:bottom w:w="90" w:type="dxa"/>
              <w:right w:w="100" w:type="dxa"/>
            </w:tcMar>
            <w:vAlign w:val="center"/>
          </w:tcPr>
          <w:p w14:paraId="328B2E8F" w14:textId="77777777" w:rsidR="002C5E36" w:rsidRPr="00FB1DCA" w:rsidRDefault="00A6483F" w:rsidP="00FB1DCA">
            <w:pPr>
              <w:spacing w:after="0"/>
              <w:jc w:val="center"/>
              <w:rPr>
                <w:sz w:val="20"/>
                <w:szCs w:val="28"/>
              </w:rPr>
            </w:pPr>
            <w:r w:rsidRPr="00FB1DCA">
              <w:rPr>
                <w:sz w:val="20"/>
                <w:szCs w:val="28"/>
              </w:rPr>
              <w:t>Maks. 10%</w:t>
            </w:r>
          </w:p>
        </w:tc>
        <w:tc>
          <w:tcPr>
            <w:tcW w:w="1996" w:type="dxa"/>
            <w:shd w:val="clear" w:color="auto" w:fill="F7FAFC"/>
            <w:tcMar>
              <w:top w:w="90" w:type="dxa"/>
              <w:left w:w="100" w:type="dxa"/>
              <w:bottom w:w="90" w:type="dxa"/>
              <w:right w:w="100" w:type="dxa"/>
            </w:tcMar>
            <w:vAlign w:val="center"/>
          </w:tcPr>
          <w:p w14:paraId="2085EC1B" w14:textId="77777777" w:rsidR="002C5E36" w:rsidRPr="00FB1DCA" w:rsidRDefault="00A6483F" w:rsidP="00FB1DCA">
            <w:pPr>
              <w:spacing w:after="0"/>
              <w:jc w:val="center"/>
              <w:rPr>
                <w:sz w:val="20"/>
                <w:szCs w:val="28"/>
              </w:rPr>
            </w:pPr>
            <w:r w:rsidRPr="00FB1DCA">
              <w:rPr>
                <w:sz w:val="20"/>
                <w:szCs w:val="28"/>
              </w:rPr>
              <w:t>Rp ...</w:t>
            </w:r>
          </w:p>
        </w:tc>
        <w:tc>
          <w:tcPr>
            <w:tcW w:w="3024" w:type="dxa"/>
            <w:shd w:val="clear" w:color="auto" w:fill="F7FAFC"/>
            <w:tcMar>
              <w:top w:w="90" w:type="dxa"/>
              <w:left w:w="100" w:type="dxa"/>
              <w:bottom w:w="90" w:type="dxa"/>
              <w:right w:w="100" w:type="dxa"/>
            </w:tcMar>
            <w:vAlign w:val="center"/>
          </w:tcPr>
          <w:p w14:paraId="4CBF9E93" w14:textId="77777777" w:rsidR="002C5E36" w:rsidRPr="00FB1DCA" w:rsidRDefault="00A6483F" w:rsidP="00FB1DCA">
            <w:pPr>
              <w:spacing w:after="0"/>
              <w:rPr>
                <w:sz w:val="20"/>
                <w:szCs w:val="28"/>
              </w:rPr>
            </w:pPr>
            <w:r w:rsidRPr="00FB1DCA">
              <w:rPr>
                <w:sz w:val="20"/>
                <w:szCs w:val="28"/>
              </w:rPr>
              <w:t>Honorarium/upah jasa sesuai ketentuan</w:t>
            </w:r>
          </w:p>
        </w:tc>
      </w:tr>
      <w:tr w:rsidR="002C5E36" w:rsidRPr="00FB1DCA" w14:paraId="2C0AD80C" w14:textId="77777777" w:rsidTr="00D66FE1">
        <w:trPr>
          <w:jc w:val="center"/>
        </w:trPr>
        <w:tc>
          <w:tcPr>
            <w:tcW w:w="516" w:type="dxa"/>
            <w:tcMar>
              <w:top w:w="90" w:type="dxa"/>
              <w:left w:w="100" w:type="dxa"/>
              <w:bottom w:w="90" w:type="dxa"/>
              <w:right w:w="100" w:type="dxa"/>
            </w:tcMar>
            <w:vAlign w:val="center"/>
          </w:tcPr>
          <w:p w14:paraId="423510B1" w14:textId="77777777" w:rsidR="002C5E36" w:rsidRPr="00FB1DCA" w:rsidRDefault="00A6483F" w:rsidP="00FB1DCA">
            <w:pPr>
              <w:spacing w:after="0"/>
              <w:jc w:val="center"/>
              <w:rPr>
                <w:sz w:val="20"/>
                <w:szCs w:val="28"/>
              </w:rPr>
            </w:pPr>
            <w:r w:rsidRPr="00FB1DCA">
              <w:rPr>
                <w:sz w:val="20"/>
                <w:szCs w:val="28"/>
              </w:rPr>
              <w:t>2</w:t>
            </w:r>
          </w:p>
        </w:tc>
        <w:tc>
          <w:tcPr>
            <w:tcW w:w="3168" w:type="dxa"/>
            <w:tcMar>
              <w:top w:w="90" w:type="dxa"/>
              <w:left w:w="100" w:type="dxa"/>
              <w:bottom w:w="90" w:type="dxa"/>
              <w:right w:w="100" w:type="dxa"/>
            </w:tcMar>
            <w:vAlign w:val="center"/>
          </w:tcPr>
          <w:p w14:paraId="08CE3B88" w14:textId="77777777" w:rsidR="002C5E36" w:rsidRPr="00FB1DCA" w:rsidRDefault="00A6483F" w:rsidP="00FB1DCA">
            <w:pPr>
              <w:spacing w:after="0"/>
              <w:rPr>
                <w:sz w:val="20"/>
                <w:szCs w:val="28"/>
              </w:rPr>
            </w:pPr>
            <w:r w:rsidRPr="00FB1DCA">
              <w:rPr>
                <w:sz w:val="20"/>
                <w:szCs w:val="28"/>
              </w:rPr>
              <w:t>Teknologi dan Inovasi</w:t>
            </w:r>
          </w:p>
        </w:tc>
        <w:tc>
          <w:tcPr>
            <w:tcW w:w="1996" w:type="dxa"/>
            <w:tcMar>
              <w:top w:w="90" w:type="dxa"/>
              <w:left w:w="100" w:type="dxa"/>
              <w:bottom w:w="90" w:type="dxa"/>
              <w:right w:w="100" w:type="dxa"/>
            </w:tcMar>
            <w:vAlign w:val="center"/>
          </w:tcPr>
          <w:p w14:paraId="6ACE9317" w14:textId="77777777" w:rsidR="002C5E36" w:rsidRPr="00FB1DCA" w:rsidRDefault="00A6483F" w:rsidP="00FB1DCA">
            <w:pPr>
              <w:spacing w:after="0"/>
              <w:jc w:val="center"/>
              <w:rPr>
                <w:sz w:val="20"/>
                <w:szCs w:val="28"/>
              </w:rPr>
            </w:pPr>
            <w:r w:rsidRPr="00FB1DCA">
              <w:rPr>
                <w:sz w:val="20"/>
                <w:szCs w:val="28"/>
              </w:rPr>
              <w:t>Min. 50%</w:t>
            </w:r>
          </w:p>
        </w:tc>
        <w:tc>
          <w:tcPr>
            <w:tcW w:w="1996" w:type="dxa"/>
            <w:tcMar>
              <w:top w:w="90" w:type="dxa"/>
              <w:left w:w="100" w:type="dxa"/>
              <w:bottom w:w="90" w:type="dxa"/>
              <w:right w:w="100" w:type="dxa"/>
            </w:tcMar>
            <w:vAlign w:val="center"/>
          </w:tcPr>
          <w:p w14:paraId="11EDCC86" w14:textId="77777777" w:rsidR="002C5E36" w:rsidRPr="00FB1DCA" w:rsidRDefault="00A6483F" w:rsidP="00FB1DCA">
            <w:pPr>
              <w:spacing w:after="0"/>
              <w:jc w:val="center"/>
              <w:rPr>
                <w:sz w:val="20"/>
                <w:szCs w:val="28"/>
              </w:rPr>
            </w:pPr>
            <w:r w:rsidRPr="00FB1DCA">
              <w:rPr>
                <w:sz w:val="20"/>
                <w:szCs w:val="28"/>
              </w:rPr>
              <w:t>Rp ...</w:t>
            </w:r>
          </w:p>
        </w:tc>
        <w:tc>
          <w:tcPr>
            <w:tcW w:w="3024" w:type="dxa"/>
            <w:tcMar>
              <w:top w:w="90" w:type="dxa"/>
              <w:left w:w="100" w:type="dxa"/>
              <w:bottom w:w="90" w:type="dxa"/>
              <w:right w:w="100" w:type="dxa"/>
            </w:tcMar>
            <w:vAlign w:val="center"/>
          </w:tcPr>
          <w:p w14:paraId="6ACBEB32" w14:textId="77777777" w:rsidR="002C5E36" w:rsidRPr="00FB1DCA" w:rsidRDefault="00A6483F" w:rsidP="00FB1DCA">
            <w:pPr>
              <w:spacing w:after="0"/>
              <w:rPr>
                <w:sz w:val="20"/>
                <w:szCs w:val="28"/>
              </w:rPr>
            </w:pPr>
            <w:r w:rsidRPr="00FB1DCA">
              <w:rPr>
                <w:sz w:val="20"/>
                <w:szCs w:val="28"/>
              </w:rPr>
              <w:t>Alat, bahan, produk, prototipe, inovasi</w:t>
            </w:r>
          </w:p>
        </w:tc>
      </w:tr>
      <w:tr w:rsidR="002C5E36" w:rsidRPr="00FB1DCA" w14:paraId="13D3BB76" w14:textId="77777777" w:rsidTr="00D66FE1">
        <w:trPr>
          <w:jc w:val="center"/>
        </w:trPr>
        <w:tc>
          <w:tcPr>
            <w:tcW w:w="516" w:type="dxa"/>
            <w:shd w:val="clear" w:color="auto" w:fill="F7FAFC"/>
            <w:tcMar>
              <w:top w:w="90" w:type="dxa"/>
              <w:left w:w="100" w:type="dxa"/>
              <w:bottom w:w="90" w:type="dxa"/>
              <w:right w:w="100" w:type="dxa"/>
            </w:tcMar>
            <w:vAlign w:val="center"/>
          </w:tcPr>
          <w:p w14:paraId="370F1A01" w14:textId="77777777" w:rsidR="002C5E36" w:rsidRPr="00FB1DCA" w:rsidRDefault="00A6483F" w:rsidP="00FB1DCA">
            <w:pPr>
              <w:spacing w:after="0"/>
              <w:jc w:val="center"/>
              <w:rPr>
                <w:sz w:val="20"/>
                <w:szCs w:val="28"/>
              </w:rPr>
            </w:pPr>
            <w:r w:rsidRPr="00FB1DCA">
              <w:rPr>
                <w:sz w:val="20"/>
                <w:szCs w:val="28"/>
              </w:rPr>
              <w:lastRenderedPageBreak/>
              <w:t>3</w:t>
            </w:r>
          </w:p>
        </w:tc>
        <w:tc>
          <w:tcPr>
            <w:tcW w:w="3168" w:type="dxa"/>
            <w:shd w:val="clear" w:color="auto" w:fill="F7FAFC"/>
            <w:tcMar>
              <w:top w:w="90" w:type="dxa"/>
              <w:left w:w="100" w:type="dxa"/>
              <w:bottom w:w="90" w:type="dxa"/>
              <w:right w:w="100" w:type="dxa"/>
            </w:tcMar>
            <w:vAlign w:val="center"/>
          </w:tcPr>
          <w:p w14:paraId="59656371" w14:textId="77777777" w:rsidR="002C5E36" w:rsidRPr="00FB1DCA" w:rsidRDefault="00A6483F" w:rsidP="00FB1DCA">
            <w:pPr>
              <w:spacing w:after="0"/>
              <w:rPr>
                <w:sz w:val="20"/>
                <w:szCs w:val="28"/>
              </w:rPr>
            </w:pPr>
            <w:r w:rsidRPr="00FB1DCA">
              <w:rPr>
                <w:sz w:val="20"/>
                <w:szCs w:val="28"/>
              </w:rPr>
              <w:t>Biaya Pelatihan</w:t>
            </w:r>
          </w:p>
        </w:tc>
        <w:tc>
          <w:tcPr>
            <w:tcW w:w="1996" w:type="dxa"/>
            <w:shd w:val="clear" w:color="auto" w:fill="F7FAFC"/>
            <w:tcMar>
              <w:top w:w="90" w:type="dxa"/>
              <w:left w:w="100" w:type="dxa"/>
              <w:bottom w:w="90" w:type="dxa"/>
              <w:right w:w="100" w:type="dxa"/>
            </w:tcMar>
            <w:vAlign w:val="center"/>
          </w:tcPr>
          <w:p w14:paraId="21A4C00B" w14:textId="77777777" w:rsidR="002C5E36" w:rsidRPr="00FB1DCA" w:rsidRDefault="00A6483F" w:rsidP="00FB1DCA">
            <w:pPr>
              <w:spacing w:after="0"/>
              <w:jc w:val="center"/>
              <w:rPr>
                <w:sz w:val="20"/>
                <w:szCs w:val="28"/>
              </w:rPr>
            </w:pPr>
            <w:r w:rsidRPr="00FB1DCA">
              <w:rPr>
                <w:sz w:val="20"/>
                <w:szCs w:val="28"/>
              </w:rPr>
              <w:t>Maks. 20%</w:t>
            </w:r>
          </w:p>
        </w:tc>
        <w:tc>
          <w:tcPr>
            <w:tcW w:w="1996" w:type="dxa"/>
            <w:shd w:val="clear" w:color="auto" w:fill="F7FAFC"/>
            <w:tcMar>
              <w:top w:w="90" w:type="dxa"/>
              <w:left w:w="100" w:type="dxa"/>
              <w:bottom w:w="90" w:type="dxa"/>
              <w:right w:w="100" w:type="dxa"/>
            </w:tcMar>
            <w:vAlign w:val="center"/>
          </w:tcPr>
          <w:p w14:paraId="48681F3E" w14:textId="77777777" w:rsidR="002C5E36" w:rsidRPr="00FB1DCA" w:rsidRDefault="00A6483F" w:rsidP="00FB1DCA">
            <w:pPr>
              <w:spacing w:after="0"/>
              <w:jc w:val="center"/>
              <w:rPr>
                <w:sz w:val="20"/>
                <w:szCs w:val="28"/>
              </w:rPr>
            </w:pPr>
            <w:r w:rsidRPr="00FB1DCA">
              <w:rPr>
                <w:sz w:val="20"/>
                <w:szCs w:val="28"/>
              </w:rPr>
              <w:t>Rp ...</w:t>
            </w:r>
          </w:p>
        </w:tc>
        <w:tc>
          <w:tcPr>
            <w:tcW w:w="3024" w:type="dxa"/>
            <w:shd w:val="clear" w:color="auto" w:fill="F7FAFC"/>
            <w:tcMar>
              <w:top w:w="90" w:type="dxa"/>
              <w:left w:w="100" w:type="dxa"/>
              <w:bottom w:w="90" w:type="dxa"/>
              <w:right w:w="100" w:type="dxa"/>
            </w:tcMar>
            <w:vAlign w:val="center"/>
          </w:tcPr>
          <w:p w14:paraId="5D835EAB" w14:textId="77777777" w:rsidR="002C5E36" w:rsidRPr="00FB1DCA" w:rsidRDefault="00A6483F" w:rsidP="00FB1DCA">
            <w:pPr>
              <w:spacing w:after="0"/>
              <w:rPr>
                <w:sz w:val="20"/>
                <w:szCs w:val="28"/>
              </w:rPr>
            </w:pPr>
            <w:r w:rsidRPr="00FB1DCA">
              <w:rPr>
                <w:sz w:val="20"/>
                <w:szCs w:val="28"/>
              </w:rPr>
              <w:t xml:space="preserve">ATK, modul, </w:t>
            </w:r>
            <w:r w:rsidRPr="00FB1DCA">
              <w:rPr>
                <w:sz w:val="20"/>
                <w:szCs w:val="28"/>
              </w:rPr>
              <w:t>konsumsi, pelatihan</w:t>
            </w:r>
          </w:p>
        </w:tc>
      </w:tr>
      <w:tr w:rsidR="002C5E36" w:rsidRPr="00FB1DCA" w14:paraId="23030008" w14:textId="77777777" w:rsidTr="00D66FE1">
        <w:trPr>
          <w:jc w:val="center"/>
        </w:trPr>
        <w:tc>
          <w:tcPr>
            <w:tcW w:w="516" w:type="dxa"/>
            <w:tcMar>
              <w:top w:w="90" w:type="dxa"/>
              <w:left w:w="100" w:type="dxa"/>
              <w:bottom w:w="90" w:type="dxa"/>
              <w:right w:w="100" w:type="dxa"/>
            </w:tcMar>
            <w:vAlign w:val="center"/>
          </w:tcPr>
          <w:p w14:paraId="3CCB6294" w14:textId="77777777" w:rsidR="002C5E36" w:rsidRPr="00FB1DCA" w:rsidRDefault="00A6483F" w:rsidP="00FB1DCA">
            <w:pPr>
              <w:spacing w:after="0"/>
              <w:jc w:val="center"/>
              <w:rPr>
                <w:sz w:val="20"/>
                <w:szCs w:val="28"/>
              </w:rPr>
            </w:pPr>
            <w:r w:rsidRPr="00FB1DCA">
              <w:rPr>
                <w:sz w:val="20"/>
                <w:szCs w:val="28"/>
              </w:rPr>
              <w:t>4</w:t>
            </w:r>
          </w:p>
        </w:tc>
        <w:tc>
          <w:tcPr>
            <w:tcW w:w="3168" w:type="dxa"/>
            <w:tcMar>
              <w:top w:w="90" w:type="dxa"/>
              <w:left w:w="100" w:type="dxa"/>
              <w:bottom w:w="90" w:type="dxa"/>
              <w:right w:w="100" w:type="dxa"/>
            </w:tcMar>
            <w:vAlign w:val="center"/>
          </w:tcPr>
          <w:p w14:paraId="619190E5" w14:textId="77777777" w:rsidR="002C5E36" w:rsidRPr="00FB1DCA" w:rsidRDefault="00A6483F" w:rsidP="00FB1DCA">
            <w:pPr>
              <w:spacing w:after="0"/>
              <w:rPr>
                <w:sz w:val="20"/>
                <w:szCs w:val="28"/>
              </w:rPr>
            </w:pPr>
            <w:r w:rsidRPr="00FB1DCA">
              <w:rPr>
                <w:sz w:val="20"/>
                <w:szCs w:val="28"/>
              </w:rPr>
              <w:t>Biaya Perjalanan Dalam Negeri</w:t>
            </w:r>
          </w:p>
        </w:tc>
        <w:tc>
          <w:tcPr>
            <w:tcW w:w="1996" w:type="dxa"/>
            <w:tcMar>
              <w:top w:w="90" w:type="dxa"/>
              <w:left w:w="100" w:type="dxa"/>
              <w:bottom w:w="90" w:type="dxa"/>
              <w:right w:w="100" w:type="dxa"/>
            </w:tcMar>
            <w:vAlign w:val="center"/>
          </w:tcPr>
          <w:p w14:paraId="287085D2" w14:textId="77777777" w:rsidR="002C5E36" w:rsidRPr="00FB1DCA" w:rsidRDefault="00A6483F" w:rsidP="00FB1DCA">
            <w:pPr>
              <w:spacing w:after="0"/>
              <w:jc w:val="center"/>
              <w:rPr>
                <w:sz w:val="20"/>
                <w:szCs w:val="28"/>
              </w:rPr>
            </w:pPr>
            <w:r w:rsidRPr="00FB1DCA">
              <w:rPr>
                <w:sz w:val="20"/>
                <w:szCs w:val="28"/>
              </w:rPr>
              <w:t>Maks. 15%</w:t>
            </w:r>
          </w:p>
        </w:tc>
        <w:tc>
          <w:tcPr>
            <w:tcW w:w="1996" w:type="dxa"/>
            <w:tcMar>
              <w:top w:w="90" w:type="dxa"/>
              <w:left w:w="100" w:type="dxa"/>
              <w:bottom w:w="90" w:type="dxa"/>
              <w:right w:w="100" w:type="dxa"/>
            </w:tcMar>
            <w:vAlign w:val="center"/>
          </w:tcPr>
          <w:p w14:paraId="7FCAA0F4" w14:textId="77777777" w:rsidR="002C5E36" w:rsidRPr="00FB1DCA" w:rsidRDefault="00A6483F" w:rsidP="00FB1DCA">
            <w:pPr>
              <w:spacing w:after="0"/>
              <w:jc w:val="center"/>
              <w:rPr>
                <w:sz w:val="20"/>
                <w:szCs w:val="28"/>
              </w:rPr>
            </w:pPr>
            <w:r w:rsidRPr="00FB1DCA">
              <w:rPr>
                <w:sz w:val="20"/>
                <w:szCs w:val="28"/>
              </w:rPr>
              <w:t>Rp ...</w:t>
            </w:r>
          </w:p>
        </w:tc>
        <w:tc>
          <w:tcPr>
            <w:tcW w:w="3024" w:type="dxa"/>
            <w:tcMar>
              <w:top w:w="90" w:type="dxa"/>
              <w:left w:w="100" w:type="dxa"/>
              <w:bottom w:w="90" w:type="dxa"/>
              <w:right w:w="100" w:type="dxa"/>
            </w:tcMar>
            <w:vAlign w:val="center"/>
          </w:tcPr>
          <w:p w14:paraId="1B8D9E6A" w14:textId="77777777" w:rsidR="002C5E36" w:rsidRPr="00FB1DCA" w:rsidRDefault="00A6483F" w:rsidP="00FB1DCA">
            <w:pPr>
              <w:spacing w:after="0"/>
              <w:rPr>
                <w:sz w:val="20"/>
                <w:szCs w:val="28"/>
              </w:rPr>
            </w:pPr>
            <w:r w:rsidRPr="00FB1DCA">
              <w:rPr>
                <w:sz w:val="20"/>
                <w:szCs w:val="28"/>
              </w:rPr>
              <w:t>Transportasi dan perjalanan lapangan</w:t>
            </w:r>
          </w:p>
        </w:tc>
      </w:tr>
      <w:tr w:rsidR="002C5E36" w:rsidRPr="00FB1DCA" w14:paraId="3426EC32" w14:textId="77777777" w:rsidTr="00D66FE1">
        <w:trPr>
          <w:jc w:val="center"/>
        </w:trPr>
        <w:tc>
          <w:tcPr>
            <w:tcW w:w="516" w:type="dxa"/>
            <w:shd w:val="clear" w:color="auto" w:fill="F7FAFC"/>
            <w:tcMar>
              <w:top w:w="90" w:type="dxa"/>
              <w:left w:w="100" w:type="dxa"/>
              <w:bottom w:w="90" w:type="dxa"/>
              <w:right w:w="100" w:type="dxa"/>
            </w:tcMar>
            <w:vAlign w:val="center"/>
          </w:tcPr>
          <w:p w14:paraId="4524FD3C" w14:textId="77777777" w:rsidR="002C5E36" w:rsidRPr="00FB1DCA" w:rsidRDefault="00A6483F" w:rsidP="00FB1DCA">
            <w:pPr>
              <w:spacing w:after="0"/>
              <w:jc w:val="center"/>
              <w:rPr>
                <w:sz w:val="20"/>
                <w:szCs w:val="28"/>
              </w:rPr>
            </w:pPr>
            <w:r w:rsidRPr="00FB1DCA">
              <w:rPr>
                <w:sz w:val="20"/>
                <w:szCs w:val="28"/>
              </w:rPr>
              <w:t>5</w:t>
            </w:r>
          </w:p>
        </w:tc>
        <w:tc>
          <w:tcPr>
            <w:tcW w:w="3168" w:type="dxa"/>
            <w:shd w:val="clear" w:color="auto" w:fill="F7FAFC"/>
            <w:tcMar>
              <w:top w:w="90" w:type="dxa"/>
              <w:left w:w="100" w:type="dxa"/>
              <w:bottom w:w="90" w:type="dxa"/>
              <w:right w:w="100" w:type="dxa"/>
            </w:tcMar>
            <w:vAlign w:val="center"/>
          </w:tcPr>
          <w:p w14:paraId="3713C7D4" w14:textId="77777777" w:rsidR="002C5E36" w:rsidRPr="00FB1DCA" w:rsidRDefault="00A6483F" w:rsidP="00FB1DCA">
            <w:pPr>
              <w:spacing w:after="0"/>
              <w:rPr>
                <w:sz w:val="20"/>
                <w:szCs w:val="28"/>
              </w:rPr>
            </w:pPr>
            <w:r w:rsidRPr="00FB1DCA">
              <w:rPr>
                <w:sz w:val="20"/>
                <w:szCs w:val="28"/>
              </w:rPr>
              <w:t>Biaya Lainnya</w:t>
            </w:r>
          </w:p>
        </w:tc>
        <w:tc>
          <w:tcPr>
            <w:tcW w:w="1996" w:type="dxa"/>
            <w:shd w:val="clear" w:color="auto" w:fill="F7FAFC"/>
            <w:tcMar>
              <w:top w:w="90" w:type="dxa"/>
              <w:left w:w="100" w:type="dxa"/>
              <w:bottom w:w="90" w:type="dxa"/>
              <w:right w:w="100" w:type="dxa"/>
            </w:tcMar>
            <w:vAlign w:val="center"/>
          </w:tcPr>
          <w:p w14:paraId="0CE5F27A" w14:textId="77777777" w:rsidR="002C5E36" w:rsidRPr="00FB1DCA" w:rsidRDefault="00A6483F" w:rsidP="00FB1DCA">
            <w:pPr>
              <w:spacing w:after="0"/>
              <w:jc w:val="center"/>
              <w:rPr>
                <w:sz w:val="20"/>
                <w:szCs w:val="28"/>
              </w:rPr>
            </w:pPr>
            <w:r w:rsidRPr="00FB1DCA">
              <w:rPr>
                <w:sz w:val="20"/>
                <w:szCs w:val="28"/>
              </w:rPr>
              <w:t>Maks. 5%</w:t>
            </w:r>
          </w:p>
        </w:tc>
        <w:tc>
          <w:tcPr>
            <w:tcW w:w="1996" w:type="dxa"/>
            <w:shd w:val="clear" w:color="auto" w:fill="F7FAFC"/>
            <w:tcMar>
              <w:top w:w="90" w:type="dxa"/>
              <w:left w:w="100" w:type="dxa"/>
              <w:bottom w:w="90" w:type="dxa"/>
              <w:right w:w="100" w:type="dxa"/>
            </w:tcMar>
            <w:vAlign w:val="center"/>
          </w:tcPr>
          <w:p w14:paraId="6C93D95B" w14:textId="77777777" w:rsidR="002C5E36" w:rsidRPr="00FB1DCA" w:rsidRDefault="00A6483F" w:rsidP="00FB1DCA">
            <w:pPr>
              <w:spacing w:after="0"/>
              <w:jc w:val="center"/>
              <w:rPr>
                <w:sz w:val="20"/>
                <w:szCs w:val="28"/>
              </w:rPr>
            </w:pPr>
            <w:r w:rsidRPr="00FB1DCA">
              <w:rPr>
                <w:sz w:val="20"/>
                <w:szCs w:val="28"/>
              </w:rPr>
              <w:t>Rp ...</w:t>
            </w:r>
          </w:p>
        </w:tc>
        <w:tc>
          <w:tcPr>
            <w:tcW w:w="3024" w:type="dxa"/>
            <w:shd w:val="clear" w:color="auto" w:fill="F7FAFC"/>
            <w:tcMar>
              <w:top w:w="90" w:type="dxa"/>
              <w:left w:w="100" w:type="dxa"/>
              <w:bottom w:w="90" w:type="dxa"/>
              <w:right w:w="100" w:type="dxa"/>
            </w:tcMar>
            <w:vAlign w:val="center"/>
          </w:tcPr>
          <w:p w14:paraId="7F066A3F" w14:textId="77777777" w:rsidR="002C5E36" w:rsidRPr="00FB1DCA" w:rsidRDefault="00A6483F" w:rsidP="00FB1DCA">
            <w:pPr>
              <w:spacing w:after="0"/>
              <w:rPr>
                <w:sz w:val="20"/>
                <w:szCs w:val="28"/>
              </w:rPr>
            </w:pPr>
            <w:r w:rsidRPr="00FB1DCA">
              <w:rPr>
                <w:sz w:val="20"/>
                <w:szCs w:val="28"/>
              </w:rPr>
              <w:t>Publikasi, dokumentasi, komunikasi</w:t>
            </w:r>
          </w:p>
        </w:tc>
      </w:tr>
      <w:tr w:rsidR="002C5E36" w:rsidRPr="00FB1DCA" w14:paraId="1507AA31" w14:textId="77777777" w:rsidTr="00D66FE1">
        <w:trPr>
          <w:jc w:val="center"/>
        </w:trPr>
        <w:tc>
          <w:tcPr>
            <w:tcW w:w="516" w:type="dxa"/>
            <w:tcMar>
              <w:top w:w="90" w:type="dxa"/>
              <w:left w:w="100" w:type="dxa"/>
              <w:bottom w:w="90" w:type="dxa"/>
              <w:right w:w="100" w:type="dxa"/>
            </w:tcMar>
            <w:vAlign w:val="center"/>
          </w:tcPr>
          <w:p w14:paraId="54401700" w14:textId="77777777" w:rsidR="002C5E36" w:rsidRPr="00FB1DCA" w:rsidRDefault="002C5E36" w:rsidP="00FB1DCA">
            <w:pPr>
              <w:spacing w:after="0"/>
              <w:jc w:val="center"/>
              <w:rPr>
                <w:sz w:val="20"/>
                <w:szCs w:val="28"/>
              </w:rPr>
            </w:pPr>
          </w:p>
        </w:tc>
        <w:tc>
          <w:tcPr>
            <w:tcW w:w="3168" w:type="dxa"/>
            <w:tcMar>
              <w:top w:w="90" w:type="dxa"/>
              <w:left w:w="100" w:type="dxa"/>
              <w:bottom w:w="90" w:type="dxa"/>
              <w:right w:w="100" w:type="dxa"/>
            </w:tcMar>
            <w:vAlign w:val="center"/>
          </w:tcPr>
          <w:p w14:paraId="39BF36DD" w14:textId="77777777" w:rsidR="002C5E36" w:rsidRPr="00FB1DCA" w:rsidRDefault="00A6483F" w:rsidP="00FB1DCA">
            <w:pPr>
              <w:spacing w:after="0"/>
              <w:jc w:val="center"/>
              <w:rPr>
                <w:sz w:val="20"/>
                <w:szCs w:val="28"/>
              </w:rPr>
            </w:pPr>
            <w:r w:rsidRPr="00FB1DCA">
              <w:rPr>
                <w:sz w:val="20"/>
                <w:szCs w:val="28"/>
              </w:rPr>
              <w:t>Total</w:t>
            </w:r>
          </w:p>
        </w:tc>
        <w:tc>
          <w:tcPr>
            <w:tcW w:w="1996" w:type="dxa"/>
            <w:tcMar>
              <w:top w:w="90" w:type="dxa"/>
              <w:left w:w="100" w:type="dxa"/>
              <w:bottom w:w="90" w:type="dxa"/>
              <w:right w:w="100" w:type="dxa"/>
            </w:tcMar>
            <w:vAlign w:val="center"/>
          </w:tcPr>
          <w:p w14:paraId="77A88A48" w14:textId="77777777" w:rsidR="002C5E36" w:rsidRPr="00FB1DCA" w:rsidRDefault="00A6483F" w:rsidP="00FB1DCA">
            <w:pPr>
              <w:spacing w:after="0"/>
              <w:jc w:val="center"/>
              <w:rPr>
                <w:sz w:val="20"/>
                <w:szCs w:val="28"/>
              </w:rPr>
            </w:pPr>
            <w:r w:rsidRPr="00FB1DCA">
              <w:rPr>
                <w:sz w:val="20"/>
                <w:szCs w:val="28"/>
              </w:rPr>
              <w:t>100%</w:t>
            </w:r>
          </w:p>
        </w:tc>
        <w:tc>
          <w:tcPr>
            <w:tcW w:w="1996" w:type="dxa"/>
            <w:tcMar>
              <w:top w:w="90" w:type="dxa"/>
              <w:left w:w="100" w:type="dxa"/>
              <w:bottom w:w="90" w:type="dxa"/>
              <w:right w:w="100" w:type="dxa"/>
            </w:tcMar>
            <w:vAlign w:val="center"/>
          </w:tcPr>
          <w:p w14:paraId="17CDEFBC" w14:textId="77777777" w:rsidR="002C5E36" w:rsidRPr="00FB1DCA" w:rsidRDefault="00A6483F" w:rsidP="00FB1DCA">
            <w:pPr>
              <w:spacing w:after="0"/>
              <w:jc w:val="center"/>
              <w:rPr>
                <w:sz w:val="20"/>
                <w:szCs w:val="28"/>
              </w:rPr>
            </w:pPr>
            <w:r w:rsidRPr="00FB1DCA">
              <w:rPr>
                <w:sz w:val="20"/>
                <w:szCs w:val="28"/>
              </w:rPr>
              <w:t>Rp ...</w:t>
            </w:r>
          </w:p>
        </w:tc>
        <w:tc>
          <w:tcPr>
            <w:tcW w:w="3024" w:type="dxa"/>
            <w:tcMar>
              <w:top w:w="90" w:type="dxa"/>
              <w:left w:w="100" w:type="dxa"/>
              <w:bottom w:w="90" w:type="dxa"/>
              <w:right w:w="100" w:type="dxa"/>
            </w:tcMar>
            <w:vAlign w:val="center"/>
          </w:tcPr>
          <w:p w14:paraId="5272B146" w14:textId="77777777" w:rsidR="002C5E36" w:rsidRPr="00FB1DCA" w:rsidRDefault="002C5E36" w:rsidP="00FB1DCA">
            <w:pPr>
              <w:spacing w:after="0"/>
              <w:jc w:val="center"/>
              <w:rPr>
                <w:sz w:val="20"/>
                <w:szCs w:val="28"/>
              </w:rPr>
            </w:pPr>
          </w:p>
        </w:tc>
      </w:tr>
    </w:tbl>
    <w:p w14:paraId="6218D285" w14:textId="77777777" w:rsidR="002C5E36" w:rsidRDefault="002C5E36"/>
    <w:p w14:paraId="4DF6AEAB" w14:textId="77777777" w:rsidR="00514AA9" w:rsidRDefault="00514AA9">
      <w:pPr>
        <w:spacing w:before="160" w:after="120"/>
        <w:rPr>
          <w:b/>
          <w:color w:val="155D8B"/>
          <w:sz w:val="32"/>
        </w:rPr>
      </w:pPr>
    </w:p>
    <w:p w14:paraId="3F195050" w14:textId="77777777" w:rsidR="002C5E36" w:rsidRDefault="00A6483F">
      <w:pPr>
        <w:spacing w:before="160" w:after="120"/>
      </w:pPr>
      <w:r>
        <w:rPr>
          <w:b/>
          <w:color w:val="155D8B"/>
          <w:sz w:val="32"/>
        </w:rPr>
        <w:t>I. DAFTAR PUSTAKA</w:t>
      </w:r>
    </w:p>
    <w:tbl>
      <w:tblPr>
        <w:tblW w:w="0" w:type="auto"/>
        <w:jc w:val="center"/>
        <w:tblBorders>
          <w:top w:val="single" w:sz="6" w:space="0" w:color="E8A05A"/>
          <w:left w:val="single" w:sz="6" w:space="0" w:color="E8A05A"/>
          <w:bottom w:val="single" w:sz="6" w:space="0" w:color="E8A05A"/>
          <w:right w:val="single" w:sz="6" w:space="0" w:color="E8A05A"/>
          <w:insideH w:val="single" w:sz="6" w:space="0" w:color="E8A05A"/>
          <w:insideV w:val="single" w:sz="6" w:space="0" w:color="E8A05A"/>
        </w:tblBorders>
        <w:tblLayout w:type="fixed"/>
        <w:tblLook w:val="04A0" w:firstRow="1" w:lastRow="0" w:firstColumn="1" w:lastColumn="0" w:noHBand="0" w:noVBand="1"/>
      </w:tblPr>
      <w:tblGrid>
        <w:gridCol w:w="9978"/>
      </w:tblGrid>
      <w:tr w:rsidR="002C5E36" w14:paraId="69C1770A" w14:textId="77777777">
        <w:trPr>
          <w:jc w:val="center"/>
        </w:trPr>
        <w:tc>
          <w:tcPr>
            <w:tcW w:w="9978" w:type="dxa"/>
            <w:shd w:val="clear" w:color="auto" w:fill="FFF4E6"/>
            <w:tcMar>
              <w:top w:w="120" w:type="dxa"/>
              <w:left w:w="160" w:type="dxa"/>
              <w:bottom w:w="120" w:type="dxa"/>
              <w:right w:w="160" w:type="dxa"/>
            </w:tcMar>
          </w:tcPr>
          <w:p w14:paraId="492AE2EE" w14:textId="77777777" w:rsidR="002C5E36" w:rsidRDefault="00A6483F">
            <w:r>
              <w:rPr>
                <w:b/>
                <w:color w:val="E8A05A"/>
                <w:sz w:val="20"/>
              </w:rPr>
              <w:t>Gaya sitasi</w:t>
            </w:r>
          </w:p>
          <w:p w14:paraId="0D50A473" w14:textId="77777777" w:rsidR="002C5E36" w:rsidRDefault="00A6483F">
            <w:r>
              <w:rPr>
                <w:color w:val="222222"/>
                <w:sz w:val="20"/>
              </w:rPr>
              <w:t xml:space="preserve">Daftar pustaka </w:t>
            </w:r>
            <w:r>
              <w:rPr>
                <w:color w:val="222222"/>
                <w:sz w:val="20"/>
              </w:rPr>
              <w:t>disusun berdasarkan sistem nomor atau Vancouver style sesuai urutan pengutipan. Hanya pustaka yang disitasi dalam proposal yang dicantumkan dalam daftar pustaka.</w:t>
            </w:r>
          </w:p>
        </w:tc>
      </w:tr>
    </w:tbl>
    <w:p w14:paraId="3E009B5E" w14:textId="77777777" w:rsidR="002C5E36" w:rsidRDefault="002C5E36"/>
    <w:p w14:paraId="38552BBB" w14:textId="77777777" w:rsidR="002C5E36" w:rsidRDefault="00A6483F">
      <w:pPr>
        <w:spacing w:after="40"/>
      </w:pPr>
      <w:r>
        <w:rPr>
          <w:b/>
          <w:color w:val="155D8B"/>
        </w:rPr>
        <w:t>Ruang daftar pustaka:</w:t>
      </w:r>
    </w:p>
    <w:p w14:paraId="6FA5C853" w14:textId="3889DCC3" w:rsidR="00DD00A7" w:rsidRDefault="00A6483F" w:rsidP="00DD00A7">
      <w:pPr>
        <w:rPr>
          <w:b/>
          <w:color w:val="155D8B"/>
          <w:sz w:val="32"/>
        </w:rPr>
      </w:pPr>
      <w:r>
        <w:rPr>
          <w:color w:val="787878"/>
          <w:sz w:val="20"/>
        </w:rPr>
        <w:t>........................................................................................................................</w:t>
      </w:r>
      <w:r>
        <w:br/>
      </w:r>
      <w:r>
        <w:rPr>
          <w:color w:val="787878"/>
          <w:sz w:val="20"/>
        </w:rPr>
        <w:t>........................................................................................................................</w:t>
      </w:r>
      <w:r>
        <w:br/>
      </w:r>
      <w:r>
        <w:rPr>
          <w:color w:val="787878"/>
          <w:sz w:val="20"/>
        </w:rPr>
        <w:t>..............</w:t>
      </w:r>
      <w:r>
        <w:rPr>
          <w:color w:val="787878"/>
          <w:sz w:val="20"/>
        </w:rPr>
        <w:t>..........................................................................................................</w:t>
      </w:r>
      <w:r>
        <w:br/>
      </w:r>
      <w:r>
        <w:rPr>
          <w:color w:val="787878"/>
          <w:sz w:val="20"/>
        </w:rPr>
        <w:t>........................................................................................................................</w:t>
      </w:r>
      <w:r>
        <w:br/>
      </w:r>
      <w:r>
        <w:rPr>
          <w:color w:val="787878"/>
          <w:sz w:val="20"/>
        </w:rPr>
        <w:t>............................</w:t>
      </w:r>
      <w:r>
        <w:rPr>
          <w:color w:val="787878"/>
          <w:sz w:val="20"/>
        </w:rPr>
        <w:t>............................................................................................</w:t>
      </w:r>
      <w:r>
        <w:br/>
      </w:r>
    </w:p>
    <w:p w14:paraId="3B567C9E" w14:textId="1E6ED760" w:rsidR="002C5E36" w:rsidRDefault="00A6483F">
      <w:pPr>
        <w:spacing w:before="160" w:after="120"/>
      </w:pPr>
      <w:r>
        <w:rPr>
          <w:b/>
          <w:color w:val="155D8B"/>
          <w:sz w:val="32"/>
        </w:rPr>
        <w:t>LAMPIRAN OPERASIONAL</w:t>
      </w:r>
    </w:p>
    <w:p w14:paraId="7FF79A6D" w14:textId="77777777" w:rsidR="002C5E36" w:rsidRDefault="00A6483F">
      <w:pPr>
        <w:spacing w:line="252" w:lineRule="auto"/>
      </w:pPr>
      <w:r>
        <w:t>Lampiran digunakan untuk memperkuat validitas proposal dan kesiapan pelaksanaan. Lampiran dapat disesuaikan dengan kebutuhan skema dan ketent</w:t>
      </w:r>
      <w:r>
        <w:t>uan LPPM UBT.</w:t>
      </w:r>
    </w:p>
    <w:p w14:paraId="58EC506A" w14:textId="77777777" w:rsidR="002C5E36" w:rsidRDefault="00A6483F">
      <w:pPr>
        <w:spacing w:before="120"/>
      </w:pPr>
      <w:r>
        <w:rPr>
          <w:b/>
          <w:color w:val="1E9B8A"/>
          <w:sz w:val="26"/>
        </w:rPr>
        <w:t>Daftar lampiran yang disarankan</w:t>
      </w:r>
    </w:p>
    <w:p w14:paraId="7CD5E66B" w14:textId="77777777" w:rsidR="002C5E36" w:rsidRDefault="00A6483F">
      <w:pPr>
        <w:spacing w:line="252" w:lineRule="auto"/>
      </w:pPr>
      <w:r>
        <w:t>☐ Surat kesediaan mitra sasaran.</w:t>
      </w:r>
    </w:p>
    <w:p w14:paraId="34F59700" w14:textId="77777777" w:rsidR="002C5E36" w:rsidRDefault="00A6483F">
      <w:pPr>
        <w:spacing w:line="252" w:lineRule="auto"/>
      </w:pPr>
      <w:r>
        <w:t>☐ Surat kesediaan sharing dana/in-kind, jika terdapat kontribusi mitra atau lokasi kegiatan lebih dari 200 km.</w:t>
      </w:r>
    </w:p>
    <w:p w14:paraId="4CAEA5DA" w14:textId="77777777" w:rsidR="002C5E36" w:rsidRDefault="00A6483F">
      <w:pPr>
        <w:spacing w:line="252" w:lineRule="auto"/>
      </w:pPr>
      <w:r>
        <w:t>☐ Biodata ketua dan anggota tim pelaksana.</w:t>
      </w:r>
    </w:p>
    <w:p w14:paraId="631D87A4" w14:textId="77777777" w:rsidR="002C5E36" w:rsidRDefault="00A6483F">
      <w:pPr>
        <w:spacing w:line="252" w:lineRule="auto"/>
      </w:pPr>
      <w:r>
        <w:t>☐ Surat pernyataan ketu</w:t>
      </w:r>
      <w:r>
        <w:t>a tim pelaksana.</w:t>
      </w:r>
    </w:p>
    <w:p w14:paraId="7EE98A8C" w14:textId="77777777" w:rsidR="002C5E36" w:rsidRDefault="00A6483F">
      <w:pPr>
        <w:spacing w:line="252" w:lineRule="auto"/>
      </w:pPr>
      <w:r>
        <w:t>☐ Peta lokasi mitra dan jarak dari Universitas Borneo Tarakan.</w:t>
      </w:r>
    </w:p>
    <w:p w14:paraId="6075133F" w14:textId="77777777" w:rsidR="002C5E36" w:rsidRDefault="00A6483F">
      <w:pPr>
        <w:spacing w:line="252" w:lineRule="auto"/>
      </w:pPr>
      <w:r>
        <w:t>☐ Foto kondisi awal/baseline mitra.</w:t>
      </w:r>
    </w:p>
    <w:p w14:paraId="0670316E" w14:textId="77777777" w:rsidR="002C5E36" w:rsidRDefault="00A6483F">
      <w:pPr>
        <w:spacing w:line="252" w:lineRule="auto"/>
      </w:pPr>
      <w:r>
        <w:t>☐ MoA/IA atau dokumen kerja sama, jika ada.</w:t>
      </w:r>
    </w:p>
    <w:p w14:paraId="1924FEC3" w14:textId="77777777" w:rsidR="002C5E36" w:rsidRDefault="00A6483F">
      <w:pPr>
        <w:spacing w:line="252" w:lineRule="auto"/>
      </w:pPr>
      <w:r>
        <w:t>☐ Bukti riset/produk/prototipe/modul/SOP yang menjadi dasar intervensi, jika ada.</w:t>
      </w:r>
    </w:p>
    <w:p w14:paraId="3B4E425A" w14:textId="77777777" w:rsidR="002C5E36" w:rsidRDefault="00A6483F">
      <w:pPr>
        <w:spacing w:line="252" w:lineRule="auto"/>
      </w:pPr>
      <w:r>
        <w:t>☐ Skema kolabo</w:t>
      </w:r>
      <w:r>
        <w:t>rasi prodi dan pembagian peran, jika menggunakan lokus bersama.</w:t>
      </w:r>
    </w:p>
    <w:p w14:paraId="1C918A94" w14:textId="77777777" w:rsidR="002C5E36" w:rsidRDefault="00A6483F">
      <w:pPr>
        <w:spacing w:line="252" w:lineRule="auto"/>
      </w:pPr>
      <w:r>
        <w:t>☐ Rancangan roadmap PkM prodi 3-5 tahun yang menunjukkan kesinambungan program.</w:t>
      </w:r>
    </w:p>
    <w:p w14:paraId="075ACFAC" w14:textId="77777777" w:rsidR="00DD00A7" w:rsidRDefault="00DD00A7">
      <w:pPr>
        <w:spacing w:before="120"/>
        <w:rPr>
          <w:b/>
          <w:color w:val="1E9B8A"/>
          <w:sz w:val="26"/>
        </w:rPr>
      </w:pPr>
    </w:p>
    <w:p w14:paraId="744B63BF" w14:textId="77777777" w:rsidR="003A0F3D" w:rsidRDefault="003A0F3D">
      <w:pPr>
        <w:spacing w:before="120"/>
        <w:rPr>
          <w:b/>
          <w:color w:val="1E9B8A"/>
          <w:sz w:val="26"/>
        </w:rPr>
      </w:pPr>
    </w:p>
    <w:p w14:paraId="7B43B3B6" w14:textId="49E98F7E" w:rsidR="002C5E36" w:rsidRDefault="00A6483F">
      <w:pPr>
        <w:spacing w:before="120"/>
      </w:pPr>
      <w:r>
        <w:rPr>
          <w:b/>
          <w:color w:val="1E9B8A"/>
          <w:sz w:val="26"/>
        </w:rPr>
        <w:t>Lampiran 1. Format Surat Kesediaan Mitra Sasaran</w:t>
      </w:r>
    </w:p>
    <w:tbl>
      <w:tblPr>
        <w:tblW w:w="0" w:type="auto"/>
        <w:jc w:val="center"/>
        <w:tblBorders>
          <w:top w:val="single" w:sz="6" w:space="0" w:color="155D8B"/>
          <w:left w:val="single" w:sz="6" w:space="0" w:color="155D8B"/>
          <w:bottom w:val="single" w:sz="6" w:space="0" w:color="155D8B"/>
          <w:right w:val="single" w:sz="6" w:space="0" w:color="155D8B"/>
          <w:insideH w:val="single" w:sz="6" w:space="0" w:color="155D8B"/>
          <w:insideV w:val="single" w:sz="6" w:space="0" w:color="155D8B"/>
        </w:tblBorders>
        <w:tblLayout w:type="fixed"/>
        <w:tblLook w:val="04A0" w:firstRow="1" w:lastRow="0" w:firstColumn="1" w:lastColumn="0" w:noHBand="0" w:noVBand="1"/>
      </w:tblPr>
      <w:tblGrid>
        <w:gridCol w:w="9978"/>
      </w:tblGrid>
      <w:tr w:rsidR="002C5E36" w14:paraId="6CC268C8" w14:textId="77777777">
        <w:trPr>
          <w:jc w:val="center"/>
        </w:trPr>
        <w:tc>
          <w:tcPr>
            <w:tcW w:w="9978" w:type="dxa"/>
            <w:shd w:val="clear" w:color="auto" w:fill="EAF2FB"/>
            <w:tcMar>
              <w:top w:w="120" w:type="dxa"/>
              <w:left w:w="160" w:type="dxa"/>
              <w:bottom w:w="120" w:type="dxa"/>
              <w:right w:w="160" w:type="dxa"/>
            </w:tcMar>
          </w:tcPr>
          <w:p w14:paraId="6F5236FD" w14:textId="77777777" w:rsidR="002C5E36" w:rsidRDefault="00A6483F">
            <w:r>
              <w:rPr>
                <w:b/>
                <w:color w:val="155D8B"/>
                <w:sz w:val="20"/>
              </w:rPr>
              <w:t>Catatan</w:t>
            </w:r>
          </w:p>
          <w:p w14:paraId="40147B13" w14:textId="77777777" w:rsidR="002C5E36" w:rsidRDefault="00A6483F">
            <w:r>
              <w:rPr>
                <w:color w:val="222222"/>
                <w:sz w:val="20"/>
              </w:rPr>
              <w:t>Surat menggunakan kop mitra, ditandatangani pimpinan/</w:t>
            </w:r>
            <w:r>
              <w:rPr>
                <w:color w:val="222222"/>
                <w:sz w:val="20"/>
              </w:rPr>
              <w:t>penanggung jawab mitra, dan menyatakan kesediaan menjadi mitra PkM Prodi UBT.</w:t>
            </w:r>
          </w:p>
        </w:tc>
      </w:tr>
    </w:tbl>
    <w:p w14:paraId="793ABB89" w14:textId="77777777" w:rsidR="002C5E36" w:rsidRDefault="002C5E36"/>
    <w:p w14:paraId="5D3972C6" w14:textId="77777777" w:rsidR="002C5E36" w:rsidRDefault="00A6483F">
      <w:pPr>
        <w:jc w:val="center"/>
      </w:pPr>
      <w:r>
        <w:rPr>
          <w:b/>
          <w:color w:val="155D8B"/>
          <w:sz w:val="20"/>
        </w:rPr>
        <w:t>&lt;KOP MITRA SASARAN&gt;</w:t>
      </w:r>
      <w:r>
        <w:rPr>
          <w:b/>
          <w:color w:val="155D8B"/>
          <w:sz w:val="20"/>
        </w:rPr>
        <w:br/>
      </w:r>
      <w:r>
        <w:rPr>
          <w:b/>
          <w:color w:val="155D8B"/>
          <w:sz w:val="20"/>
        </w:rPr>
        <w:t>................................................................................................................................................................</w:t>
      </w:r>
    </w:p>
    <w:p w14:paraId="7FF50771" w14:textId="77777777" w:rsidR="002C5E36" w:rsidRDefault="00A6483F">
      <w:pPr>
        <w:jc w:val="center"/>
      </w:pPr>
      <w:r>
        <w:rPr>
          <w:b/>
          <w:color w:val="155D8B"/>
          <w:sz w:val="24"/>
        </w:rPr>
        <w:t>SURAT KESEDIAAN MITRA SASARAN</w:t>
      </w:r>
    </w:p>
    <w:p w14:paraId="762B815E" w14:textId="77777777" w:rsidR="002C5E36" w:rsidRDefault="00A6483F">
      <w:pPr>
        <w:spacing w:line="252" w:lineRule="auto"/>
      </w:pPr>
      <w:r>
        <w:t>Yang bertanda tangan di bawah ini:</w:t>
      </w:r>
    </w:p>
    <w:tbl>
      <w:tblPr>
        <w:tblStyle w:val="TableGrid"/>
        <w:tblW w:w="9874"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788"/>
        <w:gridCol w:w="3326"/>
        <w:gridCol w:w="5760"/>
      </w:tblGrid>
      <w:tr w:rsidR="002C5E36" w14:paraId="03351AFD" w14:textId="77777777" w:rsidTr="00DD00A7">
        <w:trPr>
          <w:tblHeader/>
          <w:jc w:val="center"/>
        </w:trPr>
        <w:tc>
          <w:tcPr>
            <w:tcW w:w="788" w:type="dxa"/>
            <w:shd w:val="clear" w:color="auto" w:fill="155D8B"/>
            <w:tcMar>
              <w:top w:w="100" w:type="dxa"/>
              <w:left w:w="100" w:type="dxa"/>
              <w:bottom w:w="100" w:type="dxa"/>
              <w:right w:w="100" w:type="dxa"/>
            </w:tcMar>
            <w:vAlign w:val="center"/>
          </w:tcPr>
          <w:p w14:paraId="7E0EF525" w14:textId="77777777" w:rsidR="002C5E36" w:rsidRDefault="00A6483F">
            <w:pPr>
              <w:jc w:val="center"/>
            </w:pPr>
            <w:r>
              <w:rPr>
                <w:b/>
                <w:color w:val="FFFFFF"/>
                <w:sz w:val="18"/>
              </w:rPr>
              <w:t>No</w:t>
            </w:r>
          </w:p>
        </w:tc>
        <w:tc>
          <w:tcPr>
            <w:tcW w:w="3326" w:type="dxa"/>
            <w:shd w:val="clear" w:color="auto" w:fill="155D8B"/>
            <w:tcMar>
              <w:top w:w="100" w:type="dxa"/>
              <w:left w:w="100" w:type="dxa"/>
              <w:bottom w:w="100" w:type="dxa"/>
              <w:right w:w="100" w:type="dxa"/>
            </w:tcMar>
            <w:vAlign w:val="center"/>
          </w:tcPr>
          <w:p w14:paraId="1EDF9257" w14:textId="77777777" w:rsidR="002C5E36" w:rsidRDefault="00A6483F">
            <w:pPr>
              <w:jc w:val="center"/>
            </w:pPr>
            <w:r>
              <w:rPr>
                <w:b/>
                <w:color w:val="FFFFFF"/>
                <w:sz w:val="18"/>
              </w:rPr>
              <w:t>Identitas</w:t>
            </w:r>
          </w:p>
        </w:tc>
        <w:tc>
          <w:tcPr>
            <w:tcW w:w="5760" w:type="dxa"/>
            <w:shd w:val="clear" w:color="auto" w:fill="155D8B"/>
            <w:tcMar>
              <w:top w:w="100" w:type="dxa"/>
              <w:left w:w="100" w:type="dxa"/>
              <w:bottom w:w="100" w:type="dxa"/>
              <w:right w:w="100" w:type="dxa"/>
            </w:tcMar>
            <w:vAlign w:val="center"/>
          </w:tcPr>
          <w:p w14:paraId="01FDDDDD" w14:textId="77777777" w:rsidR="002C5E36" w:rsidRDefault="00A6483F">
            <w:pPr>
              <w:jc w:val="center"/>
            </w:pPr>
            <w:r>
              <w:rPr>
                <w:b/>
                <w:color w:val="FFFFFF"/>
                <w:sz w:val="18"/>
              </w:rPr>
              <w:t>Isian</w:t>
            </w:r>
          </w:p>
        </w:tc>
      </w:tr>
      <w:tr w:rsidR="002C5E36" w14:paraId="69C22ED7" w14:textId="77777777" w:rsidTr="00DD00A7">
        <w:trPr>
          <w:jc w:val="center"/>
        </w:trPr>
        <w:tc>
          <w:tcPr>
            <w:tcW w:w="788" w:type="dxa"/>
            <w:shd w:val="clear" w:color="auto" w:fill="F7FAFC"/>
            <w:tcMar>
              <w:top w:w="90" w:type="dxa"/>
              <w:left w:w="100" w:type="dxa"/>
              <w:bottom w:w="90" w:type="dxa"/>
              <w:right w:w="100" w:type="dxa"/>
            </w:tcMar>
            <w:vAlign w:val="center"/>
          </w:tcPr>
          <w:p w14:paraId="27591C21" w14:textId="77777777" w:rsidR="002C5E36" w:rsidRDefault="00A6483F">
            <w:pPr>
              <w:jc w:val="center"/>
            </w:pPr>
            <w:r>
              <w:rPr>
                <w:sz w:val="18"/>
              </w:rPr>
              <w:t>1</w:t>
            </w:r>
          </w:p>
        </w:tc>
        <w:tc>
          <w:tcPr>
            <w:tcW w:w="3326" w:type="dxa"/>
            <w:shd w:val="clear" w:color="auto" w:fill="F7FAFC"/>
            <w:tcMar>
              <w:top w:w="90" w:type="dxa"/>
              <w:left w:w="100" w:type="dxa"/>
              <w:bottom w:w="90" w:type="dxa"/>
              <w:right w:w="100" w:type="dxa"/>
            </w:tcMar>
            <w:vAlign w:val="center"/>
          </w:tcPr>
          <w:p w14:paraId="2098DBA7" w14:textId="77777777" w:rsidR="002C5E36" w:rsidRDefault="00A6483F" w:rsidP="00DD00A7">
            <w:r>
              <w:rPr>
                <w:sz w:val="18"/>
              </w:rPr>
              <w:t>Nama</w:t>
            </w:r>
          </w:p>
        </w:tc>
        <w:tc>
          <w:tcPr>
            <w:tcW w:w="5760" w:type="dxa"/>
            <w:shd w:val="clear" w:color="auto" w:fill="F7FAFC"/>
            <w:tcMar>
              <w:top w:w="90" w:type="dxa"/>
              <w:left w:w="100" w:type="dxa"/>
              <w:bottom w:w="90" w:type="dxa"/>
              <w:right w:w="100" w:type="dxa"/>
            </w:tcMar>
            <w:vAlign w:val="center"/>
          </w:tcPr>
          <w:p w14:paraId="232F544F" w14:textId="77777777" w:rsidR="002C5E36" w:rsidRDefault="00A6483F">
            <w:r>
              <w:rPr>
                <w:sz w:val="18"/>
              </w:rPr>
              <w:t>........................................................</w:t>
            </w:r>
          </w:p>
        </w:tc>
      </w:tr>
      <w:tr w:rsidR="002C5E36" w14:paraId="6984C951" w14:textId="77777777" w:rsidTr="00DD00A7">
        <w:trPr>
          <w:jc w:val="center"/>
        </w:trPr>
        <w:tc>
          <w:tcPr>
            <w:tcW w:w="788" w:type="dxa"/>
            <w:tcMar>
              <w:top w:w="90" w:type="dxa"/>
              <w:left w:w="100" w:type="dxa"/>
              <w:bottom w:w="90" w:type="dxa"/>
              <w:right w:w="100" w:type="dxa"/>
            </w:tcMar>
            <w:vAlign w:val="center"/>
          </w:tcPr>
          <w:p w14:paraId="598BEDA2" w14:textId="77777777" w:rsidR="002C5E36" w:rsidRDefault="00A6483F">
            <w:pPr>
              <w:jc w:val="center"/>
            </w:pPr>
            <w:r>
              <w:rPr>
                <w:sz w:val="18"/>
              </w:rPr>
              <w:t>2</w:t>
            </w:r>
          </w:p>
        </w:tc>
        <w:tc>
          <w:tcPr>
            <w:tcW w:w="3326" w:type="dxa"/>
            <w:tcMar>
              <w:top w:w="90" w:type="dxa"/>
              <w:left w:w="100" w:type="dxa"/>
              <w:bottom w:w="90" w:type="dxa"/>
              <w:right w:w="100" w:type="dxa"/>
            </w:tcMar>
            <w:vAlign w:val="center"/>
          </w:tcPr>
          <w:p w14:paraId="68283F88" w14:textId="77777777" w:rsidR="002C5E36" w:rsidRDefault="00A6483F">
            <w:r>
              <w:rPr>
                <w:sz w:val="18"/>
              </w:rPr>
              <w:t>Instansi/Kelompok/UMKM</w:t>
            </w:r>
          </w:p>
        </w:tc>
        <w:tc>
          <w:tcPr>
            <w:tcW w:w="5760" w:type="dxa"/>
            <w:tcMar>
              <w:top w:w="90" w:type="dxa"/>
              <w:left w:w="100" w:type="dxa"/>
              <w:bottom w:w="90" w:type="dxa"/>
              <w:right w:w="100" w:type="dxa"/>
            </w:tcMar>
            <w:vAlign w:val="center"/>
          </w:tcPr>
          <w:p w14:paraId="6B1A42E2" w14:textId="77777777" w:rsidR="002C5E36" w:rsidRDefault="00A6483F">
            <w:r>
              <w:rPr>
                <w:sz w:val="18"/>
              </w:rPr>
              <w:t>........................................................</w:t>
            </w:r>
          </w:p>
        </w:tc>
      </w:tr>
      <w:tr w:rsidR="002C5E36" w14:paraId="0F3456C9" w14:textId="77777777" w:rsidTr="00DD00A7">
        <w:trPr>
          <w:jc w:val="center"/>
        </w:trPr>
        <w:tc>
          <w:tcPr>
            <w:tcW w:w="788" w:type="dxa"/>
            <w:shd w:val="clear" w:color="auto" w:fill="F7FAFC"/>
            <w:tcMar>
              <w:top w:w="90" w:type="dxa"/>
              <w:left w:w="100" w:type="dxa"/>
              <w:bottom w:w="90" w:type="dxa"/>
              <w:right w:w="100" w:type="dxa"/>
            </w:tcMar>
            <w:vAlign w:val="center"/>
          </w:tcPr>
          <w:p w14:paraId="262C13F3" w14:textId="77777777" w:rsidR="002C5E36" w:rsidRDefault="00A6483F">
            <w:pPr>
              <w:jc w:val="center"/>
            </w:pPr>
            <w:r>
              <w:rPr>
                <w:sz w:val="18"/>
              </w:rPr>
              <w:t>3</w:t>
            </w:r>
          </w:p>
        </w:tc>
        <w:tc>
          <w:tcPr>
            <w:tcW w:w="3326" w:type="dxa"/>
            <w:shd w:val="clear" w:color="auto" w:fill="F7FAFC"/>
            <w:tcMar>
              <w:top w:w="90" w:type="dxa"/>
              <w:left w:w="100" w:type="dxa"/>
              <w:bottom w:w="90" w:type="dxa"/>
              <w:right w:w="100" w:type="dxa"/>
            </w:tcMar>
            <w:vAlign w:val="center"/>
          </w:tcPr>
          <w:p w14:paraId="04061DDC" w14:textId="77777777" w:rsidR="002C5E36" w:rsidRDefault="00A6483F" w:rsidP="00DD00A7">
            <w:r>
              <w:rPr>
                <w:sz w:val="18"/>
              </w:rPr>
              <w:t>Jabatan</w:t>
            </w:r>
          </w:p>
        </w:tc>
        <w:tc>
          <w:tcPr>
            <w:tcW w:w="5760" w:type="dxa"/>
            <w:shd w:val="clear" w:color="auto" w:fill="F7FAFC"/>
            <w:tcMar>
              <w:top w:w="90" w:type="dxa"/>
              <w:left w:w="100" w:type="dxa"/>
              <w:bottom w:w="90" w:type="dxa"/>
              <w:right w:w="100" w:type="dxa"/>
            </w:tcMar>
            <w:vAlign w:val="center"/>
          </w:tcPr>
          <w:p w14:paraId="79B42675" w14:textId="77777777" w:rsidR="002C5E36" w:rsidRDefault="00A6483F">
            <w:r>
              <w:rPr>
                <w:sz w:val="18"/>
              </w:rPr>
              <w:t>........................................................</w:t>
            </w:r>
          </w:p>
        </w:tc>
      </w:tr>
      <w:tr w:rsidR="002C5E36" w14:paraId="48B2C2D6" w14:textId="77777777" w:rsidTr="00DD00A7">
        <w:trPr>
          <w:jc w:val="center"/>
        </w:trPr>
        <w:tc>
          <w:tcPr>
            <w:tcW w:w="788" w:type="dxa"/>
            <w:tcMar>
              <w:top w:w="90" w:type="dxa"/>
              <w:left w:w="100" w:type="dxa"/>
              <w:bottom w:w="90" w:type="dxa"/>
              <w:right w:w="100" w:type="dxa"/>
            </w:tcMar>
            <w:vAlign w:val="center"/>
          </w:tcPr>
          <w:p w14:paraId="65F20F4B" w14:textId="77777777" w:rsidR="002C5E36" w:rsidRDefault="00A6483F">
            <w:pPr>
              <w:jc w:val="center"/>
            </w:pPr>
            <w:r>
              <w:rPr>
                <w:sz w:val="18"/>
              </w:rPr>
              <w:t>4</w:t>
            </w:r>
          </w:p>
        </w:tc>
        <w:tc>
          <w:tcPr>
            <w:tcW w:w="3326" w:type="dxa"/>
            <w:tcMar>
              <w:top w:w="90" w:type="dxa"/>
              <w:left w:w="100" w:type="dxa"/>
              <w:bottom w:w="90" w:type="dxa"/>
              <w:right w:w="100" w:type="dxa"/>
            </w:tcMar>
            <w:vAlign w:val="center"/>
          </w:tcPr>
          <w:p w14:paraId="1241ABE2" w14:textId="77777777" w:rsidR="002C5E36" w:rsidRDefault="00A6483F" w:rsidP="00DD00A7">
            <w:r>
              <w:rPr>
                <w:sz w:val="18"/>
              </w:rPr>
              <w:t>Alamat</w:t>
            </w:r>
          </w:p>
        </w:tc>
        <w:tc>
          <w:tcPr>
            <w:tcW w:w="5760" w:type="dxa"/>
            <w:tcMar>
              <w:top w:w="90" w:type="dxa"/>
              <w:left w:w="100" w:type="dxa"/>
              <w:bottom w:w="90" w:type="dxa"/>
              <w:right w:w="100" w:type="dxa"/>
            </w:tcMar>
            <w:vAlign w:val="center"/>
          </w:tcPr>
          <w:p w14:paraId="7C6BA556" w14:textId="77777777" w:rsidR="002C5E36" w:rsidRDefault="00A6483F">
            <w:r>
              <w:rPr>
                <w:sz w:val="18"/>
              </w:rPr>
              <w:t>........................................................</w:t>
            </w:r>
          </w:p>
        </w:tc>
      </w:tr>
      <w:tr w:rsidR="002C5E36" w14:paraId="4F67EA21" w14:textId="77777777" w:rsidTr="00DD00A7">
        <w:trPr>
          <w:jc w:val="center"/>
        </w:trPr>
        <w:tc>
          <w:tcPr>
            <w:tcW w:w="788" w:type="dxa"/>
            <w:shd w:val="clear" w:color="auto" w:fill="F7FAFC"/>
            <w:tcMar>
              <w:top w:w="90" w:type="dxa"/>
              <w:left w:w="100" w:type="dxa"/>
              <w:bottom w:w="90" w:type="dxa"/>
              <w:right w:w="100" w:type="dxa"/>
            </w:tcMar>
            <w:vAlign w:val="center"/>
          </w:tcPr>
          <w:p w14:paraId="0CE9697B" w14:textId="77777777" w:rsidR="002C5E36" w:rsidRDefault="00A6483F">
            <w:pPr>
              <w:jc w:val="center"/>
            </w:pPr>
            <w:r>
              <w:rPr>
                <w:sz w:val="18"/>
              </w:rPr>
              <w:t>5</w:t>
            </w:r>
          </w:p>
        </w:tc>
        <w:tc>
          <w:tcPr>
            <w:tcW w:w="3326" w:type="dxa"/>
            <w:shd w:val="clear" w:color="auto" w:fill="F7FAFC"/>
            <w:tcMar>
              <w:top w:w="90" w:type="dxa"/>
              <w:left w:w="100" w:type="dxa"/>
              <w:bottom w:w="90" w:type="dxa"/>
              <w:right w:w="100" w:type="dxa"/>
            </w:tcMar>
            <w:vAlign w:val="center"/>
          </w:tcPr>
          <w:p w14:paraId="71805013" w14:textId="77777777" w:rsidR="002C5E36" w:rsidRDefault="00A6483F">
            <w:r>
              <w:rPr>
                <w:sz w:val="18"/>
              </w:rPr>
              <w:t>Nomor HP/Email</w:t>
            </w:r>
          </w:p>
        </w:tc>
        <w:tc>
          <w:tcPr>
            <w:tcW w:w="5760" w:type="dxa"/>
            <w:shd w:val="clear" w:color="auto" w:fill="F7FAFC"/>
            <w:tcMar>
              <w:top w:w="90" w:type="dxa"/>
              <w:left w:w="100" w:type="dxa"/>
              <w:bottom w:w="90" w:type="dxa"/>
              <w:right w:w="100" w:type="dxa"/>
            </w:tcMar>
            <w:vAlign w:val="center"/>
          </w:tcPr>
          <w:p w14:paraId="628CD22D" w14:textId="77777777" w:rsidR="002C5E36" w:rsidRDefault="00A6483F">
            <w:r>
              <w:rPr>
                <w:sz w:val="18"/>
              </w:rPr>
              <w:t>........................................................</w:t>
            </w:r>
          </w:p>
        </w:tc>
      </w:tr>
    </w:tbl>
    <w:p w14:paraId="608DCF66" w14:textId="77777777" w:rsidR="002C5E36" w:rsidRDefault="002C5E36"/>
    <w:p w14:paraId="3B5A6CF9" w14:textId="77777777" w:rsidR="002C5E36" w:rsidRDefault="00A6483F">
      <w:pPr>
        <w:spacing w:line="252" w:lineRule="auto"/>
      </w:pPr>
      <w:r>
        <w:t xml:space="preserve">Dengan ini menyatakan bersedia menjadi mitra </w:t>
      </w:r>
      <w:r>
        <w:t>sasaran dalam pelaksanaan Program Pengabdian kepada Masyarakat Prodi UBT Tahun 2026 dengan judul:</w:t>
      </w:r>
    </w:p>
    <w:p w14:paraId="17135C09" w14:textId="77777777" w:rsidR="002C5E36" w:rsidRDefault="00A6483F">
      <w:pPr>
        <w:spacing w:after="40"/>
      </w:pPr>
      <w:r>
        <w:rPr>
          <w:b/>
          <w:color w:val="155D8B"/>
        </w:rPr>
        <w:t>Judul program:</w:t>
      </w:r>
    </w:p>
    <w:p w14:paraId="5CBE74FF" w14:textId="77777777" w:rsidR="002C5E36" w:rsidRDefault="00A6483F">
      <w:r>
        <w:rPr>
          <w:color w:val="787878"/>
          <w:sz w:val="20"/>
        </w:rPr>
        <w:t>........................................................................................................................</w:t>
      </w:r>
      <w:r>
        <w:br/>
      </w:r>
      <w:r>
        <w:rPr>
          <w:color w:val="787878"/>
          <w:sz w:val="20"/>
        </w:rPr>
        <w:t>......................</w:t>
      </w:r>
      <w:r>
        <w:rPr>
          <w:color w:val="787878"/>
          <w:sz w:val="20"/>
        </w:rPr>
        <w:t>..................................................................................................</w:t>
      </w:r>
    </w:p>
    <w:p w14:paraId="119B4F87" w14:textId="77777777" w:rsidR="002C5E36" w:rsidRDefault="00A6483F">
      <w:pPr>
        <w:spacing w:line="252" w:lineRule="auto"/>
      </w:pPr>
      <w:r>
        <w:t>Mitra bersedia berpartisipasi dalam perencanaan, pelaksanaan, evaluasi, penyediaan data awal, dan keberlanjutan program sesuai kesepakatan bersama tim pelaks</w:t>
      </w:r>
      <w:r>
        <w:t>ana.</w:t>
      </w:r>
    </w:p>
    <w:p w14:paraId="0E46AF4F" w14:textId="77777777" w:rsidR="002C5E36" w:rsidRDefault="00A6483F">
      <w:pPr>
        <w:jc w:val="right"/>
      </w:pPr>
      <w:r>
        <w:t>Tempat, tanggal-bulan-tahun</w:t>
      </w:r>
      <w:r>
        <w:br/>
      </w:r>
      <w:r>
        <w:br/>
      </w:r>
      <w:r>
        <w:br/>
        <w:t>Nama Mitra/Penanggung Jawab</w:t>
      </w:r>
      <w:r>
        <w:br/>
        <w:t>NIK/NIP: .................................</w:t>
      </w:r>
    </w:p>
    <w:p w14:paraId="28EF9B64" w14:textId="77777777" w:rsidR="00DD00A7" w:rsidRDefault="00DD00A7">
      <w:pPr>
        <w:spacing w:before="120"/>
        <w:rPr>
          <w:b/>
          <w:color w:val="1E9B8A"/>
          <w:sz w:val="26"/>
        </w:rPr>
      </w:pPr>
    </w:p>
    <w:p w14:paraId="43B79D7A" w14:textId="77777777" w:rsidR="00DD00A7" w:rsidRDefault="00DD00A7">
      <w:pPr>
        <w:spacing w:before="120"/>
        <w:rPr>
          <w:b/>
          <w:color w:val="1E9B8A"/>
          <w:sz w:val="26"/>
        </w:rPr>
      </w:pPr>
    </w:p>
    <w:p w14:paraId="6F4B4F0A" w14:textId="77777777" w:rsidR="00DD00A7" w:rsidRDefault="00DD00A7">
      <w:pPr>
        <w:spacing w:before="120"/>
        <w:rPr>
          <w:b/>
          <w:color w:val="1E9B8A"/>
          <w:sz w:val="26"/>
        </w:rPr>
      </w:pPr>
    </w:p>
    <w:p w14:paraId="039F4368" w14:textId="77777777" w:rsidR="00DD00A7" w:rsidRDefault="00DD00A7">
      <w:pPr>
        <w:spacing w:before="120"/>
        <w:rPr>
          <w:b/>
          <w:color w:val="1E9B8A"/>
          <w:sz w:val="26"/>
        </w:rPr>
      </w:pPr>
    </w:p>
    <w:p w14:paraId="48C02531" w14:textId="7476FE29" w:rsidR="002C5E36" w:rsidRDefault="00A6483F">
      <w:pPr>
        <w:spacing w:before="120"/>
      </w:pPr>
      <w:r>
        <w:rPr>
          <w:b/>
          <w:color w:val="1E9B8A"/>
          <w:sz w:val="26"/>
        </w:rPr>
        <w:t>Lampiran 2. Format Surat Kesediaan Sharing Dana</w:t>
      </w:r>
    </w:p>
    <w:tbl>
      <w:tblPr>
        <w:tblW w:w="0" w:type="auto"/>
        <w:jc w:val="center"/>
        <w:tblBorders>
          <w:top w:val="single" w:sz="6" w:space="0" w:color="E8A05A"/>
          <w:left w:val="single" w:sz="6" w:space="0" w:color="E8A05A"/>
          <w:bottom w:val="single" w:sz="6" w:space="0" w:color="E8A05A"/>
          <w:right w:val="single" w:sz="6" w:space="0" w:color="E8A05A"/>
          <w:insideH w:val="single" w:sz="6" w:space="0" w:color="E8A05A"/>
          <w:insideV w:val="single" w:sz="6" w:space="0" w:color="E8A05A"/>
        </w:tblBorders>
        <w:tblLayout w:type="fixed"/>
        <w:tblLook w:val="04A0" w:firstRow="1" w:lastRow="0" w:firstColumn="1" w:lastColumn="0" w:noHBand="0" w:noVBand="1"/>
      </w:tblPr>
      <w:tblGrid>
        <w:gridCol w:w="9978"/>
      </w:tblGrid>
      <w:tr w:rsidR="002C5E36" w14:paraId="61B57B2C" w14:textId="77777777">
        <w:trPr>
          <w:jc w:val="center"/>
        </w:trPr>
        <w:tc>
          <w:tcPr>
            <w:tcW w:w="9978" w:type="dxa"/>
            <w:shd w:val="clear" w:color="auto" w:fill="FFF4E6"/>
            <w:tcMar>
              <w:top w:w="120" w:type="dxa"/>
              <w:left w:w="160" w:type="dxa"/>
              <w:bottom w:w="120" w:type="dxa"/>
              <w:right w:w="160" w:type="dxa"/>
            </w:tcMar>
          </w:tcPr>
          <w:p w14:paraId="0E5FAB2F" w14:textId="77777777" w:rsidR="002C5E36" w:rsidRDefault="00A6483F">
            <w:r>
              <w:rPr>
                <w:b/>
                <w:color w:val="E8A05A"/>
                <w:sz w:val="20"/>
              </w:rPr>
              <w:t>Kapan digunakan?</w:t>
            </w:r>
          </w:p>
          <w:p w14:paraId="0736F083" w14:textId="77777777" w:rsidR="002C5E36" w:rsidRDefault="00A6483F">
            <w:r>
              <w:rPr>
                <w:color w:val="222222"/>
                <w:sz w:val="20"/>
              </w:rPr>
              <w:lastRenderedPageBreak/>
              <w:t xml:space="preserve">Lampiran ini digunakan jika terdapat mitra sharing dana atau kontribusi in-kind. </w:t>
            </w:r>
            <w:r>
              <w:rPr>
                <w:color w:val="222222"/>
                <w:sz w:val="20"/>
              </w:rPr>
              <w:t>Format mengikuti ketentuan BIMA: Times New Roman 12, spasi 1, dan bagian tanda tangan tidak boleh terpisah dari kop dan isi surat.</w:t>
            </w:r>
          </w:p>
        </w:tc>
      </w:tr>
    </w:tbl>
    <w:p w14:paraId="0A433FEC" w14:textId="77777777" w:rsidR="002C5E36" w:rsidRDefault="002C5E36"/>
    <w:p w14:paraId="50F7FAA7" w14:textId="77777777" w:rsidR="002C5E36" w:rsidRDefault="00A6483F">
      <w:pPr>
        <w:jc w:val="center"/>
      </w:pPr>
      <w:r>
        <w:rPr>
          <w:b/>
          <w:color w:val="155D8B"/>
          <w:sz w:val="22"/>
        </w:rPr>
        <w:t>&lt;KOP MITRA SASARAN/PEMERINTAH/PT&gt;</w:t>
      </w:r>
      <w:r>
        <w:rPr>
          <w:b/>
          <w:color w:val="155D8B"/>
          <w:sz w:val="22"/>
        </w:rPr>
        <w:br/>
        <w:t>SURAT KESEDIAAN SHARING DANA</w:t>
      </w:r>
      <w:r>
        <w:rPr>
          <w:b/>
          <w:color w:val="155D8B"/>
          <w:sz w:val="22"/>
        </w:rPr>
        <w:br/>
        <w:t xml:space="preserve">Surat Nomor: </w:t>
      </w:r>
      <w:r>
        <w:rPr>
          <w:b/>
          <w:color w:val="155D8B"/>
          <w:sz w:val="22"/>
        </w:rPr>
        <w:t>...........................................</w:t>
      </w:r>
    </w:p>
    <w:p w14:paraId="5457C22B" w14:textId="77777777" w:rsidR="002C5E36" w:rsidRDefault="00A6483F">
      <w:pPr>
        <w:spacing w:line="252" w:lineRule="auto"/>
      </w:pPr>
      <w:r>
        <w:t>Yang bertanda tangan di bawah ini:</w:t>
      </w:r>
    </w:p>
    <w:tbl>
      <w:tblPr>
        <w:tblStyle w:val="TableGrid"/>
        <w:tblW w:w="9821"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735"/>
        <w:gridCol w:w="3326"/>
        <w:gridCol w:w="5760"/>
      </w:tblGrid>
      <w:tr w:rsidR="002C5E36" w14:paraId="6F4F2CF3" w14:textId="77777777" w:rsidTr="00DD00A7">
        <w:trPr>
          <w:tblHeader/>
          <w:jc w:val="center"/>
        </w:trPr>
        <w:tc>
          <w:tcPr>
            <w:tcW w:w="735" w:type="dxa"/>
            <w:shd w:val="clear" w:color="auto" w:fill="155D8B"/>
            <w:tcMar>
              <w:top w:w="100" w:type="dxa"/>
              <w:left w:w="100" w:type="dxa"/>
              <w:bottom w:w="100" w:type="dxa"/>
              <w:right w:w="100" w:type="dxa"/>
            </w:tcMar>
            <w:vAlign w:val="center"/>
          </w:tcPr>
          <w:p w14:paraId="45C0BBDF" w14:textId="77777777" w:rsidR="002C5E36" w:rsidRDefault="00A6483F">
            <w:pPr>
              <w:jc w:val="center"/>
            </w:pPr>
            <w:r>
              <w:rPr>
                <w:b/>
                <w:color w:val="FFFFFF"/>
                <w:sz w:val="17"/>
              </w:rPr>
              <w:t>No</w:t>
            </w:r>
          </w:p>
        </w:tc>
        <w:tc>
          <w:tcPr>
            <w:tcW w:w="3326" w:type="dxa"/>
            <w:shd w:val="clear" w:color="auto" w:fill="155D8B"/>
            <w:tcMar>
              <w:top w:w="100" w:type="dxa"/>
              <w:left w:w="100" w:type="dxa"/>
              <w:bottom w:w="100" w:type="dxa"/>
              <w:right w:w="100" w:type="dxa"/>
            </w:tcMar>
            <w:vAlign w:val="center"/>
          </w:tcPr>
          <w:p w14:paraId="0DF42219" w14:textId="77777777" w:rsidR="002C5E36" w:rsidRDefault="00A6483F">
            <w:pPr>
              <w:jc w:val="center"/>
            </w:pPr>
            <w:r>
              <w:rPr>
                <w:b/>
                <w:color w:val="FFFFFF"/>
                <w:sz w:val="17"/>
              </w:rPr>
              <w:t>Identitas</w:t>
            </w:r>
          </w:p>
        </w:tc>
        <w:tc>
          <w:tcPr>
            <w:tcW w:w="5760" w:type="dxa"/>
            <w:shd w:val="clear" w:color="auto" w:fill="155D8B"/>
            <w:tcMar>
              <w:top w:w="100" w:type="dxa"/>
              <w:left w:w="100" w:type="dxa"/>
              <w:bottom w:w="100" w:type="dxa"/>
              <w:right w:w="100" w:type="dxa"/>
            </w:tcMar>
            <w:vAlign w:val="center"/>
          </w:tcPr>
          <w:p w14:paraId="69CCC284" w14:textId="77777777" w:rsidR="002C5E36" w:rsidRDefault="00A6483F">
            <w:pPr>
              <w:jc w:val="center"/>
            </w:pPr>
            <w:r>
              <w:rPr>
                <w:b/>
                <w:color w:val="FFFFFF"/>
                <w:sz w:val="17"/>
              </w:rPr>
              <w:t>Isian</w:t>
            </w:r>
          </w:p>
        </w:tc>
      </w:tr>
      <w:tr w:rsidR="002C5E36" w14:paraId="171FBDF9" w14:textId="77777777" w:rsidTr="00DD00A7">
        <w:trPr>
          <w:jc w:val="center"/>
        </w:trPr>
        <w:tc>
          <w:tcPr>
            <w:tcW w:w="735" w:type="dxa"/>
            <w:shd w:val="clear" w:color="auto" w:fill="F7FAFC"/>
            <w:tcMar>
              <w:top w:w="90" w:type="dxa"/>
              <w:left w:w="100" w:type="dxa"/>
              <w:bottom w:w="90" w:type="dxa"/>
              <w:right w:w="100" w:type="dxa"/>
            </w:tcMar>
            <w:vAlign w:val="center"/>
          </w:tcPr>
          <w:p w14:paraId="4B7C4ECD" w14:textId="77777777" w:rsidR="002C5E36" w:rsidRDefault="00A6483F">
            <w:pPr>
              <w:jc w:val="center"/>
            </w:pPr>
            <w:r>
              <w:rPr>
                <w:sz w:val="17"/>
              </w:rPr>
              <w:t>1</w:t>
            </w:r>
          </w:p>
        </w:tc>
        <w:tc>
          <w:tcPr>
            <w:tcW w:w="3326" w:type="dxa"/>
            <w:shd w:val="clear" w:color="auto" w:fill="F7FAFC"/>
            <w:tcMar>
              <w:top w:w="90" w:type="dxa"/>
              <w:left w:w="100" w:type="dxa"/>
              <w:bottom w:w="90" w:type="dxa"/>
              <w:right w:w="100" w:type="dxa"/>
            </w:tcMar>
            <w:vAlign w:val="center"/>
          </w:tcPr>
          <w:p w14:paraId="7AE7F74B" w14:textId="77777777" w:rsidR="002C5E36" w:rsidRDefault="00A6483F" w:rsidP="00DD00A7">
            <w:r>
              <w:rPr>
                <w:sz w:val="17"/>
              </w:rPr>
              <w:t>Nama</w:t>
            </w:r>
          </w:p>
        </w:tc>
        <w:tc>
          <w:tcPr>
            <w:tcW w:w="5760" w:type="dxa"/>
            <w:shd w:val="clear" w:color="auto" w:fill="F7FAFC"/>
            <w:tcMar>
              <w:top w:w="90" w:type="dxa"/>
              <w:left w:w="100" w:type="dxa"/>
              <w:bottom w:w="90" w:type="dxa"/>
              <w:right w:w="100" w:type="dxa"/>
            </w:tcMar>
            <w:vAlign w:val="center"/>
          </w:tcPr>
          <w:p w14:paraId="3006FCDF" w14:textId="77777777" w:rsidR="002C5E36" w:rsidRDefault="00A6483F">
            <w:r>
              <w:rPr>
                <w:sz w:val="17"/>
              </w:rPr>
              <w:t>........................................................</w:t>
            </w:r>
          </w:p>
        </w:tc>
      </w:tr>
      <w:tr w:rsidR="002C5E36" w14:paraId="404185B1" w14:textId="77777777" w:rsidTr="00DD00A7">
        <w:trPr>
          <w:jc w:val="center"/>
        </w:trPr>
        <w:tc>
          <w:tcPr>
            <w:tcW w:w="735" w:type="dxa"/>
            <w:tcMar>
              <w:top w:w="90" w:type="dxa"/>
              <w:left w:w="100" w:type="dxa"/>
              <w:bottom w:w="90" w:type="dxa"/>
              <w:right w:w="100" w:type="dxa"/>
            </w:tcMar>
            <w:vAlign w:val="center"/>
          </w:tcPr>
          <w:p w14:paraId="37C7AD75" w14:textId="77777777" w:rsidR="002C5E36" w:rsidRDefault="00A6483F">
            <w:pPr>
              <w:jc w:val="center"/>
            </w:pPr>
            <w:r>
              <w:rPr>
                <w:sz w:val="17"/>
              </w:rPr>
              <w:t>2</w:t>
            </w:r>
          </w:p>
        </w:tc>
        <w:tc>
          <w:tcPr>
            <w:tcW w:w="3326" w:type="dxa"/>
            <w:tcMar>
              <w:top w:w="90" w:type="dxa"/>
              <w:left w:w="100" w:type="dxa"/>
              <w:bottom w:w="90" w:type="dxa"/>
              <w:right w:w="100" w:type="dxa"/>
            </w:tcMar>
            <w:vAlign w:val="center"/>
          </w:tcPr>
          <w:p w14:paraId="02563D98" w14:textId="77777777" w:rsidR="002C5E36" w:rsidRDefault="00A6483F" w:rsidP="00DD00A7">
            <w:r>
              <w:rPr>
                <w:sz w:val="17"/>
              </w:rPr>
              <w:t>Instansi</w:t>
            </w:r>
          </w:p>
        </w:tc>
        <w:tc>
          <w:tcPr>
            <w:tcW w:w="5760" w:type="dxa"/>
            <w:tcMar>
              <w:top w:w="90" w:type="dxa"/>
              <w:left w:w="100" w:type="dxa"/>
              <w:bottom w:w="90" w:type="dxa"/>
              <w:right w:w="100" w:type="dxa"/>
            </w:tcMar>
            <w:vAlign w:val="center"/>
          </w:tcPr>
          <w:p w14:paraId="4185ACC3" w14:textId="77777777" w:rsidR="002C5E36" w:rsidRDefault="00A6483F">
            <w:r>
              <w:rPr>
                <w:sz w:val="17"/>
              </w:rPr>
              <w:t>........................................................</w:t>
            </w:r>
          </w:p>
        </w:tc>
      </w:tr>
      <w:tr w:rsidR="002C5E36" w14:paraId="4C2106B9" w14:textId="77777777" w:rsidTr="00DD00A7">
        <w:trPr>
          <w:jc w:val="center"/>
        </w:trPr>
        <w:tc>
          <w:tcPr>
            <w:tcW w:w="735" w:type="dxa"/>
            <w:shd w:val="clear" w:color="auto" w:fill="F7FAFC"/>
            <w:tcMar>
              <w:top w:w="90" w:type="dxa"/>
              <w:left w:w="100" w:type="dxa"/>
              <w:bottom w:w="90" w:type="dxa"/>
              <w:right w:w="100" w:type="dxa"/>
            </w:tcMar>
            <w:vAlign w:val="center"/>
          </w:tcPr>
          <w:p w14:paraId="2CB2A168" w14:textId="77777777" w:rsidR="002C5E36" w:rsidRDefault="00A6483F">
            <w:pPr>
              <w:jc w:val="center"/>
            </w:pPr>
            <w:r>
              <w:rPr>
                <w:sz w:val="17"/>
              </w:rPr>
              <w:t>3</w:t>
            </w:r>
          </w:p>
        </w:tc>
        <w:tc>
          <w:tcPr>
            <w:tcW w:w="3326" w:type="dxa"/>
            <w:shd w:val="clear" w:color="auto" w:fill="F7FAFC"/>
            <w:tcMar>
              <w:top w:w="90" w:type="dxa"/>
              <w:left w:w="100" w:type="dxa"/>
              <w:bottom w:w="90" w:type="dxa"/>
              <w:right w:w="100" w:type="dxa"/>
            </w:tcMar>
            <w:vAlign w:val="center"/>
          </w:tcPr>
          <w:p w14:paraId="5BE6DEE8" w14:textId="77777777" w:rsidR="002C5E36" w:rsidRDefault="00A6483F" w:rsidP="00DD00A7">
            <w:r>
              <w:rPr>
                <w:sz w:val="17"/>
              </w:rPr>
              <w:t>Jabatan</w:t>
            </w:r>
          </w:p>
        </w:tc>
        <w:tc>
          <w:tcPr>
            <w:tcW w:w="5760" w:type="dxa"/>
            <w:shd w:val="clear" w:color="auto" w:fill="F7FAFC"/>
            <w:tcMar>
              <w:top w:w="90" w:type="dxa"/>
              <w:left w:w="100" w:type="dxa"/>
              <w:bottom w:w="90" w:type="dxa"/>
              <w:right w:w="100" w:type="dxa"/>
            </w:tcMar>
            <w:vAlign w:val="center"/>
          </w:tcPr>
          <w:p w14:paraId="4302591A" w14:textId="77777777" w:rsidR="002C5E36" w:rsidRDefault="00A6483F">
            <w:r>
              <w:rPr>
                <w:sz w:val="17"/>
              </w:rPr>
              <w:t>........................................................</w:t>
            </w:r>
          </w:p>
        </w:tc>
      </w:tr>
      <w:tr w:rsidR="002C5E36" w14:paraId="6C66F781" w14:textId="77777777" w:rsidTr="00DD00A7">
        <w:trPr>
          <w:jc w:val="center"/>
        </w:trPr>
        <w:tc>
          <w:tcPr>
            <w:tcW w:w="735" w:type="dxa"/>
            <w:tcMar>
              <w:top w:w="90" w:type="dxa"/>
              <w:left w:w="100" w:type="dxa"/>
              <w:bottom w:w="90" w:type="dxa"/>
              <w:right w:w="100" w:type="dxa"/>
            </w:tcMar>
            <w:vAlign w:val="center"/>
          </w:tcPr>
          <w:p w14:paraId="2A0BBD9A" w14:textId="77777777" w:rsidR="002C5E36" w:rsidRDefault="00A6483F">
            <w:pPr>
              <w:jc w:val="center"/>
            </w:pPr>
            <w:r>
              <w:rPr>
                <w:sz w:val="17"/>
              </w:rPr>
              <w:t>4</w:t>
            </w:r>
          </w:p>
        </w:tc>
        <w:tc>
          <w:tcPr>
            <w:tcW w:w="3326" w:type="dxa"/>
            <w:tcMar>
              <w:top w:w="90" w:type="dxa"/>
              <w:left w:w="100" w:type="dxa"/>
              <w:bottom w:w="90" w:type="dxa"/>
              <w:right w:w="100" w:type="dxa"/>
            </w:tcMar>
            <w:vAlign w:val="center"/>
          </w:tcPr>
          <w:p w14:paraId="1F7580FC" w14:textId="77777777" w:rsidR="002C5E36" w:rsidRDefault="00A6483F" w:rsidP="00DD00A7">
            <w:r>
              <w:rPr>
                <w:sz w:val="17"/>
              </w:rPr>
              <w:t>Alamat</w:t>
            </w:r>
          </w:p>
        </w:tc>
        <w:tc>
          <w:tcPr>
            <w:tcW w:w="5760" w:type="dxa"/>
            <w:tcMar>
              <w:top w:w="90" w:type="dxa"/>
              <w:left w:w="100" w:type="dxa"/>
              <w:bottom w:w="90" w:type="dxa"/>
              <w:right w:w="100" w:type="dxa"/>
            </w:tcMar>
            <w:vAlign w:val="center"/>
          </w:tcPr>
          <w:p w14:paraId="79E1F452" w14:textId="77777777" w:rsidR="002C5E36" w:rsidRDefault="00A6483F">
            <w:r>
              <w:rPr>
                <w:sz w:val="17"/>
              </w:rPr>
              <w:t>........................................................</w:t>
            </w:r>
          </w:p>
        </w:tc>
      </w:tr>
      <w:tr w:rsidR="002C5E36" w14:paraId="5787AF39" w14:textId="77777777" w:rsidTr="00DD00A7">
        <w:trPr>
          <w:jc w:val="center"/>
        </w:trPr>
        <w:tc>
          <w:tcPr>
            <w:tcW w:w="735" w:type="dxa"/>
            <w:shd w:val="clear" w:color="auto" w:fill="F7FAFC"/>
            <w:tcMar>
              <w:top w:w="90" w:type="dxa"/>
              <w:left w:w="100" w:type="dxa"/>
              <w:bottom w:w="90" w:type="dxa"/>
              <w:right w:w="100" w:type="dxa"/>
            </w:tcMar>
            <w:vAlign w:val="center"/>
          </w:tcPr>
          <w:p w14:paraId="45320AAC" w14:textId="77777777" w:rsidR="002C5E36" w:rsidRDefault="00A6483F">
            <w:pPr>
              <w:jc w:val="center"/>
            </w:pPr>
            <w:r>
              <w:rPr>
                <w:sz w:val="17"/>
              </w:rPr>
              <w:t>5</w:t>
            </w:r>
          </w:p>
        </w:tc>
        <w:tc>
          <w:tcPr>
            <w:tcW w:w="3326" w:type="dxa"/>
            <w:shd w:val="clear" w:color="auto" w:fill="F7FAFC"/>
            <w:tcMar>
              <w:top w:w="90" w:type="dxa"/>
              <w:left w:w="100" w:type="dxa"/>
              <w:bottom w:w="90" w:type="dxa"/>
              <w:right w:w="100" w:type="dxa"/>
            </w:tcMar>
            <w:vAlign w:val="center"/>
          </w:tcPr>
          <w:p w14:paraId="2BD0373C" w14:textId="77777777" w:rsidR="002C5E36" w:rsidRDefault="00A6483F" w:rsidP="00DD00A7">
            <w:r>
              <w:rPr>
                <w:sz w:val="17"/>
              </w:rPr>
              <w:t>Nomor HP</w:t>
            </w:r>
          </w:p>
        </w:tc>
        <w:tc>
          <w:tcPr>
            <w:tcW w:w="5760" w:type="dxa"/>
            <w:shd w:val="clear" w:color="auto" w:fill="F7FAFC"/>
            <w:tcMar>
              <w:top w:w="90" w:type="dxa"/>
              <w:left w:w="100" w:type="dxa"/>
              <w:bottom w:w="90" w:type="dxa"/>
              <w:right w:w="100" w:type="dxa"/>
            </w:tcMar>
            <w:vAlign w:val="center"/>
          </w:tcPr>
          <w:p w14:paraId="6DE3CEF6" w14:textId="77777777" w:rsidR="002C5E36" w:rsidRDefault="00A6483F">
            <w:r>
              <w:rPr>
                <w:sz w:val="17"/>
              </w:rPr>
              <w:t>........................................................</w:t>
            </w:r>
          </w:p>
        </w:tc>
      </w:tr>
      <w:tr w:rsidR="002C5E36" w14:paraId="1D792BB2" w14:textId="77777777" w:rsidTr="00DD00A7">
        <w:trPr>
          <w:jc w:val="center"/>
        </w:trPr>
        <w:tc>
          <w:tcPr>
            <w:tcW w:w="735" w:type="dxa"/>
            <w:tcMar>
              <w:top w:w="90" w:type="dxa"/>
              <w:left w:w="100" w:type="dxa"/>
              <w:bottom w:w="90" w:type="dxa"/>
              <w:right w:w="100" w:type="dxa"/>
            </w:tcMar>
            <w:vAlign w:val="center"/>
          </w:tcPr>
          <w:p w14:paraId="0B5A014A" w14:textId="77777777" w:rsidR="002C5E36" w:rsidRDefault="00A6483F">
            <w:pPr>
              <w:jc w:val="center"/>
            </w:pPr>
            <w:r>
              <w:rPr>
                <w:sz w:val="17"/>
              </w:rPr>
              <w:t>6</w:t>
            </w:r>
          </w:p>
        </w:tc>
        <w:tc>
          <w:tcPr>
            <w:tcW w:w="3326" w:type="dxa"/>
            <w:tcMar>
              <w:top w:w="90" w:type="dxa"/>
              <w:left w:w="100" w:type="dxa"/>
              <w:bottom w:w="90" w:type="dxa"/>
              <w:right w:w="100" w:type="dxa"/>
            </w:tcMar>
            <w:vAlign w:val="center"/>
          </w:tcPr>
          <w:p w14:paraId="16F036B9" w14:textId="77777777" w:rsidR="002C5E36" w:rsidRDefault="00A6483F">
            <w:r>
              <w:rPr>
                <w:sz w:val="17"/>
              </w:rPr>
              <w:t>Bertindak sebagai</w:t>
            </w:r>
          </w:p>
        </w:tc>
        <w:tc>
          <w:tcPr>
            <w:tcW w:w="5760" w:type="dxa"/>
            <w:tcMar>
              <w:top w:w="90" w:type="dxa"/>
              <w:left w:w="100" w:type="dxa"/>
              <w:bottom w:w="90" w:type="dxa"/>
              <w:right w:w="100" w:type="dxa"/>
            </w:tcMar>
            <w:vAlign w:val="center"/>
          </w:tcPr>
          <w:p w14:paraId="18700B96" w14:textId="77777777" w:rsidR="002C5E36" w:rsidRDefault="00A6483F">
            <w:r>
              <w:rPr>
                <w:sz w:val="17"/>
              </w:rPr>
              <w:t>Mitra Sasaran / Mitra Pemerintah / Mitra PT / Mitra DuDi</w:t>
            </w:r>
          </w:p>
        </w:tc>
      </w:tr>
    </w:tbl>
    <w:p w14:paraId="4C8E19F7" w14:textId="77777777" w:rsidR="002C5E36" w:rsidRDefault="002C5E36"/>
    <w:p w14:paraId="0286EB75" w14:textId="77777777" w:rsidR="002C5E36" w:rsidRDefault="00A6483F">
      <w:pPr>
        <w:spacing w:line="252" w:lineRule="auto"/>
      </w:pPr>
      <w:r>
        <w:t xml:space="preserve">Dengan ini menyatakan bahwa kedua belah pihak tidak memiliki afiliasi dan hubungan kekeluargaan dan BERSEDIA </w:t>
      </w:r>
      <w:r>
        <w:t>bekerja sama serta memberikan dana padanan atas usulan Program Pengabdian kepada Masyarakat Tahun 2026 Skema .................... ruang lingkup .................... kepada:</w:t>
      </w:r>
    </w:p>
    <w:tbl>
      <w:tblPr>
        <w:tblStyle w:val="TableGrid"/>
        <w:tblW w:w="9736"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688"/>
        <w:gridCol w:w="3576"/>
        <w:gridCol w:w="5472"/>
      </w:tblGrid>
      <w:tr w:rsidR="002C5E36" w14:paraId="551B461F" w14:textId="77777777" w:rsidTr="00DD00A7">
        <w:trPr>
          <w:tblHeader/>
          <w:jc w:val="center"/>
        </w:trPr>
        <w:tc>
          <w:tcPr>
            <w:tcW w:w="688" w:type="dxa"/>
            <w:shd w:val="clear" w:color="auto" w:fill="155D8B"/>
            <w:tcMar>
              <w:top w:w="100" w:type="dxa"/>
              <w:left w:w="100" w:type="dxa"/>
              <w:bottom w:w="100" w:type="dxa"/>
              <w:right w:w="100" w:type="dxa"/>
            </w:tcMar>
            <w:vAlign w:val="center"/>
          </w:tcPr>
          <w:p w14:paraId="0D038900" w14:textId="77777777" w:rsidR="002C5E36" w:rsidRDefault="00A6483F">
            <w:pPr>
              <w:jc w:val="center"/>
            </w:pPr>
            <w:r>
              <w:rPr>
                <w:b/>
                <w:color w:val="FFFFFF"/>
                <w:sz w:val="17"/>
              </w:rPr>
              <w:t>No</w:t>
            </w:r>
          </w:p>
        </w:tc>
        <w:tc>
          <w:tcPr>
            <w:tcW w:w="3576" w:type="dxa"/>
            <w:shd w:val="clear" w:color="auto" w:fill="155D8B"/>
            <w:tcMar>
              <w:top w:w="100" w:type="dxa"/>
              <w:left w:w="100" w:type="dxa"/>
              <w:bottom w:w="100" w:type="dxa"/>
              <w:right w:w="100" w:type="dxa"/>
            </w:tcMar>
            <w:vAlign w:val="center"/>
          </w:tcPr>
          <w:p w14:paraId="5BAB7FE5" w14:textId="77777777" w:rsidR="002C5E36" w:rsidRDefault="00A6483F">
            <w:pPr>
              <w:jc w:val="center"/>
            </w:pPr>
            <w:r>
              <w:rPr>
                <w:b/>
                <w:color w:val="FFFFFF"/>
                <w:sz w:val="17"/>
              </w:rPr>
              <w:t>Komponen</w:t>
            </w:r>
          </w:p>
        </w:tc>
        <w:tc>
          <w:tcPr>
            <w:tcW w:w="5472" w:type="dxa"/>
            <w:shd w:val="clear" w:color="auto" w:fill="155D8B"/>
            <w:tcMar>
              <w:top w:w="100" w:type="dxa"/>
              <w:left w:w="100" w:type="dxa"/>
              <w:bottom w:w="100" w:type="dxa"/>
              <w:right w:w="100" w:type="dxa"/>
            </w:tcMar>
            <w:vAlign w:val="center"/>
          </w:tcPr>
          <w:p w14:paraId="5D565C2E" w14:textId="77777777" w:rsidR="002C5E36" w:rsidRDefault="00A6483F">
            <w:pPr>
              <w:jc w:val="center"/>
            </w:pPr>
            <w:r>
              <w:rPr>
                <w:b/>
                <w:color w:val="FFFFFF"/>
                <w:sz w:val="17"/>
              </w:rPr>
              <w:t>Isian</w:t>
            </w:r>
          </w:p>
        </w:tc>
      </w:tr>
      <w:tr w:rsidR="002C5E36" w14:paraId="60F65E9A" w14:textId="77777777" w:rsidTr="00DD00A7">
        <w:trPr>
          <w:jc w:val="center"/>
        </w:trPr>
        <w:tc>
          <w:tcPr>
            <w:tcW w:w="688" w:type="dxa"/>
            <w:shd w:val="clear" w:color="auto" w:fill="F7FAFC"/>
            <w:tcMar>
              <w:top w:w="90" w:type="dxa"/>
              <w:left w:w="100" w:type="dxa"/>
              <w:bottom w:w="90" w:type="dxa"/>
              <w:right w:w="100" w:type="dxa"/>
            </w:tcMar>
            <w:vAlign w:val="center"/>
          </w:tcPr>
          <w:p w14:paraId="125E054E" w14:textId="77777777" w:rsidR="002C5E36" w:rsidRDefault="00A6483F">
            <w:pPr>
              <w:jc w:val="center"/>
            </w:pPr>
            <w:r>
              <w:rPr>
                <w:sz w:val="17"/>
              </w:rPr>
              <w:t>1</w:t>
            </w:r>
          </w:p>
        </w:tc>
        <w:tc>
          <w:tcPr>
            <w:tcW w:w="3576" w:type="dxa"/>
            <w:shd w:val="clear" w:color="auto" w:fill="F7FAFC"/>
            <w:tcMar>
              <w:top w:w="90" w:type="dxa"/>
              <w:left w:w="100" w:type="dxa"/>
              <w:bottom w:w="90" w:type="dxa"/>
              <w:right w:w="100" w:type="dxa"/>
            </w:tcMar>
            <w:vAlign w:val="center"/>
          </w:tcPr>
          <w:p w14:paraId="3BFE4658" w14:textId="77777777" w:rsidR="002C5E36" w:rsidRDefault="00A6483F">
            <w:r>
              <w:rPr>
                <w:sz w:val="17"/>
              </w:rPr>
              <w:t>Nama Dosen Pelaksana</w:t>
            </w:r>
          </w:p>
        </w:tc>
        <w:tc>
          <w:tcPr>
            <w:tcW w:w="5472" w:type="dxa"/>
            <w:shd w:val="clear" w:color="auto" w:fill="F7FAFC"/>
            <w:tcMar>
              <w:top w:w="90" w:type="dxa"/>
              <w:left w:w="100" w:type="dxa"/>
              <w:bottom w:w="90" w:type="dxa"/>
              <w:right w:w="100" w:type="dxa"/>
            </w:tcMar>
            <w:vAlign w:val="center"/>
          </w:tcPr>
          <w:p w14:paraId="24DD82F9" w14:textId="77777777" w:rsidR="002C5E36" w:rsidRDefault="00A6483F">
            <w:r>
              <w:rPr>
                <w:sz w:val="17"/>
              </w:rPr>
              <w:t>........................................................</w:t>
            </w:r>
          </w:p>
        </w:tc>
      </w:tr>
      <w:tr w:rsidR="002C5E36" w14:paraId="4396D4B3" w14:textId="77777777" w:rsidTr="00DD00A7">
        <w:trPr>
          <w:jc w:val="center"/>
        </w:trPr>
        <w:tc>
          <w:tcPr>
            <w:tcW w:w="688" w:type="dxa"/>
            <w:tcMar>
              <w:top w:w="90" w:type="dxa"/>
              <w:left w:w="100" w:type="dxa"/>
              <w:bottom w:w="90" w:type="dxa"/>
              <w:right w:w="100" w:type="dxa"/>
            </w:tcMar>
            <w:vAlign w:val="center"/>
          </w:tcPr>
          <w:p w14:paraId="6698131C" w14:textId="77777777" w:rsidR="002C5E36" w:rsidRDefault="00A6483F">
            <w:pPr>
              <w:jc w:val="center"/>
            </w:pPr>
            <w:r>
              <w:rPr>
                <w:sz w:val="17"/>
              </w:rPr>
              <w:t>2</w:t>
            </w:r>
          </w:p>
        </w:tc>
        <w:tc>
          <w:tcPr>
            <w:tcW w:w="3576" w:type="dxa"/>
            <w:tcMar>
              <w:top w:w="90" w:type="dxa"/>
              <w:left w:w="100" w:type="dxa"/>
              <w:bottom w:w="90" w:type="dxa"/>
              <w:right w:w="100" w:type="dxa"/>
            </w:tcMar>
            <w:vAlign w:val="center"/>
          </w:tcPr>
          <w:p w14:paraId="7321F8DA" w14:textId="77777777" w:rsidR="002C5E36" w:rsidRDefault="00A6483F">
            <w:r>
              <w:rPr>
                <w:sz w:val="17"/>
              </w:rPr>
              <w:t>Institusi Pelaksana</w:t>
            </w:r>
          </w:p>
        </w:tc>
        <w:tc>
          <w:tcPr>
            <w:tcW w:w="5472" w:type="dxa"/>
            <w:tcMar>
              <w:top w:w="90" w:type="dxa"/>
              <w:left w:w="100" w:type="dxa"/>
              <w:bottom w:w="90" w:type="dxa"/>
              <w:right w:w="100" w:type="dxa"/>
            </w:tcMar>
            <w:vAlign w:val="center"/>
          </w:tcPr>
          <w:p w14:paraId="7954C1AC" w14:textId="77777777" w:rsidR="002C5E36" w:rsidRDefault="00A6483F">
            <w:r>
              <w:rPr>
                <w:sz w:val="17"/>
              </w:rPr>
              <w:t>Universitas Borneo Tarakan</w:t>
            </w:r>
          </w:p>
        </w:tc>
      </w:tr>
      <w:tr w:rsidR="002C5E36" w14:paraId="27C40FDE" w14:textId="77777777" w:rsidTr="00DD00A7">
        <w:trPr>
          <w:jc w:val="center"/>
        </w:trPr>
        <w:tc>
          <w:tcPr>
            <w:tcW w:w="688" w:type="dxa"/>
            <w:shd w:val="clear" w:color="auto" w:fill="F7FAFC"/>
            <w:tcMar>
              <w:top w:w="90" w:type="dxa"/>
              <w:left w:w="100" w:type="dxa"/>
              <w:bottom w:w="90" w:type="dxa"/>
              <w:right w:w="100" w:type="dxa"/>
            </w:tcMar>
            <w:vAlign w:val="center"/>
          </w:tcPr>
          <w:p w14:paraId="0C6AC28E" w14:textId="77777777" w:rsidR="002C5E36" w:rsidRDefault="00A6483F">
            <w:pPr>
              <w:jc w:val="center"/>
            </w:pPr>
            <w:r>
              <w:rPr>
                <w:sz w:val="17"/>
              </w:rPr>
              <w:t>3</w:t>
            </w:r>
          </w:p>
        </w:tc>
        <w:tc>
          <w:tcPr>
            <w:tcW w:w="3576" w:type="dxa"/>
            <w:shd w:val="clear" w:color="auto" w:fill="F7FAFC"/>
            <w:tcMar>
              <w:top w:w="90" w:type="dxa"/>
              <w:left w:w="100" w:type="dxa"/>
              <w:bottom w:w="90" w:type="dxa"/>
              <w:right w:w="100" w:type="dxa"/>
            </w:tcMar>
            <w:vAlign w:val="center"/>
          </w:tcPr>
          <w:p w14:paraId="76B667CC" w14:textId="77777777" w:rsidR="002C5E36" w:rsidRDefault="00A6483F">
            <w:r>
              <w:rPr>
                <w:sz w:val="17"/>
              </w:rPr>
              <w:t>Judul Program Usulan</w:t>
            </w:r>
          </w:p>
        </w:tc>
        <w:tc>
          <w:tcPr>
            <w:tcW w:w="5472" w:type="dxa"/>
            <w:shd w:val="clear" w:color="auto" w:fill="F7FAFC"/>
            <w:tcMar>
              <w:top w:w="90" w:type="dxa"/>
              <w:left w:w="100" w:type="dxa"/>
              <w:bottom w:w="90" w:type="dxa"/>
              <w:right w:w="100" w:type="dxa"/>
            </w:tcMar>
            <w:vAlign w:val="center"/>
          </w:tcPr>
          <w:p w14:paraId="4EB8EF60" w14:textId="77777777" w:rsidR="002C5E36" w:rsidRDefault="00A6483F">
            <w:r>
              <w:rPr>
                <w:sz w:val="17"/>
              </w:rPr>
              <w:t>........................................................</w:t>
            </w:r>
          </w:p>
        </w:tc>
      </w:tr>
      <w:tr w:rsidR="002C5E36" w14:paraId="015972FE" w14:textId="77777777" w:rsidTr="00DD00A7">
        <w:trPr>
          <w:jc w:val="center"/>
        </w:trPr>
        <w:tc>
          <w:tcPr>
            <w:tcW w:w="688" w:type="dxa"/>
            <w:tcMar>
              <w:top w:w="90" w:type="dxa"/>
              <w:left w:w="100" w:type="dxa"/>
              <w:bottom w:w="90" w:type="dxa"/>
              <w:right w:w="100" w:type="dxa"/>
            </w:tcMar>
            <w:vAlign w:val="center"/>
          </w:tcPr>
          <w:p w14:paraId="27A170E5" w14:textId="77777777" w:rsidR="002C5E36" w:rsidRDefault="00A6483F">
            <w:pPr>
              <w:jc w:val="center"/>
            </w:pPr>
            <w:r>
              <w:rPr>
                <w:sz w:val="17"/>
              </w:rPr>
              <w:t>4</w:t>
            </w:r>
          </w:p>
        </w:tc>
        <w:tc>
          <w:tcPr>
            <w:tcW w:w="3576" w:type="dxa"/>
            <w:tcMar>
              <w:top w:w="90" w:type="dxa"/>
              <w:left w:w="100" w:type="dxa"/>
              <w:bottom w:w="90" w:type="dxa"/>
              <w:right w:w="100" w:type="dxa"/>
            </w:tcMar>
            <w:vAlign w:val="center"/>
          </w:tcPr>
          <w:p w14:paraId="7774D256" w14:textId="77777777" w:rsidR="002C5E36" w:rsidRDefault="00A6483F">
            <w:r>
              <w:rPr>
                <w:sz w:val="17"/>
              </w:rPr>
              <w:t>Dana Padanan dari Mitra (tunai)</w:t>
            </w:r>
          </w:p>
        </w:tc>
        <w:tc>
          <w:tcPr>
            <w:tcW w:w="5472" w:type="dxa"/>
            <w:tcMar>
              <w:top w:w="90" w:type="dxa"/>
              <w:left w:w="100" w:type="dxa"/>
              <w:bottom w:w="90" w:type="dxa"/>
              <w:right w:w="100" w:type="dxa"/>
            </w:tcMar>
            <w:vAlign w:val="center"/>
          </w:tcPr>
          <w:p w14:paraId="57B62294" w14:textId="77777777" w:rsidR="002C5E36" w:rsidRDefault="00A6483F">
            <w:r>
              <w:rPr>
                <w:sz w:val="17"/>
              </w:rPr>
              <w:t xml:space="preserve">Rp </w:t>
            </w:r>
            <w:r>
              <w:rPr>
                <w:sz w:val="17"/>
              </w:rPr>
              <w:t>................................................</w:t>
            </w:r>
          </w:p>
        </w:tc>
      </w:tr>
      <w:tr w:rsidR="002C5E36" w14:paraId="3CED5510" w14:textId="77777777" w:rsidTr="00DD00A7">
        <w:trPr>
          <w:jc w:val="center"/>
        </w:trPr>
        <w:tc>
          <w:tcPr>
            <w:tcW w:w="688" w:type="dxa"/>
            <w:shd w:val="clear" w:color="auto" w:fill="F7FAFC"/>
            <w:tcMar>
              <w:top w:w="90" w:type="dxa"/>
              <w:left w:w="100" w:type="dxa"/>
              <w:bottom w:w="90" w:type="dxa"/>
              <w:right w:w="100" w:type="dxa"/>
            </w:tcMar>
            <w:vAlign w:val="center"/>
          </w:tcPr>
          <w:p w14:paraId="5F9D2AFA" w14:textId="77777777" w:rsidR="002C5E36" w:rsidRDefault="00A6483F">
            <w:pPr>
              <w:jc w:val="center"/>
            </w:pPr>
            <w:r>
              <w:rPr>
                <w:sz w:val="17"/>
              </w:rPr>
              <w:t>5</w:t>
            </w:r>
          </w:p>
        </w:tc>
        <w:tc>
          <w:tcPr>
            <w:tcW w:w="3576" w:type="dxa"/>
            <w:shd w:val="clear" w:color="auto" w:fill="F7FAFC"/>
            <w:tcMar>
              <w:top w:w="90" w:type="dxa"/>
              <w:left w:w="100" w:type="dxa"/>
              <w:bottom w:w="90" w:type="dxa"/>
              <w:right w:w="100" w:type="dxa"/>
            </w:tcMar>
            <w:vAlign w:val="center"/>
          </w:tcPr>
          <w:p w14:paraId="2B869536" w14:textId="77777777" w:rsidR="002C5E36" w:rsidRDefault="00A6483F">
            <w:r>
              <w:rPr>
                <w:sz w:val="17"/>
              </w:rPr>
              <w:t>Dana Padanan dari Mitra (in-kind)</w:t>
            </w:r>
          </w:p>
        </w:tc>
        <w:tc>
          <w:tcPr>
            <w:tcW w:w="5472" w:type="dxa"/>
            <w:shd w:val="clear" w:color="auto" w:fill="F7FAFC"/>
            <w:tcMar>
              <w:top w:w="90" w:type="dxa"/>
              <w:left w:w="100" w:type="dxa"/>
              <w:bottom w:w="90" w:type="dxa"/>
              <w:right w:w="100" w:type="dxa"/>
            </w:tcMar>
            <w:vAlign w:val="center"/>
          </w:tcPr>
          <w:p w14:paraId="6516F622" w14:textId="77777777" w:rsidR="002C5E36" w:rsidRDefault="00A6483F">
            <w:r>
              <w:rPr>
                <w:sz w:val="17"/>
              </w:rPr>
              <w:t>Rp ................................................</w:t>
            </w:r>
          </w:p>
        </w:tc>
      </w:tr>
    </w:tbl>
    <w:p w14:paraId="77E51110" w14:textId="77777777" w:rsidR="002C5E36" w:rsidRDefault="002C5E36"/>
    <w:p w14:paraId="29CC933E" w14:textId="77777777" w:rsidR="002C5E36" w:rsidRDefault="00A6483F">
      <w:pPr>
        <w:spacing w:after="40"/>
      </w:pPr>
      <w:r>
        <w:rPr>
          <w:b/>
          <w:color w:val="155D8B"/>
        </w:rPr>
        <w:t>Dengan peruntukan dana padanan sebagai berikut:</w:t>
      </w:r>
    </w:p>
    <w:tbl>
      <w:tblPr>
        <w:tblStyle w:val="TableGrid"/>
        <w:tblW w:w="10188"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580"/>
        <w:gridCol w:w="3024"/>
        <w:gridCol w:w="1996"/>
        <w:gridCol w:w="1996"/>
        <w:gridCol w:w="2592"/>
      </w:tblGrid>
      <w:tr w:rsidR="002C5E36" w14:paraId="0B5F69FE" w14:textId="77777777" w:rsidTr="00DD00A7">
        <w:trPr>
          <w:tblHeader/>
          <w:jc w:val="center"/>
        </w:trPr>
        <w:tc>
          <w:tcPr>
            <w:tcW w:w="580" w:type="dxa"/>
            <w:shd w:val="clear" w:color="auto" w:fill="1E9B8A"/>
            <w:tcMar>
              <w:top w:w="100" w:type="dxa"/>
              <w:left w:w="100" w:type="dxa"/>
              <w:bottom w:w="100" w:type="dxa"/>
              <w:right w:w="100" w:type="dxa"/>
            </w:tcMar>
            <w:vAlign w:val="center"/>
          </w:tcPr>
          <w:p w14:paraId="283971E3" w14:textId="77777777" w:rsidR="002C5E36" w:rsidRDefault="00A6483F">
            <w:pPr>
              <w:jc w:val="center"/>
            </w:pPr>
            <w:r>
              <w:rPr>
                <w:b/>
                <w:color w:val="FFFFFF"/>
                <w:sz w:val="16"/>
              </w:rPr>
              <w:t>No</w:t>
            </w:r>
          </w:p>
        </w:tc>
        <w:tc>
          <w:tcPr>
            <w:tcW w:w="3024" w:type="dxa"/>
            <w:shd w:val="clear" w:color="auto" w:fill="1E9B8A"/>
            <w:tcMar>
              <w:top w:w="100" w:type="dxa"/>
              <w:left w:w="100" w:type="dxa"/>
              <w:bottom w:w="100" w:type="dxa"/>
              <w:right w:w="100" w:type="dxa"/>
            </w:tcMar>
            <w:vAlign w:val="center"/>
          </w:tcPr>
          <w:p w14:paraId="3ED2EC6E" w14:textId="77777777" w:rsidR="002C5E36" w:rsidRDefault="00A6483F">
            <w:pPr>
              <w:jc w:val="center"/>
            </w:pPr>
            <w:r>
              <w:rPr>
                <w:b/>
                <w:color w:val="FFFFFF"/>
                <w:sz w:val="16"/>
              </w:rPr>
              <w:t>Komponen Pembiayaan</w:t>
            </w:r>
          </w:p>
        </w:tc>
        <w:tc>
          <w:tcPr>
            <w:tcW w:w="1996" w:type="dxa"/>
            <w:shd w:val="clear" w:color="auto" w:fill="1E9B8A"/>
            <w:tcMar>
              <w:top w:w="100" w:type="dxa"/>
              <w:left w:w="100" w:type="dxa"/>
              <w:bottom w:w="100" w:type="dxa"/>
              <w:right w:w="100" w:type="dxa"/>
            </w:tcMar>
            <w:vAlign w:val="center"/>
          </w:tcPr>
          <w:p w14:paraId="3CC4FF12" w14:textId="77777777" w:rsidR="002C5E36" w:rsidRDefault="00A6483F">
            <w:pPr>
              <w:jc w:val="center"/>
            </w:pPr>
            <w:r>
              <w:rPr>
                <w:b/>
                <w:color w:val="FFFFFF"/>
                <w:sz w:val="16"/>
              </w:rPr>
              <w:t>Dana Tunai</w:t>
            </w:r>
          </w:p>
        </w:tc>
        <w:tc>
          <w:tcPr>
            <w:tcW w:w="1996" w:type="dxa"/>
            <w:shd w:val="clear" w:color="auto" w:fill="1E9B8A"/>
            <w:tcMar>
              <w:top w:w="100" w:type="dxa"/>
              <w:left w:w="100" w:type="dxa"/>
              <w:bottom w:w="100" w:type="dxa"/>
              <w:right w:w="100" w:type="dxa"/>
            </w:tcMar>
            <w:vAlign w:val="center"/>
          </w:tcPr>
          <w:p w14:paraId="6C7A1779" w14:textId="77777777" w:rsidR="002C5E36" w:rsidRDefault="00A6483F">
            <w:pPr>
              <w:jc w:val="center"/>
            </w:pPr>
            <w:r>
              <w:rPr>
                <w:b/>
                <w:color w:val="FFFFFF"/>
                <w:sz w:val="16"/>
              </w:rPr>
              <w:t>In-kind</w:t>
            </w:r>
          </w:p>
        </w:tc>
        <w:tc>
          <w:tcPr>
            <w:tcW w:w="2592" w:type="dxa"/>
            <w:shd w:val="clear" w:color="auto" w:fill="1E9B8A"/>
            <w:tcMar>
              <w:top w:w="100" w:type="dxa"/>
              <w:left w:w="100" w:type="dxa"/>
              <w:bottom w:w="100" w:type="dxa"/>
              <w:right w:w="100" w:type="dxa"/>
            </w:tcMar>
            <w:vAlign w:val="center"/>
          </w:tcPr>
          <w:p w14:paraId="22E3772B" w14:textId="77777777" w:rsidR="002C5E36" w:rsidRDefault="00A6483F">
            <w:pPr>
              <w:jc w:val="center"/>
            </w:pPr>
            <w:r>
              <w:rPr>
                <w:b/>
                <w:color w:val="FFFFFF"/>
                <w:sz w:val="16"/>
              </w:rPr>
              <w:t>Peruntukan Bantuan</w:t>
            </w:r>
          </w:p>
        </w:tc>
      </w:tr>
      <w:tr w:rsidR="002C5E36" w14:paraId="15E7CF14" w14:textId="77777777" w:rsidTr="00DD00A7">
        <w:trPr>
          <w:jc w:val="center"/>
        </w:trPr>
        <w:tc>
          <w:tcPr>
            <w:tcW w:w="580" w:type="dxa"/>
            <w:shd w:val="clear" w:color="auto" w:fill="F7FAFC"/>
            <w:tcMar>
              <w:top w:w="90" w:type="dxa"/>
              <w:left w:w="100" w:type="dxa"/>
              <w:bottom w:w="90" w:type="dxa"/>
              <w:right w:w="100" w:type="dxa"/>
            </w:tcMar>
            <w:vAlign w:val="center"/>
          </w:tcPr>
          <w:p w14:paraId="6671DFAE" w14:textId="77777777" w:rsidR="002C5E36" w:rsidRDefault="00A6483F">
            <w:pPr>
              <w:jc w:val="center"/>
            </w:pPr>
            <w:r>
              <w:rPr>
                <w:sz w:val="16"/>
              </w:rPr>
              <w:t>1</w:t>
            </w:r>
          </w:p>
        </w:tc>
        <w:tc>
          <w:tcPr>
            <w:tcW w:w="3024" w:type="dxa"/>
            <w:shd w:val="clear" w:color="auto" w:fill="F7FAFC"/>
            <w:tcMar>
              <w:top w:w="90" w:type="dxa"/>
              <w:left w:w="100" w:type="dxa"/>
              <w:bottom w:w="90" w:type="dxa"/>
              <w:right w:w="100" w:type="dxa"/>
            </w:tcMar>
            <w:vAlign w:val="center"/>
          </w:tcPr>
          <w:p w14:paraId="399F0F12" w14:textId="77777777" w:rsidR="002C5E36" w:rsidRDefault="00A6483F">
            <w:pPr>
              <w:jc w:val="center"/>
            </w:pPr>
            <w:r>
              <w:rPr>
                <w:sz w:val="16"/>
              </w:rPr>
              <w:t>[Isi]</w:t>
            </w:r>
          </w:p>
        </w:tc>
        <w:tc>
          <w:tcPr>
            <w:tcW w:w="1996" w:type="dxa"/>
            <w:shd w:val="clear" w:color="auto" w:fill="F7FAFC"/>
            <w:tcMar>
              <w:top w:w="90" w:type="dxa"/>
              <w:left w:w="100" w:type="dxa"/>
              <w:bottom w:w="90" w:type="dxa"/>
              <w:right w:w="100" w:type="dxa"/>
            </w:tcMar>
            <w:vAlign w:val="center"/>
          </w:tcPr>
          <w:p w14:paraId="2611FEDB" w14:textId="77777777" w:rsidR="002C5E36" w:rsidRDefault="00A6483F">
            <w:pPr>
              <w:jc w:val="center"/>
            </w:pPr>
            <w:r>
              <w:rPr>
                <w:sz w:val="16"/>
              </w:rPr>
              <w:t>[Isi]</w:t>
            </w:r>
          </w:p>
        </w:tc>
        <w:tc>
          <w:tcPr>
            <w:tcW w:w="1996" w:type="dxa"/>
            <w:shd w:val="clear" w:color="auto" w:fill="F7FAFC"/>
            <w:tcMar>
              <w:top w:w="90" w:type="dxa"/>
              <w:left w:w="100" w:type="dxa"/>
              <w:bottom w:w="90" w:type="dxa"/>
              <w:right w:w="100" w:type="dxa"/>
            </w:tcMar>
            <w:vAlign w:val="center"/>
          </w:tcPr>
          <w:p w14:paraId="1B6ADED1" w14:textId="77777777" w:rsidR="002C5E36" w:rsidRDefault="00A6483F">
            <w:pPr>
              <w:jc w:val="center"/>
            </w:pPr>
            <w:r>
              <w:rPr>
                <w:sz w:val="16"/>
              </w:rPr>
              <w:t>[Isi]</w:t>
            </w:r>
          </w:p>
        </w:tc>
        <w:tc>
          <w:tcPr>
            <w:tcW w:w="2592" w:type="dxa"/>
            <w:shd w:val="clear" w:color="auto" w:fill="F7FAFC"/>
            <w:tcMar>
              <w:top w:w="90" w:type="dxa"/>
              <w:left w:w="100" w:type="dxa"/>
              <w:bottom w:w="90" w:type="dxa"/>
              <w:right w:w="100" w:type="dxa"/>
            </w:tcMar>
            <w:vAlign w:val="center"/>
          </w:tcPr>
          <w:p w14:paraId="6DF2C7CC" w14:textId="77777777" w:rsidR="002C5E36" w:rsidRDefault="00A6483F">
            <w:pPr>
              <w:jc w:val="center"/>
            </w:pPr>
            <w:r>
              <w:rPr>
                <w:sz w:val="16"/>
              </w:rPr>
              <w:t>[Isi]</w:t>
            </w:r>
          </w:p>
        </w:tc>
      </w:tr>
      <w:tr w:rsidR="002C5E36" w14:paraId="5CD84A9E" w14:textId="77777777" w:rsidTr="00DD00A7">
        <w:trPr>
          <w:jc w:val="center"/>
        </w:trPr>
        <w:tc>
          <w:tcPr>
            <w:tcW w:w="580" w:type="dxa"/>
            <w:tcMar>
              <w:top w:w="90" w:type="dxa"/>
              <w:left w:w="100" w:type="dxa"/>
              <w:bottom w:w="90" w:type="dxa"/>
              <w:right w:w="100" w:type="dxa"/>
            </w:tcMar>
            <w:vAlign w:val="center"/>
          </w:tcPr>
          <w:p w14:paraId="78FFF061" w14:textId="77777777" w:rsidR="002C5E36" w:rsidRDefault="00A6483F">
            <w:pPr>
              <w:jc w:val="center"/>
            </w:pPr>
            <w:r>
              <w:rPr>
                <w:sz w:val="16"/>
              </w:rPr>
              <w:t>2</w:t>
            </w:r>
          </w:p>
        </w:tc>
        <w:tc>
          <w:tcPr>
            <w:tcW w:w="3024" w:type="dxa"/>
            <w:tcMar>
              <w:top w:w="90" w:type="dxa"/>
              <w:left w:w="100" w:type="dxa"/>
              <w:bottom w:w="90" w:type="dxa"/>
              <w:right w:w="100" w:type="dxa"/>
            </w:tcMar>
            <w:vAlign w:val="center"/>
          </w:tcPr>
          <w:p w14:paraId="0DB5A956" w14:textId="77777777" w:rsidR="002C5E36" w:rsidRDefault="00A6483F">
            <w:pPr>
              <w:jc w:val="center"/>
            </w:pPr>
            <w:r>
              <w:rPr>
                <w:sz w:val="16"/>
              </w:rPr>
              <w:t>[Isi]</w:t>
            </w:r>
          </w:p>
        </w:tc>
        <w:tc>
          <w:tcPr>
            <w:tcW w:w="1996" w:type="dxa"/>
            <w:tcMar>
              <w:top w:w="90" w:type="dxa"/>
              <w:left w:w="100" w:type="dxa"/>
              <w:bottom w:w="90" w:type="dxa"/>
              <w:right w:w="100" w:type="dxa"/>
            </w:tcMar>
            <w:vAlign w:val="center"/>
          </w:tcPr>
          <w:p w14:paraId="0D2DF188" w14:textId="77777777" w:rsidR="002C5E36" w:rsidRDefault="00A6483F">
            <w:pPr>
              <w:jc w:val="center"/>
            </w:pPr>
            <w:r>
              <w:rPr>
                <w:sz w:val="16"/>
              </w:rPr>
              <w:t>[Isi]</w:t>
            </w:r>
          </w:p>
        </w:tc>
        <w:tc>
          <w:tcPr>
            <w:tcW w:w="1996" w:type="dxa"/>
            <w:tcMar>
              <w:top w:w="90" w:type="dxa"/>
              <w:left w:w="100" w:type="dxa"/>
              <w:bottom w:w="90" w:type="dxa"/>
              <w:right w:w="100" w:type="dxa"/>
            </w:tcMar>
            <w:vAlign w:val="center"/>
          </w:tcPr>
          <w:p w14:paraId="3697A51B" w14:textId="77777777" w:rsidR="002C5E36" w:rsidRDefault="00A6483F">
            <w:pPr>
              <w:jc w:val="center"/>
            </w:pPr>
            <w:r>
              <w:rPr>
                <w:sz w:val="16"/>
              </w:rPr>
              <w:t>[Isi]</w:t>
            </w:r>
          </w:p>
        </w:tc>
        <w:tc>
          <w:tcPr>
            <w:tcW w:w="2592" w:type="dxa"/>
            <w:tcMar>
              <w:top w:w="90" w:type="dxa"/>
              <w:left w:w="100" w:type="dxa"/>
              <w:bottom w:w="90" w:type="dxa"/>
              <w:right w:w="100" w:type="dxa"/>
            </w:tcMar>
            <w:vAlign w:val="center"/>
          </w:tcPr>
          <w:p w14:paraId="72A5C736" w14:textId="77777777" w:rsidR="002C5E36" w:rsidRDefault="00A6483F">
            <w:pPr>
              <w:jc w:val="center"/>
            </w:pPr>
            <w:r>
              <w:rPr>
                <w:sz w:val="16"/>
              </w:rPr>
              <w:t>[Isi]</w:t>
            </w:r>
          </w:p>
        </w:tc>
      </w:tr>
      <w:tr w:rsidR="002C5E36" w14:paraId="77C37D44" w14:textId="77777777" w:rsidTr="00DD00A7">
        <w:trPr>
          <w:jc w:val="center"/>
        </w:trPr>
        <w:tc>
          <w:tcPr>
            <w:tcW w:w="580" w:type="dxa"/>
            <w:shd w:val="clear" w:color="auto" w:fill="F7FAFC"/>
            <w:tcMar>
              <w:top w:w="90" w:type="dxa"/>
              <w:left w:w="100" w:type="dxa"/>
              <w:bottom w:w="90" w:type="dxa"/>
              <w:right w:w="100" w:type="dxa"/>
            </w:tcMar>
            <w:vAlign w:val="center"/>
          </w:tcPr>
          <w:p w14:paraId="70B36DBB" w14:textId="77777777" w:rsidR="002C5E36" w:rsidRDefault="00A6483F">
            <w:pPr>
              <w:jc w:val="center"/>
            </w:pPr>
            <w:r>
              <w:rPr>
                <w:sz w:val="16"/>
              </w:rPr>
              <w:t>3</w:t>
            </w:r>
          </w:p>
        </w:tc>
        <w:tc>
          <w:tcPr>
            <w:tcW w:w="3024" w:type="dxa"/>
            <w:shd w:val="clear" w:color="auto" w:fill="F7FAFC"/>
            <w:tcMar>
              <w:top w:w="90" w:type="dxa"/>
              <w:left w:w="100" w:type="dxa"/>
              <w:bottom w:w="90" w:type="dxa"/>
              <w:right w:w="100" w:type="dxa"/>
            </w:tcMar>
            <w:vAlign w:val="center"/>
          </w:tcPr>
          <w:p w14:paraId="2E859313" w14:textId="77777777" w:rsidR="002C5E36" w:rsidRDefault="00A6483F">
            <w:pPr>
              <w:jc w:val="center"/>
            </w:pPr>
            <w:r>
              <w:rPr>
                <w:sz w:val="16"/>
              </w:rPr>
              <w:t>[Isi]</w:t>
            </w:r>
          </w:p>
        </w:tc>
        <w:tc>
          <w:tcPr>
            <w:tcW w:w="1996" w:type="dxa"/>
            <w:shd w:val="clear" w:color="auto" w:fill="F7FAFC"/>
            <w:tcMar>
              <w:top w:w="90" w:type="dxa"/>
              <w:left w:w="100" w:type="dxa"/>
              <w:bottom w:w="90" w:type="dxa"/>
              <w:right w:w="100" w:type="dxa"/>
            </w:tcMar>
            <w:vAlign w:val="center"/>
          </w:tcPr>
          <w:p w14:paraId="5568085B" w14:textId="77777777" w:rsidR="002C5E36" w:rsidRDefault="00A6483F">
            <w:pPr>
              <w:jc w:val="center"/>
            </w:pPr>
            <w:r>
              <w:rPr>
                <w:sz w:val="16"/>
              </w:rPr>
              <w:t>[Isi]</w:t>
            </w:r>
          </w:p>
        </w:tc>
        <w:tc>
          <w:tcPr>
            <w:tcW w:w="1996" w:type="dxa"/>
            <w:shd w:val="clear" w:color="auto" w:fill="F7FAFC"/>
            <w:tcMar>
              <w:top w:w="90" w:type="dxa"/>
              <w:left w:w="100" w:type="dxa"/>
              <w:bottom w:w="90" w:type="dxa"/>
              <w:right w:w="100" w:type="dxa"/>
            </w:tcMar>
            <w:vAlign w:val="center"/>
          </w:tcPr>
          <w:p w14:paraId="13157DB4" w14:textId="77777777" w:rsidR="002C5E36" w:rsidRDefault="00A6483F">
            <w:pPr>
              <w:jc w:val="center"/>
            </w:pPr>
            <w:r>
              <w:rPr>
                <w:sz w:val="16"/>
              </w:rPr>
              <w:t>[Isi]</w:t>
            </w:r>
          </w:p>
        </w:tc>
        <w:tc>
          <w:tcPr>
            <w:tcW w:w="2592" w:type="dxa"/>
            <w:shd w:val="clear" w:color="auto" w:fill="F7FAFC"/>
            <w:tcMar>
              <w:top w:w="90" w:type="dxa"/>
              <w:left w:w="100" w:type="dxa"/>
              <w:bottom w:w="90" w:type="dxa"/>
              <w:right w:w="100" w:type="dxa"/>
            </w:tcMar>
            <w:vAlign w:val="center"/>
          </w:tcPr>
          <w:p w14:paraId="3A84126C" w14:textId="77777777" w:rsidR="002C5E36" w:rsidRDefault="00A6483F">
            <w:pPr>
              <w:jc w:val="center"/>
            </w:pPr>
            <w:r>
              <w:rPr>
                <w:sz w:val="16"/>
              </w:rPr>
              <w:t>[Isi]</w:t>
            </w:r>
          </w:p>
        </w:tc>
      </w:tr>
    </w:tbl>
    <w:p w14:paraId="21A99736" w14:textId="77777777" w:rsidR="002C5E36" w:rsidRDefault="002C5E36"/>
    <w:p w14:paraId="021AAFB0" w14:textId="77777777" w:rsidR="002C5E36" w:rsidRDefault="00A6483F">
      <w:pPr>
        <w:spacing w:line="252" w:lineRule="auto"/>
      </w:pPr>
      <w:r>
        <w:t xml:space="preserve">Demikian pernyataan ini dibuat tanpa paksaan dari pihak manapun untuk dipergunakan sebagaimana mestinya. Apabila kemudian hari kami melanggar pernyataan ini, maka kami </w:t>
      </w:r>
      <w:r>
        <w:t>bersedia diproses sesuai ketentuan perundangan yang berlaku.</w:t>
      </w:r>
    </w:p>
    <w:p w14:paraId="54D2A7D6" w14:textId="77777777" w:rsidR="002C5E36" w:rsidRDefault="00A6483F">
      <w:pPr>
        <w:jc w:val="right"/>
      </w:pPr>
      <w:r>
        <w:lastRenderedPageBreak/>
        <w:t>Tempat, tanggal-bulan-tahun</w:t>
      </w:r>
      <w:r>
        <w:br/>
      </w:r>
      <w:r>
        <w:br/>
        <w:t>Meterai Rp10.000</w:t>
      </w:r>
      <w:r>
        <w:br/>
        <w:t>TTD + Stempel (bila ada)</w:t>
      </w:r>
      <w:r>
        <w:br/>
      </w:r>
      <w:r>
        <w:br/>
        <w:t>Nama Mitra: .................................</w:t>
      </w:r>
      <w:r>
        <w:br/>
        <w:t>NIK/NIP: .................................</w:t>
      </w:r>
    </w:p>
    <w:p w14:paraId="6B175BD0" w14:textId="77777777" w:rsidR="00DD00A7" w:rsidRDefault="00DD00A7">
      <w:pPr>
        <w:spacing w:before="120"/>
        <w:rPr>
          <w:b/>
          <w:color w:val="1E9B8A"/>
          <w:sz w:val="26"/>
        </w:rPr>
      </w:pPr>
    </w:p>
    <w:p w14:paraId="3F17DA3B" w14:textId="77777777" w:rsidR="00DD00A7" w:rsidRDefault="00DD00A7">
      <w:pPr>
        <w:spacing w:before="120"/>
        <w:rPr>
          <w:b/>
          <w:color w:val="1E9B8A"/>
          <w:sz w:val="26"/>
        </w:rPr>
      </w:pPr>
    </w:p>
    <w:p w14:paraId="731666B0" w14:textId="77777777" w:rsidR="00DD00A7" w:rsidRDefault="00DD00A7">
      <w:pPr>
        <w:spacing w:before="120"/>
        <w:rPr>
          <w:b/>
          <w:color w:val="1E9B8A"/>
          <w:sz w:val="26"/>
        </w:rPr>
      </w:pPr>
    </w:p>
    <w:p w14:paraId="307D9FBA" w14:textId="24DD3959" w:rsidR="002C5E36" w:rsidRDefault="00A6483F">
      <w:pPr>
        <w:spacing w:before="120"/>
      </w:pPr>
      <w:r>
        <w:rPr>
          <w:b/>
          <w:color w:val="1E9B8A"/>
          <w:sz w:val="26"/>
        </w:rPr>
        <w:t>Lampiran 3. Biodata Singkat Tim</w:t>
      </w:r>
      <w:r>
        <w:rPr>
          <w:b/>
          <w:color w:val="1E9B8A"/>
          <w:sz w:val="26"/>
        </w:rPr>
        <w:t xml:space="preserve"> Pelaksana</w:t>
      </w:r>
    </w:p>
    <w:tbl>
      <w:tblPr>
        <w:tblStyle w:val="TableGrid"/>
        <w:tblW w:w="10022"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662"/>
        <w:gridCol w:w="3168"/>
        <w:gridCol w:w="2592"/>
        <w:gridCol w:w="3600"/>
      </w:tblGrid>
      <w:tr w:rsidR="002C5E36" w14:paraId="1E1CD1B0" w14:textId="77777777" w:rsidTr="00DD00A7">
        <w:trPr>
          <w:tblHeader/>
          <w:jc w:val="center"/>
        </w:trPr>
        <w:tc>
          <w:tcPr>
            <w:tcW w:w="662" w:type="dxa"/>
            <w:shd w:val="clear" w:color="auto" w:fill="155D8B"/>
            <w:tcMar>
              <w:top w:w="100" w:type="dxa"/>
              <w:left w:w="100" w:type="dxa"/>
              <w:bottom w:w="100" w:type="dxa"/>
              <w:right w:w="100" w:type="dxa"/>
            </w:tcMar>
            <w:vAlign w:val="center"/>
          </w:tcPr>
          <w:p w14:paraId="5E656B06" w14:textId="77777777" w:rsidR="002C5E36" w:rsidRDefault="00A6483F">
            <w:pPr>
              <w:jc w:val="center"/>
            </w:pPr>
            <w:r>
              <w:rPr>
                <w:b/>
                <w:color w:val="FFFFFF"/>
                <w:sz w:val="17"/>
              </w:rPr>
              <w:t>No</w:t>
            </w:r>
          </w:p>
        </w:tc>
        <w:tc>
          <w:tcPr>
            <w:tcW w:w="3168" w:type="dxa"/>
            <w:shd w:val="clear" w:color="auto" w:fill="155D8B"/>
            <w:tcMar>
              <w:top w:w="100" w:type="dxa"/>
              <w:left w:w="100" w:type="dxa"/>
              <w:bottom w:w="100" w:type="dxa"/>
              <w:right w:w="100" w:type="dxa"/>
            </w:tcMar>
            <w:vAlign w:val="center"/>
          </w:tcPr>
          <w:p w14:paraId="73C7B7D1" w14:textId="77777777" w:rsidR="002C5E36" w:rsidRDefault="00A6483F">
            <w:pPr>
              <w:jc w:val="center"/>
            </w:pPr>
            <w:r>
              <w:rPr>
                <w:b/>
                <w:color w:val="FFFFFF"/>
                <w:sz w:val="17"/>
              </w:rPr>
              <w:t>Nama/NIDN</w:t>
            </w:r>
          </w:p>
        </w:tc>
        <w:tc>
          <w:tcPr>
            <w:tcW w:w="2592" w:type="dxa"/>
            <w:shd w:val="clear" w:color="auto" w:fill="155D8B"/>
            <w:tcMar>
              <w:top w:w="100" w:type="dxa"/>
              <w:left w:w="100" w:type="dxa"/>
              <w:bottom w:w="100" w:type="dxa"/>
              <w:right w:w="100" w:type="dxa"/>
            </w:tcMar>
            <w:vAlign w:val="center"/>
          </w:tcPr>
          <w:p w14:paraId="4FE3C9AE" w14:textId="77777777" w:rsidR="002C5E36" w:rsidRDefault="00A6483F">
            <w:pPr>
              <w:jc w:val="center"/>
            </w:pPr>
            <w:r>
              <w:rPr>
                <w:b/>
                <w:color w:val="FFFFFF"/>
                <w:sz w:val="17"/>
              </w:rPr>
              <w:t>Prodi/Fakultas</w:t>
            </w:r>
          </w:p>
        </w:tc>
        <w:tc>
          <w:tcPr>
            <w:tcW w:w="3600" w:type="dxa"/>
            <w:shd w:val="clear" w:color="auto" w:fill="155D8B"/>
            <w:tcMar>
              <w:top w:w="100" w:type="dxa"/>
              <w:left w:w="100" w:type="dxa"/>
              <w:bottom w:w="100" w:type="dxa"/>
              <w:right w:w="100" w:type="dxa"/>
            </w:tcMar>
            <w:vAlign w:val="center"/>
          </w:tcPr>
          <w:p w14:paraId="70BD02AE" w14:textId="77777777" w:rsidR="002C5E36" w:rsidRDefault="00A6483F">
            <w:pPr>
              <w:jc w:val="center"/>
            </w:pPr>
            <w:r>
              <w:rPr>
                <w:b/>
                <w:color w:val="FFFFFF"/>
                <w:sz w:val="17"/>
              </w:rPr>
              <w:t>Keahlian dan Peran dalam PkM</w:t>
            </w:r>
          </w:p>
        </w:tc>
      </w:tr>
      <w:tr w:rsidR="002C5E36" w14:paraId="0BB0DDCF" w14:textId="77777777" w:rsidTr="00DD00A7">
        <w:trPr>
          <w:jc w:val="center"/>
        </w:trPr>
        <w:tc>
          <w:tcPr>
            <w:tcW w:w="662" w:type="dxa"/>
            <w:shd w:val="clear" w:color="auto" w:fill="F7FAFC"/>
            <w:tcMar>
              <w:top w:w="90" w:type="dxa"/>
              <w:left w:w="100" w:type="dxa"/>
              <w:bottom w:w="90" w:type="dxa"/>
              <w:right w:w="100" w:type="dxa"/>
            </w:tcMar>
            <w:vAlign w:val="center"/>
          </w:tcPr>
          <w:p w14:paraId="52A505CF" w14:textId="77777777" w:rsidR="002C5E36" w:rsidRDefault="00A6483F">
            <w:pPr>
              <w:jc w:val="center"/>
            </w:pPr>
            <w:r>
              <w:rPr>
                <w:sz w:val="17"/>
              </w:rPr>
              <w:t>1</w:t>
            </w:r>
          </w:p>
        </w:tc>
        <w:tc>
          <w:tcPr>
            <w:tcW w:w="3168" w:type="dxa"/>
            <w:shd w:val="clear" w:color="auto" w:fill="F7FAFC"/>
            <w:tcMar>
              <w:top w:w="90" w:type="dxa"/>
              <w:left w:w="100" w:type="dxa"/>
              <w:bottom w:w="90" w:type="dxa"/>
              <w:right w:w="100" w:type="dxa"/>
            </w:tcMar>
            <w:vAlign w:val="center"/>
          </w:tcPr>
          <w:p w14:paraId="1FDCAADF" w14:textId="77777777" w:rsidR="002C5E36" w:rsidRDefault="00A6483F">
            <w:pPr>
              <w:jc w:val="center"/>
            </w:pPr>
            <w:r>
              <w:rPr>
                <w:sz w:val="17"/>
              </w:rPr>
              <w:t>[Isi]</w:t>
            </w:r>
          </w:p>
        </w:tc>
        <w:tc>
          <w:tcPr>
            <w:tcW w:w="2592" w:type="dxa"/>
            <w:shd w:val="clear" w:color="auto" w:fill="F7FAFC"/>
            <w:tcMar>
              <w:top w:w="90" w:type="dxa"/>
              <w:left w:w="100" w:type="dxa"/>
              <w:bottom w:w="90" w:type="dxa"/>
              <w:right w:w="100" w:type="dxa"/>
            </w:tcMar>
            <w:vAlign w:val="center"/>
          </w:tcPr>
          <w:p w14:paraId="6F93EA3A" w14:textId="77777777" w:rsidR="002C5E36" w:rsidRDefault="00A6483F">
            <w:pPr>
              <w:jc w:val="center"/>
            </w:pPr>
            <w:r>
              <w:rPr>
                <w:sz w:val="17"/>
              </w:rPr>
              <w:t>[Isi]</w:t>
            </w:r>
          </w:p>
        </w:tc>
        <w:tc>
          <w:tcPr>
            <w:tcW w:w="3600" w:type="dxa"/>
            <w:shd w:val="clear" w:color="auto" w:fill="F7FAFC"/>
            <w:tcMar>
              <w:top w:w="90" w:type="dxa"/>
              <w:left w:w="100" w:type="dxa"/>
              <w:bottom w:w="90" w:type="dxa"/>
              <w:right w:w="100" w:type="dxa"/>
            </w:tcMar>
            <w:vAlign w:val="center"/>
          </w:tcPr>
          <w:p w14:paraId="188D9C46" w14:textId="77777777" w:rsidR="002C5E36" w:rsidRDefault="00A6483F">
            <w:pPr>
              <w:jc w:val="center"/>
            </w:pPr>
            <w:r>
              <w:rPr>
                <w:sz w:val="17"/>
              </w:rPr>
              <w:t>[Isi]</w:t>
            </w:r>
          </w:p>
        </w:tc>
      </w:tr>
      <w:tr w:rsidR="002C5E36" w14:paraId="04CDFAAB" w14:textId="77777777" w:rsidTr="00DD00A7">
        <w:trPr>
          <w:jc w:val="center"/>
        </w:trPr>
        <w:tc>
          <w:tcPr>
            <w:tcW w:w="662" w:type="dxa"/>
            <w:tcMar>
              <w:top w:w="90" w:type="dxa"/>
              <w:left w:w="100" w:type="dxa"/>
              <w:bottom w:w="90" w:type="dxa"/>
              <w:right w:w="100" w:type="dxa"/>
            </w:tcMar>
            <w:vAlign w:val="center"/>
          </w:tcPr>
          <w:p w14:paraId="1B3A0067" w14:textId="77777777" w:rsidR="002C5E36" w:rsidRDefault="00A6483F">
            <w:pPr>
              <w:jc w:val="center"/>
            </w:pPr>
            <w:r>
              <w:rPr>
                <w:sz w:val="17"/>
              </w:rPr>
              <w:t>2</w:t>
            </w:r>
          </w:p>
        </w:tc>
        <w:tc>
          <w:tcPr>
            <w:tcW w:w="3168" w:type="dxa"/>
            <w:tcMar>
              <w:top w:w="90" w:type="dxa"/>
              <w:left w:w="100" w:type="dxa"/>
              <w:bottom w:w="90" w:type="dxa"/>
              <w:right w:w="100" w:type="dxa"/>
            </w:tcMar>
            <w:vAlign w:val="center"/>
          </w:tcPr>
          <w:p w14:paraId="1B2E3DB8" w14:textId="77777777" w:rsidR="002C5E36" w:rsidRDefault="00A6483F">
            <w:pPr>
              <w:jc w:val="center"/>
            </w:pPr>
            <w:r>
              <w:rPr>
                <w:sz w:val="17"/>
              </w:rPr>
              <w:t>[Isi]</w:t>
            </w:r>
          </w:p>
        </w:tc>
        <w:tc>
          <w:tcPr>
            <w:tcW w:w="2592" w:type="dxa"/>
            <w:tcMar>
              <w:top w:w="90" w:type="dxa"/>
              <w:left w:w="100" w:type="dxa"/>
              <w:bottom w:w="90" w:type="dxa"/>
              <w:right w:w="100" w:type="dxa"/>
            </w:tcMar>
            <w:vAlign w:val="center"/>
          </w:tcPr>
          <w:p w14:paraId="58028E90" w14:textId="77777777" w:rsidR="002C5E36" w:rsidRDefault="00A6483F">
            <w:pPr>
              <w:jc w:val="center"/>
            </w:pPr>
            <w:r>
              <w:rPr>
                <w:sz w:val="17"/>
              </w:rPr>
              <w:t>[Isi]</w:t>
            </w:r>
          </w:p>
        </w:tc>
        <w:tc>
          <w:tcPr>
            <w:tcW w:w="3600" w:type="dxa"/>
            <w:tcMar>
              <w:top w:w="90" w:type="dxa"/>
              <w:left w:w="100" w:type="dxa"/>
              <w:bottom w:w="90" w:type="dxa"/>
              <w:right w:w="100" w:type="dxa"/>
            </w:tcMar>
            <w:vAlign w:val="center"/>
          </w:tcPr>
          <w:p w14:paraId="75241887" w14:textId="77777777" w:rsidR="002C5E36" w:rsidRDefault="00A6483F">
            <w:pPr>
              <w:jc w:val="center"/>
            </w:pPr>
            <w:r>
              <w:rPr>
                <w:sz w:val="17"/>
              </w:rPr>
              <w:t>[Isi]</w:t>
            </w:r>
          </w:p>
        </w:tc>
      </w:tr>
      <w:tr w:rsidR="002C5E36" w14:paraId="4BD4CC96" w14:textId="77777777" w:rsidTr="00DD00A7">
        <w:trPr>
          <w:jc w:val="center"/>
        </w:trPr>
        <w:tc>
          <w:tcPr>
            <w:tcW w:w="662" w:type="dxa"/>
            <w:shd w:val="clear" w:color="auto" w:fill="F7FAFC"/>
            <w:tcMar>
              <w:top w:w="90" w:type="dxa"/>
              <w:left w:w="100" w:type="dxa"/>
              <w:bottom w:w="90" w:type="dxa"/>
              <w:right w:w="100" w:type="dxa"/>
            </w:tcMar>
            <w:vAlign w:val="center"/>
          </w:tcPr>
          <w:p w14:paraId="6D161CE7" w14:textId="77777777" w:rsidR="002C5E36" w:rsidRDefault="00A6483F">
            <w:pPr>
              <w:jc w:val="center"/>
            </w:pPr>
            <w:r>
              <w:rPr>
                <w:sz w:val="17"/>
              </w:rPr>
              <w:t>3</w:t>
            </w:r>
          </w:p>
        </w:tc>
        <w:tc>
          <w:tcPr>
            <w:tcW w:w="3168" w:type="dxa"/>
            <w:shd w:val="clear" w:color="auto" w:fill="F7FAFC"/>
            <w:tcMar>
              <w:top w:w="90" w:type="dxa"/>
              <w:left w:w="100" w:type="dxa"/>
              <w:bottom w:w="90" w:type="dxa"/>
              <w:right w:w="100" w:type="dxa"/>
            </w:tcMar>
            <w:vAlign w:val="center"/>
          </w:tcPr>
          <w:p w14:paraId="045FBF42" w14:textId="77777777" w:rsidR="002C5E36" w:rsidRDefault="00A6483F">
            <w:pPr>
              <w:jc w:val="center"/>
            </w:pPr>
            <w:r>
              <w:rPr>
                <w:sz w:val="17"/>
              </w:rPr>
              <w:t>[Isi]</w:t>
            </w:r>
          </w:p>
        </w:tc>
        <w:tc>
          <w:tcPr>
            <w:tcW w:w="2592" w:type="dxa"/>
            <w:shd w:val="clear" w:color="auto" w:fill="F7FAFC"/>
            <w:tcMar>
              <w:top w:w="90" w:type="dxa"/>
              <w:left w:w="100" w:type="dxa"/>
              <w:bottom w:w="90" w:type="dxa"/>
              <w:right w:w="100" w:type="dxa"/>
            </w:tcMar>
            <w:vAlign w:val="center"/>
          </w:tcPr>
          <w:p w14:paraId="68390BD5" w14:textId="77777777" w:rsidR="002C5E36" w:rsidRDefault="00A6483F">
            <w:pPr>
              <w:jc w:val="center"/>
            </w:pPr>
            <w:r>
              <w:rPr>
                <w:sz w:val="17"/>
              </w:rPr>
              <w:t>[Isi]</w:t>
            </w:r>
          </w:p>
        </w:tc>
        <w:tc>
          <w:tcPr>
            <w:tcW w:w="3600" w:type="dxa"/>
            <w:shd w:val="clear" w:color="auto" w:fill="F7FAFC"/>
            <w:tcMar>
              <w:top w:w="90" w:type="dxa"/>
              <w:left w:w="100" w:type="dxa"/>
              <w:bottom w:w="90" w:type="dxa"/>
              <w:right w:w="100" w:type="dxa"/>
            </w:tcMar>
            <w:vAlign w:val="center"/>
          </w:tcPr>
          <w:p w14:paraId="6F87E7CE" w14:textId="77777777" w:rsidR="002C5E36" w:rsidRDefault="00A6483F">
            <w:pPr>
              <w:jc w:val="center"/>
            </w:pPr>
            <w:r>
              <w:rPr>
                <w:sz w:val="17"/>
              </w:rPr>
              <w:t>[Isi]</w:t>
            </w:r>
          </w:p>
        </w:tc>
      </w:tr>
      <w:tr w:rsidR="002C5E36" w14:paraId="56BC1299" w14:textId="77777777" w:rsidTr="00DD00A7">
        <w:trPr>
          <w:jc w:val="center"/>
        </w:trPr>
        <w:tc>
          <w:tcPr>
            <w:tcW w:w="662" w:type="dxa"/>
            <w:tcMar>
              <w:top w:w="90" w:type="dxa"/>
              <w:left w:w="100" w:type="dxa"/>
              <w:bottom w:w="90" w:type="dxa"/>
              <w:right w:w="100" w:type="dxa"/>
            </w:tcMar>
            <w:vAlign w:val="center"/>
          </w:tcPr>
          <w:p w14:paraId="3DB96EFC" w14:textId="77777777" w:rsidR="002C5E36" w:rsidRDefault="00A6483F">
            <w:pPr>
              <w:jc w:val="center"/>
            </w:pPr>
            <w:r>
              <w:rPr>
                <w:sz w:val="17"/>
              </w:rPr>
              <w:t>4</w:t>
            </w:r>
          </w:p>
        </w:tc>
        <w:tc>
          <w:tcPr>
            <w:tcW w:w="3168" w:type="dxa"/>
            <w:tcMar>
              <w:top w:w="90" w:type="dxa"/>
              <w:left w:w="100" w:type="dxa"/>
              <w:bottom w:w="90" w:type="dxa"/>
              <w:right w:w="100" w:type="dxa"/>
            </w:tcMar>
            <w:vAlign w:val="center"/>
          </w:tcPr>
          <w:p w14:paraId="0DE380E2" w14:textId="77777777" w:rsidR="002C5E36" w:rsidRDefault="00A6483F">
            <w:pPr>
              <w:jc w:val="center"/>
            </w:pPr>
            <w:r>
              <w:rPr>
                <w:sz w:val="17"/>
              </w:rPr>
              <w:t>[Isi]</w:t>
            </w:r>
          </w:p>
        </w:tc>
        <w:tc>
          <w:tcPr>
            <w:tcW w:w="2592" w:type="dxa"/>
            <w:tcMar>
              <w:top w:w="90" w:type="dxa"/>
              <w:left w:w="100" w:type="dxa"/>
              <w:bottom w:w="90" w:type="dxa"/>
              <w:right w:w="100" w:type="dxa"/>
            </w:tcMar>
            <w:vAlign w:val="center"/>
          </w:tcPr>
          <w:p w14:paraId="6BD40E94" w14:textId="77777777" w:rsidR="002C5E36" w:rsidRDefault="00A6483F">
            <w:pPr>
              <w:jc w:val="center"/>
            </w:pPr>
            <w:r>
              <w:rPr>
                <w:sz w:val="17"/>
              </w:rPr>
              <w:t>[Isi]</w:t>
            </w:r>
          </w:p>
        </w:tc>
        <w:tc>
          <w:tcPr>
            <w:tcW w:w="3600" w:type="dxa"/>
            <w:tcMar>
              <w:top w:w="90" w:type="dxa"/>
              <w:left w:w="100" w:type="dxa"/>
              <w:bottom w:w="90" w:type="dxa"/>
              <w:right w:w="100" w:type="dxa"/>
            </w:tcMar>
            <w:vAlign w:val="center"/>
          </w:tcPr>
          <w:p w14:paraId="4140319C" w14:textId="77777777" w:rsidR="002C5E36" w:rsidRDefault="00A6483F">
            <w:pPr>
              <w:jc w:val="center"/>
            </w:pPr>
            <w:r>
              <w:rPr>
                <w:sz w:val="17"/>
              </w:rPr>
              <w:t>[Isi]</w:t>
            </w:r>
          </w:p>
        </w:tc>
      </w:tr>
      <w:tr w:rsidR="002C5E36" w14:paraId="781BCB6F" w14:textId="77777777" w:rsidTr="00DD00A7">
        <w:trPr>
          <w:jc w:val="center"/>
        </w:trPr>
        <w:tc>
          <w:tcPr>
            <w:tcW w:w="662" w:type="dxa"/>
            <w:shd w:val="clear" w:color="auto" w:fill="F7FAFC"/>
            <w:tcMar>
              <w:top w:w="90" w:type="dxa"/>
              <w:left w:w="100" w:type="dxa"/>
              <w:bottom w:w="90" w:type="dxa"/>
              <w:right w:w="100" w:type="dxa"/>
            </w:tcMar>
            <w:vAlign w:val="center"/>
          </w:tcPr>
          <w:p w14:paraId="08226B20" w14:textId="77777777" w:rsidR="002C5E36" w:rsidRDefault="00A6483F">
            <w:pPr>
              <w:jc w:val="center"/>
            </w:pPr>
            <w:r>
              <w:rPr>
                <w:sz w:val="17"/>
              </w:rPr>
              <w:t>5</w:t>
            </w:r>
          </w:p>
        </w:tc>
        <w:tc>
          <w:tcPr>
            <w:tcW w:w="3168" w:type="dxa"/>
            <w:shd w:val="clear" w:color="auto" w:fill="F7FAFC"/>
            <w:tcMar>
              <w:top w:w="90" w:type="dxa"/>
              <w:left w:w="100" w:type="dxa"/>
              <w:bottom w:w="90" w:type="dxa"/>
              <w:right w:w="100" w:type="dxa"/>
            </w:tcMar>
            <w:vAlign w:val="center"/>
          </w:tcPr>
          <w:p w14:paraId="2B74618D" w14:textId="77777777" w:rsidR="002C5E36" w:rsidRDefault="00A6483F">
            <w:pPr>
              <w:jc w:val="center"/>
            </w:pPr>
            <w:r>
              <w:rPr>
                <w:sz w:val="17"/>
              </w:rPr>
              <w:t>[Isi]</w:t>
            </w:r>
          </w:p>
        </w:tc>
        <w:tc>
          <w:tcPr>
            <w:tcW w:w="2592" w:type="dxa"/>
            <w:shd w:val="clear" w:color="auto" w:fill="F7FAFC"/>
            <w:tcMar>
              <w:top w:w="90" w:type="dxa"/>
              <w:left w:w="100" w:type="dxa"/>
              <w:bottom w:w="90" w:type="dxa"/>
              <w:right w:w="100" w:type="dxa"/>
            </w:tcMar>
            <w:vAlign w:val="center"/>
          </w:tcPr>
          <w:p w14:paraId="2ACF172B" w14:textId="77777777" w:rsidR="002C5E36" w:rsidRDefault="00A6483F">
            <w:pPr>
              <w:jc w:val="center"/>
            </w:pPr>
            <w:r>
              <w:rPr>
                <w:sz w:val="17"/>
              </w:rPr>
              <w:t>[Isi]</w:t>
            </w:r>
          </w:p>
        </w:tc>
        <w:tc>
          <w:tcPr>
            <w:tcW w:w="3600" w:type="dxa"/>
            <w:shd w:val="clear" w:color="auto" w:fill="F7FAFC"/>
            <w:tcMar>
              <w:top w:w="90" w:type="dxa"/>
              <w:left w:w="100" w:type="dxa"/>
              <w:bottom w:w="90" w:type="dxa"/>
              <w:right w:w="100" w:type="dxa"/>
            </w:tcMar>
            <w:vAlign w:val="center"/>
          </w:tcPr>
          <w:p w14:paraId="65B8A842" w14:textId="77777777" w:rsidR="002C5E36" w:rsidRDefault="00A6483F">
            <w:pPr>
              <w:jc w:val="center"/>
            </w:pPr>
            <w:r>
              <w:rPr>
                <w:sz w:val="17"/>
              </w:rPr>
              <w:t>[Isi]</w:t>
            </w:r>
          </w:p>
        </w:tc>
      </w:tr>
      <w:tr w:rsidR="002C5E36" w14:paraId="32A77DAE" w14:textId="77777777" w:rsidTr="00DD00A7">
        <w:trPr>
          <w:jc w:val="center"/>
        </w:trPr>
        <w:tc>
          <w:tcPr>
            <w:tcW w:w="662" w:type="dxa"/>
            <w:tcMar>
              <w:top w:w="90" w:type="dxa"/>
              <w:left w:w="100" w:type="dxa"/>
              <w:bottom w:w="90" w:type="dxa"/>
              <w:right w:w="100" w:type="dxa"/>
            </w:tcMar>
            <w:vAlign w:val="center"/>
          </w:tcPr>
          <w:p w14:paraId="5D584AE6" w14:textId="77777777" w:rsidR="002C5E36" w:rsidRDefault="00A6483F">
            <w:pPr>
              <w:jc w:val="center"/>
            </w:pPr>
            <w:r>
              <w:rPr>
                <w:sz w:val="17"/>
              </w:rPr>
              <w:t>6</w:t>
            </w:r>
          </w:p>
        </w:tc>
        <w:tc>
          <w:tcPr>
            <w:tcW w:w="3168" w:type="dxa"/>
            <w:tcMar>
              <w:top w:w="90" w:type="dxa"/>
              <w:left w:w="100" w:type="dxa"/>
              <w:bottom w:w="90" w:type="dxa"/>
              <w:right w:w="100" w:type="dxa"/>
            </w:tcMar>
            <w:vAlign w:val="center"/>
          </w:tcPr>
          <w:p w14:paraId="1F3E30D9" w14:textId="77777777" w:rsidR="002C5E36" w:rsidRDefault="00A6483F">
            <w:pPr>
              <w:jc w:val="center"/>
            </w:pPr>
            <w:r>
              <w:rPr>
                <w:sz w:val="17"/>
              </w:rPr>
              <w:t>[Isi]</w:t>
            </w:r>
          </w:p>
        </w:tc>
        <w:tc>
          <w:tcPr>
            <w:tcW w:w="2592" w:type="dxa"/>
            <w:tcMar>
              <w:top w:w="90" w:type="dxa"/>
              <w:left w:w="100" w:type="dxa"/>
              <w:bottom w:w="90" w:type="dxa"/>
              <w:right w:w="100" w:type="dxa"/>
            </w:tcMar>
            <w:vAlign w:val="center"/>
          </w:tcPr>
          <w:p w14:paraId="2FE4BFC3" w14:textId="77777777" w:rsidR="002C5E36" w:rsidRDefault="00A6483F">
            <w:pPr>
              <w:jc w:val="center"/>
            </w:pPr>
            <w:r>
              <w:rPr>
                <w:sz w:val="17"/>
              </w:rPr>
              <w:t>[Isi]</w:t>
            </w:r>
          </w:p>
        </w:tc>
        <w:tc>
          <w:tcPr>
            <w:tcW w:w="3600" w:type="dxa"/>
            <w:tcMar>
              <w:top w:w="90" w:type="dxa"/>
              <w:left w:w="100" w:type="dxa"/>
              <w:bottom w:w="90" w:type="dxa"/>
              <w:right w:w="100" w:type="dxa"/>
            </w:tcMar>
            <w:vAlign w:val="center"/>
          </w:tcPr>
          <w:p w14:paraId="759D67E4" w14:textId="77777777" w:rsidR="002C5E36" w:rsidRDefault="00A6483F">
            <w:pPr>
              <w:jc w:val="center"/>
            </w:pPr>
            <w:r>
              <w:rPr>
                <w:sz w:val="17"/>
              </w:rPr>
              <w:t>[Isi]</w:t>
            </w:r>
          </w:p>
        </w:tc>
      </w:tr>
    </w:tbl>
    <w:p w14:paraId="5E8D4CC2" w14:textId="77777777" w:rsidR="002C5E36" w:rsidRDefault="002C5E36"/>
    <w:p w14:paraId="6DC6926E" w14:textId="77777777" w:rsidR="002C5E36" w:rsidRDefault="00A6483F">
      <w:pPr>
        <w:spacing w:before="120"/>
      </w:pPr>
      <w:r>
        <w:rPr>
          <w:b/>
          <w:color w:val="1E9B8A"/>
          <w:sz w:val="26"/>
        </w:rPr>
        <w:t>Lampiran 4. Format Skema Kolaborasi Lokus Bersama</w:t>
      </w:r>
    </w:p>
    <w:p w14:paraId="75EC6BA3" w14:textId="77777777" w:rsidR="002C5E36" w:rsidRDefault="00A6483F">
      <w:pPr>
        <w:spacing w:line="252" w:lineRule="auto"/>
      </w:pPr>
      <w:r>
        <w:t>Lampiran ini digunakan bila satu mitra/lokus didampingi oleh lebih dari satu prodi.</w:t>
      </w:r>
    </w:p>
    <w:tbl>
      <w:tblPr>
        <w:tblStyle w:val="TableGrid"/>
        <w:tblW w:w="10245" w:type="dxa"/>
        <w:jc w:val="center"/>
        <w:tblBorders>
          <w:top w:val="single" w:sz="6" w:space="0" w:color="B7C7D7"/>
          <w:left w:val="single" w:sz="6" w:space="0" w:color="B7C7D7"/>
          <w:bottom w:val="single" w:sz="6" w:space="0" w:color="B7C7D7"/>
          <w:right w:val="single" w:sz="6" w:space="0" w:color="B7C7D7"/>
          <w:insideH w:val="single" w:sz="6" w:space="0" w:color="B7C7D7"/>
          <w:insideV w:val="single" w:sz="6" w:space="0" w:color="B7C7D7"/>
        </w:tblBorders>
        <w:tblLayout w:type="fixed"/>
        <w:tblLook w:val="04A0" w:firstRow="1" w:lastRow="0" w:firstColumn="1" w:lastColumn="0" w:noHBand="0" w:noVBand="1"/>
      </w:tblPr>
      <w:tblGrid>
        <w:gridCol w:w="583"/>
        <w:gridCol w:w="2016"/>
        <w:gridCol w:w="1728"/>
        <w:gridCol w:w="2592"/>
        <w:gridCol w:w="1663"/>
        <w:gridCol w:w="1663"/>
      </w:tblGrid>
      <w:tr w:rsidR="002C5E36" w14:paraId="4A8C0923" w14:textId="77777777" w:rsidTr="00DD00A7">
        <w:trPr>
          <w:tblHeader/>
          <w:jc w:val="center"/>
        </w:trPr>
        <w:tc>
          <w:tcPr>
            <w:tcW w:w="583" w:type="dxa"/>
            <w:shd w:val="clear" w:color="auto" w:fill="1E9B8A"/>
            <w:tcMar>
              <w:top w:w="100" w:type="dxa"/>
              <w:left w:w="100" w:type="dxa"/>
              <w:bottom w:w="100" w:type="dxa"/>
              <w:right w:w="100" w:type="dxa"/>
            </w:tcMar>
            <w:vAlign w:val="center"/>
          </w:tcPr>
          <w:p w14:paraId="09EA38CA" w14:textId="77777777" w:rsidR="002C5E36" w:rsidRDefault="00A6483F">
            <w:pPr>
              <w:jc w:val="center"/>
            </w:pPr>
            <w:r>
              <w:rPr>
                <w:b/>
                <w:color w:val="FFFFFF"/>
                <w:sz w:val="15"/>
              </w:rPr>
              <w:t>No</w:t>
            </w:r>
          </w:p>
        </w:tc>
        <w:tc>
          <w:tcPr>
            <w:tcW w:w="2016" w:type="dxa"/>
            <w:shd w:val="clear" w:color="auto" w:fill="1E9B8A"/>
            <w:tcMar>
              <w:top w:w="100" w:type="dxa"/>
              <w:left w:w="100" w:type="dxa"/>
              <w:bottom w:w="100" w:type="dxa"/>
              <w:right w:w="100" w:type="dxa"/>
            </w:tcMar>
            <w:vAlign w:val="center"/>
          </w:tcPr>
          <w:p w14:paraId="79915880" w14:textId="77777777" w:rsidR="002C5E36" w:rsidRDefault="00A6483F">
            <w:pPr>
              <w:jc w:val="center"/>
            </w:pPr>
            <w:r>
              <w:rPr>
                <w:b/>
                <w:color w:val="FFFFFF"/>
                <w:sz w:val="15"/>
              </w:rPr>
              <w:t>Prodi</w:t>
            </w:r>
          </w:p>
        </w:tc>
        <w:tc>
          <w:tcPr>
            <w:tcW w:w="1728" w:type="dxa"/>
            <w:shd w:val="clear" w:color="auto" w:fill="1E9B8A"/>
            <w:tcMar>
              <w:top w:w="100" w:type="dxa"/>
              <w:left w:w="100" w:type="dxa"/>
              <w:bottom w:w="100" w:type="dxa"/>
              <w:right w:w="100" w:type="dxa"/>
            </w:tcMar>
            <w:vAlign w:val="center"/>
          </w:tcPr>
          <w:p w14:paraId="57FD0C67" w14:textId="77777777" w:rsidR="002C5E36" w:rsidRDefault="00A6483F">
            <w:pPr>
              <w:jc w:val="center"/>
            </w:pPr>
            <w:r>
              <w:rPr>
                <w:b/>
                <w:color w:val="FFFFFF"/>
                <w:sz w:val="15"/>
              </w:rPr>
              <w:t>Fakultas</w:t>
            </w:r>
          </w:p>
        </w:tc>
        <w:tc>
          <w:tcPr>
            <w:tcW w:w="2592" w:type="dxa"/>
            <w:shd w:val="clear" w:color="auto" w:fill="1E9B8A"/>
            <w:tcMar>
              <w:top w:w="100" w:type="dxa"/>
              <w:left w:w="100" w:type="dxa"/>
              <w:bottom w:w="100" w:type="dxa"/>
              <w:right w:w="100" w:type="dxa"/>
            </w:tcMar>
            <w:vAlign w:val="center"/>
          </w:tcPr>
          <w:p w14:paraId="21D1A675" w14:textId="77777777" w:rsidR="002C5E36" w:rsidRDefault="00A6483F">
            <w:pPr>
              <w:jc w:val="center"/>
            </w:pPr>
            <w:r>
              <w:rPr>
                <w:b/>
                <w:color w:val="FFFFFF"/>
                <w:sz w:val="15"/>
              </w:rPr>
              <w:t>Peran/Intervensi</w:t>
            </w:r>
          </w:p>
        </w:tc>
        <w:tc>
          <w:tcPr>
            <w:tcW w:w="1663" w:type="dxa"/>
            <w:shd w:val="clear" w:color="auto" w:fill="1E9B8A"/>
            <w:tcMar>
              <w:top w:w="100" w:type="dxa"/>
              <w:left w:w="100" w:type="dxa"/>
              <w:bottom w:w="100" w:type="dxa"/>
              <w:right w:w="100" w:type="dxa"/>
            </w:tcMar>
            <w:vAlign w:val="center"/>
          </w:tcPr>
          <w:p w14:paraId="02EBA495" w14:textId="77777777" w:rsidR="002C5E36" w:rsidRDefault="00A6483F">
            <w:pPr>
              <w:jc w:val="center"/>
            </w:pPr>
            <w:r>
              <w:rPr>
                <w:b/>
                <w:color w:val="FFFFFF"/>
                <w:sz w:val="15"/>
              </w:rPr>
              <w:t>Luaran</w:t>
            </w:r>
          </w:p>
        </w:tc>
        <w:tc>
          <w:tcPr>
            <w:tcW w:w="1663" w:type="dxa"/>
            <w:shd w:val="clear" w:color="auto" w:fill="1E9B8A"/>
            <w:tcMar>
              <w:top w:w="100" w:type="dxa"/>
              <w:left w:w="100" w:type="dxa"/>
              <w:bottom w:w="100" w:type="dxa"/>
              <w:right w:w="100" w:type="dxa"/>
            </w:tcMar>
            <w:vAlign w:val="center"/>
          </w:tcPr>
          <w:p w14:paraId="2515A5F2" w14:textId="77777777" w:rsidR="002C5E36" w:rsidRDefault="00A6483F">
            <w:pPr>
              <w:jc w:val="center"/>
            </w:pPr>
            <w:r>
              <w:rPr>
                <w:b/>
                <w:color w:val="FFFFFF"/>
                <w:sz w:val="15"/>
              </w:rPr>
              <w:t>PIC</w:t>
            </w:r>
          </w:p>
        </w:tc>
      </w:tr>
      <w:tr w:rsidR="002C5E36" w14:paraId="1C668FF2" w14:textId="77777777" w:rsidTr="00DD00A7">
        <w:trPr>
          <w:jc w:val="center"/>
        </w:trPr>
        <w:tc>
          <w:tcPr>
            <w:tcW w:w="583" w:type="dxa"/>
            <w:shd w:val="clear" w:color="auto" w:fill="F7FAFC"/>
            <w:tcMar>
              <w:top w:w="90" w:type="dxa"/>
              <w:left w:w="100" w:type="dxa"/>
              <w:bottom w:w="90" w:type="dxa"/>
              <w:right w:w="100" w:type="dxa"/>
            </w:tcMar>
            <w:vAlign w:val="center"/>
          </w:tcPr>
          <w:p w14:paraId="7947547C" w14:textId="77777777" w:rsidR="002C5E36" w:rsidRDefault="00A6483F">
            <w:pPr>
              <w:jc w:val="center"/>
            </w:pPr>
            <w:r>
              <w:rPr>
                <w:sz w:val="15"/>
              </w:rPr>
              <w:t>1</w:t>
            </w:r>
          </w:p>
        </w:tc>
        <w:tc>
          <w:tcPr>
            <w:tcW w:w="2016" w:type="dxa"/>
            <w:shd w:val="clear" w:color="auto" w:fill="F7FAFC"/>
            <w:tcMar>
              <w:top w:w="90" w:type="dxa"/>
              <w:left w:w="100" w:type="dxa"/>
              <w:bottom w:w="90" w:type="dxa"/>
              <w:right w:w="100" w:type="dxa"/>
            </w:tcMar>
            <w:vAlign w:val="center"/>
          </w:tcPr>
          <w:p w14:paraId="408111E8" w14:textId="77777777" w:rsidR="002C5E36" w:rsidRDefault="00A6483F">
            <w:pPr>
              <w:jc w:val="center"/>
            </w:pPr>
            <w:r>
              <w:rPr>
                <w:sz w:val="15"/>
              </w:rPr>
              <w:t>[Isi]</w:t>
            </w:r>
          </w:p>
        </w:tc>
        <w:tc>
          <w:tcPr>
            <w:tcW w:w="1728" w:type="dxa"/>
            <w:shd w:val="clear" w:color="auto" w:fill="F7FAFC"/>
            <w:tcMar>
              <w:top w:w="90" w:type="dxa"/>
              <w:left w:w="100" w:type="dxa"/>
              <w:bottom w:w="90" w:type="dxa"/>
              <w:right w:w="100" w:type="dxa"/>
            </w:tcMar>
            <w:vAlign w:val="center"/>
          </w:tcPr>
          <w:p w14:paraId="3298CAAC" w14:textId="77777777" w:rsidR="002C5E36" w:rsidRDefault="00A6483F">
            <w:pPr>
              <w:jc w:val="center"/>
            </w:pPr>
            <w:r>
              <w:rPr>
                <w:sz w:val="15"/>
              </w:rPr>
              <w:t>[Isi]</w:t>
            </w:r>
          </w:p>
        </w:tc>
        <w:tc>
          <w:tcPr>
            <w:tcW w:w="2592" w:type="dxa"/>
            <w:shd w:val="clear" w:color="auto" w:fill="F7FAFC"/>
            <w:tcMar>
              <w:top w:w="90" w:type="dxa"/>
              <w:left w:w="100" w:type="dxa"/>
              <w:bottom w:w="90" w:type="dxa"/>
              <w:right w:w="100" w:type="dxa"/>
            </w:tcMar>
            <w:vAlign w:val="center"/>
          </w:tcPr>
          <w:p w14:paraId="2AA3F6B6" w14:textId="77777777" w:rsidR="002C5E36" w:rsidRDefault="00A6483F">
            <w:pPr>
              <w:jc w:val="center"/>
            </w:pPr>
            <w:r>
              <w:rPr>
                <w:sz w:val="15"/>
              </w:rPr>
              <w:t>[Isi]</w:t>
            </w:r>
          </w:p>
        </w:tc>
        <w:tc>
          <w:tcPr>
            <w:tcW w:w="1663" w:type="dxa"/>
            <w:shd w:val="clear" w:color="auto" w:fill="F7FAFC"/>
            <w:tcMar>
              <w:top w:w="90" w:type="dxa"/>
              <w:left w:w="100" w:type="dxa"/>
              <w:bottom w:w="90" w:type="dxa"/>
              <w:right w:w="100" w:type="dxa"/>
            </w:tcMar>
            <w:vAlign w:val="center"/>
          </w:tcPr>
          <w:p w14:paraId="6F3C6FDE" w14:textId="77777777" w:rsidR="002C5E36" w:rsidRDefault="00A6483F">
            <w:pPr>
              <w:jc w:val="center"/>
            </w:pPr>
            <w:r>
              <w:rPr>
                <w:sz w:val="15"/>
              </w:rPr>
              <w:t>[Isi]</w:t>
            </w:r>
          </w:p>
        </w:tc>
        <w:tc>
          <w:tcPr>
            <w:tcW w:w="1663" w:type="dxa"/>
            <w:shd w:val="clear" w:color="auto" w:fill="F7FAFC"/>
            <w:tcMar>
              <w:top w:w="90" w:type="dxa"/>
              <w:left w:w="100" w:type="dxa"/>
              <w:bottom w:w="90" w:type="dxa"/>
              <w:right w:w="100" w:type="dxa"/>
            </w:tcMar>
            <w:vAlign w:val="center"/>
          </w:tcPr>
          <w:p w14:paraId="7C9C89FC" w14:textId="77777777" w:rsidR="002C5E36" w:rsidRDefault="00A6483F">
            <w:pPr>
              <w:jc w:val="center"/>
            </w:pPr>
            <w:r>
              <w:rPr>
                <w:sz w:val="15"/>
              </w:rPr>
              <w:t>[Isi]</w:t>
            </w:r>
          </w:p>
        </w:tc>
      </w:tr>
      <w:tr w:rsidR="002C5E36" w14:paraId="16CE8E22" w14:textId="77777777" w:rsidTr="00DD00A7">
        <w:trPr>
          <w:jc w:val="center"/>
        </w:trPr>
        <w:tc>
          <w:tcPr>
            <w:tcW w:w="583" w:type="dxa"/>
            <w:tcMar>
              <w:top w:w="90" w:type="dxa"/>
              <w:left w:w="100" w:type="dxa"/>
              <w:bottom w:w="90" w:type="dxa"/>
              <w:right w:w="100" w:type="dxa"/>
            </w:tcMar>
            <w:vAlign w:val="center"/>
          </w:tcPr>
          <w:p w14:paraId="25ACF315" w14:textId="77777777" w:rsidR="002C5E36" w:rsidRDefault="00A6483F">
            <w:pPr>
              <w:jc w:val="center"/>
            </w:pPr>
            <w:r>
              <w:rPr>
                <w:sz w:val="15"/>
              </w:rPr>
              <w:t>2</w:t>
            </w:r>
          </w:p>
        </w:tc>
        <w:tc>
          <w:tcPr>
            <w:tcW w:w="2016" w:type="dxa"/>
            <w:tcMar>
              <w:top w:w="90" w:type="dxa"/>
              <w:left w:w="100" w:type="dxa"/>
              <w:bottom w:w="90" w:type="dxa"/>
              <w:right w:w="100" w:type="dxa"/>
            </w:tcMar>
            <w:vAlign w:val="center"/>
          </w:tcPr>
          <w:p w14:paraId="76F640FF" w14:textId="77777777" w:rsidR="002C5E36" w:rsidRDefault="00A6483F">
            <w:pPr>
              <w:jc w:val="center"/>
            </w:pPr>
            <w:r>
              <w:rPr>
                <w:sz w:val="15"/>
              </w:rPr>
              <w:t>[Isi]</w:t>
            </w:r>
          </w:p>
        </w:tc>
        <w:tc>
          <w:tcPr>
            <w:tcW w:w="1728" w:type="dxa"/>
            <w:tcMar>
              <w:top w:w="90" w:type="dxa"/>
              <w:left w:w="100" w:type="dxa"/>
              <w:bottom w:w="90" w:type="dxa"/>
              <w:right w:w="100" w:type="dxa"/>
            </w:tcMar>
            <w:vAlign w:val="center"/>
          </w:tcPr>
          <w:p w14:paraId="602864B4" w14:textId="77777777" w:rsidR="002C5E36" w:rsidRDefault="00A6483F">
            <w:pPr>
              <w:jc w:val="center"/>
            </w:pPr>
            <w:r>
              <w:rPr>
                <w:sz w:val="15"/>
              </w:rPr>
              <w:t>[Isi]</w:t>
            </w:r>
          </w:p>
        </w:tc>
        <w:tc>
          <w:tcPr>
            <w:tcW w:w="2592" w:type="dxa"/>
            <w:tcMar>
              <w:top w:w="90" w:type="dxa"/>
              <w:left w:w="100" w:type="dxa"/>
              <w:bottom w:w="90" w:type="dxa"/>
              <w:right w:w="100" w:type="dxa"/>
            </w:tcMar>
            <w:vAlign w:val="center"/>
          </w:tcPr>
          <w:p w14:paraId="08AC4727" w14:textId="77777777" w:rsidR="002C5E36" w:rsidRDefault="00A6483F">
            <w:pPr>
              <w:jc w:val="center"/>
            </w:pPr>
            <w:r>
              <w:rPr>
                <w:sz w:val="15"/>
              </w:rPr>
              <w:t>[Isi]</w:t>
            </w:r>
          </w:p>
        </w:tc>
        <w:tc>
          <w:tcPr>
            <w:tcW w:w="1663" w:type="dxa"/>
            <w:tcMar>
              <w:top w:w="90" w:type="dxa"/>
              <w:left w:w="100" w:type="dxa"/>
              <w:bottom w:w="90" w:type="dxa"/>
              <w:right w:w="100" w:type="dxa"/>
            </w:tcMar>
            <w:vAlign w:val="center"/>
          </w:tcPr>
          <w:p w14:paraId="54325D03" w14:textId="77777777" w:rsidR="002C5E36" w:rsidRDefault="00A6483F">
            <w:pPr>
              <w:jc w:val="center"/>
            </w:pPr>
            <w:r>
              <w:rPr>
                <w:sz w:val="15"/>
              </w:rPr>
              <w:t>[Isi]</w:t>
            </w:r>
          </w:p>
        </w:tc>
        <w:tc>
          <w:tcPr>
            <w:tcW w:w="1663" w:type="dxa"/>
            <w:tcMar>
              <w:top w:w="90" w:type="dxa"/>
              <w:left w:w="100" w:type="dxa"/>
              <w:bottom w:w="90" w:type="dxa"/>
              <w:right w:w="100" w:type="dxa"/>
            </w:tcMar>
            <w:vAlign w:val="center"/>
          </w:tcPr>
          <w:p w14:paraId="2B271E9F" w14:textId="77777777" w:rsidR="002C5E36" w:rsidRDefault="00A6483F">
            <w:pPr>
              <w:jc w:val="center"/>
            </w:pPr>
            <w:r>
              <w:rPr>
                <w:sz w:val="15"/>
              </w:rPr>
              <w:t>[Isi]</w:t>
            </w:r>
          </w:p>
        </w:tc>
      </w:tr>
      <w:tr w:rsidR="002C5E36" w14:paraId="0B42CFEF" w14:textId="77777777" w:rsidTr="00DD00A7">
        <w:trPr>
          <w:jc w:val="center"/>
        </w:trPr>
        <w:tc>
          <w:tcPr>
            <w:tcW w:w="583" w:type="dxa"/>
            <w:shd w:val="clear" w:color="auto" w:fill="F7FAFC"/>
            <w:tcMar>
              <w:top w:w="90" w:type="dxa"/>
              <w:left w:w="100" w:type="dxa"/>
              <w:bottom w:w="90" w:type="dxa"/>
              <w:right w:w="100" w:type="dxa"/>
            </w:tcMar>
            <w:vAlign w:val="center"/>
          </w:tcPr>
          <w:p w14:paraId="0D2F7610" w14:textId="77777777" w:rsidR="002C5E36" w:rsidRDefault="00A6483F">
            <w:pPr>
              <w:jc w:val="center"/>
            </w:pPr>
            <w:r>
              <w:rPr>
                <w:sz w:val="15"/>
              </w:rPr>
              <w:t>3</w:t>
            </w:r>
          </w:p>
        </w:tc>
        <w:tc>
          <w:tcPr>
            <w:tcW w:w="2016" w:type="dxa"/>
            <w:shd w:val="clear" w:color="auto" w:fill="F7FAFC"/>
            <w:tcMar>
              <w:top w:w="90" w:type="dxa"/>
              <w:left w:w="100" w:type="dxa"/>
              <w:bottom w:w="90" w:type="dxa"/>
              <w:right w:w="100" w:type="dxa"/>
            </w:tcMar>
            <w:vAlign w:val="center"/>
          </w:tcPr>
          <w:p w14:paraId="70D0F0C4" w14:textId="77777777" w:rsidR="002C5E36" w:rsidRDefault="00A6483F">
            <w:pPr>
              <w:jc w:val="center"/>
            </w:pPr>
            <w:r>
              <w:rPr>
                <w:sz w:val="15"/>
              </w:rPr>
              <w:t>[Isi]</w:t>
            </w:r>
          </w:p>
        </w:tc>
        <w:tc>
          <w:tcPr>
            <w:tcW w:w="1728" w:type="dxa"/>
            <w:shd w:val="clear" w:color="auto" w:fill="F7FAFC"/>
            <w:tcMar>
              <w:top w:w="90" w:type="dxa"/>
              <w:left w:w="100" w:type="dxa"/>
              <w:bottom w:w="90" w:type="dxa"/>
              <w:right w:w="100" w:type="dxa"/>
            </w:tcMar>
            <w:vAlign w:val="center"/>
          </w:tcPr>
          <w:p w14:paraId="1AB18ECF" w14:textId="77777777" w:rsidR="002C5E36" w:rsidRDefault="00A6483F">
            <w:pPr>
              <w:jc w:val="center"/>
            </w:pPr>
            <w:r>
              <w:rPr>
                <w:sz w:val="15"/>
              </w:rPr>
              <w:t>[Isi]</w:t>
            </w:r>
          </w:p>
        </w:tc>
        <w:tc>
          <w:tcPr>
            <w:tcW w:w="2592" w:type="dxa"/>
            <w:shd w:val="clear" w:color="auto" w:fill="F7FAFC"/>
            <w:tcMar>
              <w:top w:w="90" w:type="dxa"/>
              <w:left w:w="100" w:type="dxa"/>
              <w:bottom w:w="90" w:type="dxa"/>
              <w:right w:w="100" w:type="dxa"/>
            </w:tcMar>
            <w:vAlign w:val="center"/>
          </w:tcPr>
          <w:p w14:paraId="28C05B90" w14:textId="77777777" w:rsidR="002C5E36" w:rsidRDefault="00A6483F">
            <w:pPr>
              <w:jc w:val="center"/>
            </w:pPr>
            <w:r>
              <w:rPr>
                <w:sz w:val="15"/>
              </w:rPr>
              <w:t>[Isi]</w:t>
            </w:r>
          </w:p>
        </w:tc>
        <w:tc>
          <w:tcPr>
            <w:tcW w:w="1663" w:type="dxa"/>
            <w:shd w:val="clear" w:color="auto" w:fill="F7FAFC"/>
            <w:tcMar>
              <w:top w:w="90" w:type="dxa"/>
              <w:left w:w="100" w:type="dxa"/>
              <w:bottom w:w="90" w:type="dxa"/>
              <w:right w:w="100" w:type="dxa"/>
            </w:tcMar>
            <w:vAlign w:val="center"/>
          </w:tcPr>
          <w:p w14:paraId="76857E46" w14:textId="77777777" w:rsidR="002C5E36" w:rsidRDefault="00A6483F">
            <w:pPr>
              <w:jc w:val="center"/>
            </w:pPr>
            <w:r>
              <w:rPr>
                <w:sz w:val="15"/>
              </w:rPr>
              <w:t>[Isi]</w:t>
            </w:r>
          </w:p>
        </w:tc>
        <w:tc>
          <w:tcPr>
            <w:tcW w:w="1663" w:type="dxa"/>
            <w:shd w:val="clear" w:color="auto" w:fill="F7FAFC"/>
            <w:tcMar>
              <w:top w:w="90" w:type="dxa"/>
              <w:left w:w="100" w:type="dxa"/>
              <w:bottom w:w="90" w:type="dxa"/>
              <w:right w:w="100" w:type="dxa"/>
            </w:tcMar>
            <w:vAlign w:val="center"/>
          </w:tcPr>
          <w:p w14:paraId="7A4A30E6" w14:textId="77777777" w:rsidR="002C5E36" w:rsidRDefault="00A6483F">
            <w:pPr>
              <w:jc w:val="center"/>
            </w:pPr>
            <w:r>
              <w:rPr>
                <w:sz w:val="15"/>
              </w:rPr>
              <w:t>[Isi]</w:t>
            </w:r>
          </w:p>
        </w:tc>
      </w:tr>
      <w:tr w:rsidR="002C5E36" w14:paraId="1C8E00EE" w14:textId="77777777" w:rsidTr="00DD00A7">
        <w:trPr>
          <w:jc w:val="center"/>
        </w:trPr>
        <w:tc>
          <w:tcPr>
            <w:tcW w:w="583" w:type="dxa"/>
            <w:tcMar>
              <w:top w:w="90" w:type="dxa"/>
              <w:left w:w="100" w:type="dxa"/>
              <w:bottom w:w="90" w:type="dxa"/>
              <w:right w:w="100" w:type="dxa"/>
            </w:tcMar>
            <w:vAlign w:val="center"/>
          </w:tcPr>
          <w:p w14:paraId="1D2FB85A" w14:textId="77777777" w:rsidR="002C5E36" w:rsidRDefault="00A6483F">
            <w:pPr>
              <w:jc w:val="center"/>
            </w:pPr>
            <w:r>
              <w:rPr>
                <w:sz w:val="15"/>
              </w:rPr>
              <w:t>4</w:t>
            </w:r>
          </w:p>
        </w:tc>
        <w:tc>
          <w:tcPr>
            <w:tcW w:w="2016" w:type="dxa"/>
            <w:tcMar>
              <w:top w:w="90" w:type="dxa"/>
              <w:left w:w="100" w:type="dxa"/>
              <w:bottom w:w="90" w:type="dxa"/>
              <w:right w:w="100" w:type="dxa"/>
            </w:tcMar>
            <w:vAlign w:val="center"/>
          </w:tcPr>
          <w:p w14:paraId="4AC014D5" w14:textId="77777777" w:rsidR="002C5E36" w:rsidRDefault="00A6483F">
            <w:pPr>
              <w:jc w:val="center"/>
            </w:pPr>
            <w:r>
              <w:rPr>
                <w:sz w:val="15"/>
              </w:rPr>
              <w:t>[Isi]</w:t>
            </w:r>
          </w:p>
        </w:tc>
        <w:tc>
          <w:tcPr>
            <w:tcW w:w="1728" w:type="dxa"/>
            <w:tcMar>
              <w:top w:w="90" w:type="dxa"/>
              <w:left w:w="100" w:type="dxa"/>
              <w:bottom w:w="90" w:type="dxa"/>
              <w:right w:w="100" w:type="dxa"/>
            </w:tcMar>
            <w:vAlign w:val="center"/>
          </w:tcPr>
          <w:p w14:paraId="45EC1BCD" w14:textId="77777777" w:rsidR="002C5E36" w:rsidRDefault="00A6483F">
            <w:pPr>
              <w:jc w:val="center"/>
            </w:pPr>
            <w:r>
              <w:rPr>
                <w:sz w:val="15"/>
              </w:rPr>
              <w:t>[Isi]</w:t>
            </w:r>
          </w:p>
        </w:tc>
        <w:tc>
          <w:tcPr>
            <w:tcW w:w="2592" w:type="dxa"/>
            <w:tcMar>
              <w:top w:w="90" w:type="dxa"/>
              <w:left w:w="100" w:type="dxa"/>
              <w:bottom w:w="90" w:type="dxa"/>
              <w:right w:w="100" w:type="dxa"/>
            </w:tcMar>
            <w:vAlign w:val="center"/>
          </w:tcPr>
          <w:p w14:paraId="0DF35AF2" w14:textId="77777777" w:rsidR="002C5E36" w:rsidRDefault="00A6483F">
            <w:pPr>
              <w:jc w:val="center"/>
            </w:pPr>
            <w:r>
              <w:rPr>
                <w:sz w:val="15"/>
              </w:rPr>
              <w:t>[Isi]</w:t>
            </w:r>
          </w:p>
        </w:tc>
        <w:tc>
          <w:tcPr>
            <w:tcW w:w="1663" w:type="dxa"/>
            <w:tcMar>
              <w:top w:w="90" w:type="dxa"/>
              <w:left w:w="100" w:type="dxa"/>
              <w:bottom w:w="90" w:type="dxa"/>
              <w:right w:w="100" w:type="dxa"/>
            </w:tcMar>
            <w:vAlign w:val="center"/>
          </w:tcPr>
          <w:p w14:paraId="4BF4B6BA" w14:textId="77777777" w:rsidR="002C5E36" w:rsidRDefault="00A6483F">
            <w:pPr>
              <w:jc w:val="center"/>
            </w:pPr>
            <w:r>
              <w:rPr>
                <w:sz w:val="15"/>
              </w:rPr>
              <w:t>[Isi]</w:t>
            </w:r>
          </w:p>
        </w:tc>
        <w:tc>
          <w:tcPr>
            <w:tcW w:w="1663" w:type="dxa"/>
            <w:tcMar>
              <w:top w:w="90" w:type="dxa"/>
              <w:left w:w="100" w:type="dxa"/>
              <w:bottom w:w="90" w:type="dxa"/>
              <w:right w:w="100" w:type="dxa"/>
            </w:tcMar>
            <w:vAlign w:val="center"/>
          </w:tcPr>
          <w:p w14:paraId="0612DBFC" w14:textId="77777777" w:rsidR="002C5E36" w:rsidRDefault="00A6483F">
            <w:pPr>
              <w:jc w:val="center"/>
            </w:pPr>
            <w:r>
              <w:rPr>
                <w:sz w:val="15"/>
              </w:rPr>
              <w:t>[Isi]</w:t>
            </w:r>
          </w:p>
        </w:tc>
      </w:tr>
      <w:tr w:rsidR="002C5E36" w14:paraId="0E489735" w14:textId="77777777" w:rsidTr="00DD00A7">
        <w:trPr>
          <w:jc w:val="center"/>
        </w:trPr>
        <w:tc>
          <w:tcPr>
            <w:tcW w:w="583" w:type="dxa"/>
            <w:shd w:val="clear" w:color="auto" w:fill="F7FAFC"/>
            <w:tcMar>
              <w:top w:w="90" w:type="dxa"/>
              <w:left w:w="100" w:type="dxa"/>
              <w:bottom w:w="90" w:type="dxa"/>
              <w:right w:w="100" w:type="dxa"/>
            </w:tcMar>
            <w:vAlign w:val="center"/>
          </w:tcPr>
          <w:p w14:paraId="0EC66EA6" w14:textId="77777777" w:rsidR="002C5E36" w:rsidRDefault="00A6483F">
            <w:pPr>
              <w:jc w:val="center"/>
            </w:pPr>
            <w:r>
              <w:rPr>
                <w:sz w:val="15"/>
              </w:rPr>
              <w:t>5</w:t>
            </w:r>
          </w:p>
        </w:tc>
        <w:tc>
          <w:tcPr>
            <w:tcW w:w="2016" w:type="dxa"/>
            <w:shd w:val="clear" w:color="auto" w:fill="F7FAFC"/>
            <w:tcMar>
              <w:top w:w="90" w:type="dxa"/>
              <w:left w:w="100" w:type="dxa"/>
              <w:bottom w:w="90" w:type="dxa"/>
              <w:right w:w="100" w:type="dxa"/>
            </w:tcMar>
            <w:vAlign w:val="center"/>
          </w:tcPr>
          <w:p w14:paraId="6D8F9504" w14:textId="77777777" w:rsidR="002C5E36" w:rsidRDefault="00A6483F">
            <w:pPr>
              <w:jc w:val="center"/>
            </w:pPr>
            <w:r>
              <w:rPr>
                <w:sz w:val="15"/>
              </w:rPr>
              <w:t>[Isi]</w:t>
            </w:r>
          </w:p>
        </w:tc>
        <w:tc>
          <w:tcPr>
            <w:tcW w:w="1728" w:type="dxa"/>
            <w:shd w:val="clear" w:color="auto" w:fill="F7FAFC"/>
            <w:tcMar>
              <w:top w:w="90" w:type="dxa"/>
              <w:left w:w="100" w:type="dxa"/>
              <w:bottom w:w="90" w:type="dxa"/>
              <w:right w:w="100" w:type="dxa"/>
            </w:tcMar>
            <w:vAlign w:val="center"/>
          </w:tcPr>
          <w:p w14:paraId="3854BBEE" w14:textId="77777777" w:rsidR="002C5E36" w:rsidRDefault="00A6483F">
            <w:pPr>
              <w:jc w:val="center"/>
            </w:pPr>
            <w:r>
              <w:rPr>
                <w:sz w:val="15"/>
              </w:rPr>
              <w:t>[Isi]</w:t>
            </w:r>
          </w:p>
        </w:tc>
        <w:tc>
          <w:tcPr>
            <w:tcW w:w="2592" w:type="dxa"/>
            <w:shd w:val="clear" w:color="auto" w:fill="F7FAFC"/>
            <w:tcMar>
              <w:top w:w="90" w:type="dxa"/>
              <w:left w:w="100" w:type="dxa"/>
              <w:bottom w:w="90" w:type="dxa"/>
              <w:right w:w="100" w:type="dxa"/>
            </w:tcMar>
            <w:vAlign w:val="center"/>
          </w:tcPr>
          <w:p w14:paraId="25BA6E82" w14:textId="77777777" w:rsidR="002C5E36" w:rsidRDefault="00A6483F">
            <w:pPr>
              <w:jc w:val="center"/>
            </w:pPr>
            <w:r>
              <w:rPr>
                <w:sz w:val="15"/>
              </w:rPr>
              <w:t>[Isi]</w:t>
            </w:r>
          </w:p>
        </w:tc>
        <w:tc>
          <w:tcPr>
            <w:tcW w:w="1663" w:type="dxa"/>
            <w:shd w:val="clear" w:color="auto" w:fill="F7FAFC"/>
            <w:tcMar>
              <w:top w:w="90" w:type="dxa"/>
              <w:left w:w="100" w:type="dxa"/>
              <w:bottom w:w="90" w:type="dxa"/>
              <w:right w:w="100" w:type="dxa"/>
            </w:tcMar>
            <w:vAlign w:val="center"/>
          </w:tcPr>
          <w:p w14:paraId="7C2E2AEB" w14:textId="77777777" w:rsidR="002C5E36" w:rsidRDefault="00A6483F">
            <w:pPr>
              <w:jc w:val="center"/>
            </w:pPr>
            <w:r>
              <w:rPr>
                <w:sz w:val="15"/>
              </w:rPr>
              <w:t>[Isi]</w:t>
            </w:r>
          </w:p>
        </w:tc>
        <w:tc>
          <w:tcPr>
            <w:tcW w:w="1663" w:type="dxa"/>
            <w:shd w:val="clear" w:color="auto" w:fill="F7FAFC"/>
            <w:tcMar>
              <w:top w:w="90" w:type="dxa"/>
              <w:left w:w="100" w:type="dxa"/>
              <w:bottom w:w="90" w:type="dxa"/>
              <w:right w:w="100" w:type="dxa"/>
            </w:tcMar>
            <w:vAlign w:val="center"/>
          </w:tcPr>
          <w:p w14:paraId="12317455" w14:textId="77777777" w:rsidR="002C5E36" w:rsidRDefault="00A6483F">
            <w:pPr>
              <w:jc w:val="center"/>
            </w:pPr>
            <w:r>
              <w:rPr>
                <w:sz w:val="15"/>
              </w:rPr>
              <w:t>[Isi]</w:t>
            </w:r>
          </w:p>
        </w:tc>
      </w:tr>
    </w:tbl>
    <w:p w14:paraId="11DD73D2" w14:textId="77777777" w:rsidR="002C5E36" w:rsidRDefault="002C5E36"/>
    <w:p w14:paraId="1DCCC2FC" w14:textId="77777777" w:rsidR="002C5E36" w:rsidRDefault="002C5E36"/>
    <w:sectPr w:rsidR="002C5E36" w:rsidSect="00195509">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A2E71" w14:textId="77777777" w:rsidR="00A6483F" w:rsidRDefault="00A6483F">
      <w:pPr>
        <w:spacing w:after="0" w:line="240" w:lineRule="auto"/>
      </w:pPr>
      <w:r>
        <w:separator/>
      </w:r>
    </w:p>
  </w:endnote>
  <w:endnote w:type="continuationSeparator" w:id="0">
    <w:p w14:paraId="29A875C5" w14:textId="77777777" w:rsidR="00A6483F" w:rsidRDefault="00A64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C4C3" w14:textId="77777777" w:rsidR="002C5E36" w:rsidRDefault="00A6483F">
    <w:pPr>
      <w:pStyle w:val="Footer"/>
      <w:jc w:val="center"/>
    </w:pPr>
    <w:r>
      <w:rPr>
        <w:color w:val="787878"/>
        <w:sz w:val="16"/>
      </w:rPr>
      <w:t>Format Proposal PkM Prodi UBT 2026 | Disinkronkan dengan format BIMA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9AF50" w14:textId="77777777" w:rsidR="00A6483F" w:rsidRDefault="00A6483F">
      <w:pPr>
        <w:spacing w:after="0" w:line="240" w:lineRule="auto"/>
      </w:pPr>
      <w:r>
        <w:separator/>
      </w:r>
    </w:p>
  </w:footnote>
  <w:footnote w:type="continuationSeparator" w:id="0">
    <w:p w14:paraId="008ACEA5" w14:textId="77777777" w:rsidR="00A6483F" w:rsidRDefault="00A648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668"/>
    <w:rsid w:val="00034616"/>
    <w:rsid w:val="0006063C"/>
    <w:rsid w:val="0015074B"/>
    <w:rsid w:val="00195509"/>
    <w:rsid w:val="001A5169"/>
    <w:rsid w:val="001E15D1"/>
    <w:rsid w:val="002802FD"/>
    <w:rsid w:val="0029639D"/>
    <w:rsid w:val="002C5E36"/>
    <w:rsid w:val="002F17F6"/>
    <w:rsid w:val="00326F90"/>
    <w:rsid w:val="0037180A"/>
    <w:rsid w:val="003A0F3D"/>
    <w:rsid w:val="00514AA9"/>
    <w:rsid w:val="005354C4"/>
    <w:rsid w:val="006022AC"/>
    <w:rsid w:val="006A5E9F"/>
    <w:rsid w:val="00712BA8"/>
    <w:rsid w:val="0082735D"/>
    <w:rsid w:val="009341AA"/>
    <w:rsid w:val="009543E7"/>
    <w:rsid w:val="00961570"/>
    <w:rsid w:val="00991358"/>
    <w:rsid w:val="009B7582"/>
    <w:rsid w:val="00A6483F"/>
    <w:rsid w:val="00AA1D8D"/>
    <w:rsid w:val="00B13763"/>
    <w:rsid w:val="00B47730"/>
    <w:rsid w:val="00B82D7B"/>
    <w:rsid w:val="00BB7F38"/>
    <w:rsid w:val="00C507F8"/>
    <w:rsid w:val="00CB0664"/>
    <w:rsid w:val="00D16FEF"/>
    <w:rsid w:val="00D66FE1"/>
    <w:rsid w:val="00DD00A7"/>
    <w:rsid w:val="00EA688B"/>
    <w:rsid w:val="00EB24CD"/>
    <w:rsid w:val="00F05732"/>
    <w:rsid w:val="00F54F09"/>
    <w:rsid w:val="00F713B3"/>
    <w:rsid w:val="00F71D16"/>
    <w:rsid w:val="00FB1DCA"/>
    <w:rsid w:val="00FB74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A13519"/>
  <w14:defaultImageDpi w14:val="300"/>
  <w15:docId w15:val="{FEA8D565-5F96-4F13-B963-E64846DDF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18</Pages>
  <Words>4405</Words>
  <Characters>25113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MyPC One Pro L</cp:lastModifiedBy>
  <cp:revision>7</cp:revision>
  <dcterms:created xsi:type="dcterms:W3CDTF">2026-09-02T06:50:00Z</dcterms:created>
  <dcterms:modified xsi:type="dcterms:W3CDTF">2026-09-04T01:28:00Z</dcterms:modified>
  <cp:category/>
</cp:coreProperties>
</file>